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2C90B" w14:textId="77777777" w:rsidR="00233B5B" w:rsidRPr="000A5B76" w:rsidRDefault="00000000">
      <w:r w:rsidRPr="000A5B76">
        <w:br/>
      </w:r>
      <w:r w:rsidRPr="000A5B76">
        <w:br/>
      </w:r>
    </w:p>
    <w:p w14:paraId="1FF776C0" w14:textId="77777777" w:rsidR="00233B5B" w:rsidRPr="000A5B76" w:rsidRDefault="00000000">
      <w:pPr>
        <w:jc w:val="center"/>
      </w:pPr>
      <w:r w:rsidRPr="000A5B76">
        <w:rPr>
          <w:b/>
          <w:sz w:val="56"/>
        </w:rPr>
        <w:t>CARNET DE STAGE</w:t>
      </w:r>
    </w:p>
    <w:p w14:paraId="73936FB9" w14:textId="77777777" w:rsidR="00233B5B" w:rsidRPr="000A5B76" w:rsidRDefault="00000000">
      <w:pPr>
        <w:jc w:val="center"/>
      </w:pPr>
      <w:r w:rsidRPr="000A5B76">
        <w:rPr>
          <w:b/>
          <w:sz w:val="36"/>
        </w:rPr>
        <w:t>AUXILIAIRE DE SANTÉ – INFAS</w:t>
      </w:r>
    </w:p>
    <w:p w14:paraId="7A321373" w14:textId="77777777" w:rsidR="00233B5B" w:rsidRPr="000A5B76" w:rsidRDefault="00000000">
      <w:r w:rsidRPr="000A5B76">
        <w:br/>
      </w:r>
    </w:p>
    <w:p w14:paraId="6E211DBB" w14:textId="77777777" w:rsidR="00233B5B" w:rsidRPr="000A5B76" w:rsidRDefault="00000000">
      <w:pPr>
        <w:jc w:val="center"/>
      </w:pPr>
      <w:r w:rsidRPr="000A5B76">
        <w:rPr>
          <w:b/>
          <w:sz w:val="28"/>
        </w:rPr>
        <w:t>Mon carnet d'apprentissage et de suivi pratique</w:t>
      </w:r>
    </w:p>
    <w:p w14:paraId="077E91FD" w14:textId="77777777" w:rsidR="00233B5B" w:rsidRPr="000A5B76" w:rsidRDefault="00000000">
      <w:r w:rsidRPr="000A5B76">
        <w:br/>
      </w:r>
      <w:r w:rsidRPr="000A5B76">
        <w:br/>
      </w:r>
    </w:p>
    <w:p w14:paraId="1DB33E8D" w14:textId="77777777" w:rsidR="00233B5B" w:rsidRPr="000A5B76" w:rsidRDefault="00000000">
      <w:pPr>
        <w:spacing w:after="160"/>
        <w:jc w:val="center"/>
      </w:pPr>
      <w:r w:rsidRPr="000A5B76">
        <w:t>Nom et prénom : __________________________________________</w:t>
      </w:r>
    </w:p>
    <w:p w14:paraId="00735E13" w14:textId="77777777" w:rsidR="00233B5B" w:rsidRPr="000A5B76" w:rsidRDefault="00000000">
      <w:pPr>
        <w:spacing w:after="160"/>
        <w:jc w:val="center"/>
      </w:pPr>
      <w:r w:rsidRPr="000A5B76">
        <w:t>Établissement / École : INFAS</w:t>
      </w:r>
    </w:p>
    <w:p w14:paraId="64ECB0E1" w14:textId="77777777" w:rsidR="00233B5B" w:rsidRPr="000A5B76" w:rsidRDefault="00000000">
      <w:pPr>
        <w:spacing w:after="160"/>
        <w:jc w:val="center"/>
      </w:pPr>
      <w:r w:rsidRPr="000A5B76">
        <w:t>Année académique : 2026 – 2027</w:t>
      </w:r>
    </w:p>
    <w:p w14:paraId="674A877F" w14:textId="77777777" w:rsidR="00233B5B" w:rsidRPr="000A5B76" w:rsidRDefault="00000000">
      <w:pPr>
        <w:spacing w:after="160"/>
        <w:jc w:val="center"/>
      </w:pPr>
      <w:r w:rsidRPr="000A5B76">
        <w:t>Lieu de stage : __________________________________________</w:t>
      </w:r>
    </w:p>
    <w:p w14:paraId="313CFDB0" w14:textId="77777777" w:rsidR="00233B5B" w:rsidRPr="000A5B76" w:rsidRDefault="00000000">
      <w:pPr>
        <w:spacing w:after="160"/>
        <w:jc w:val="center"/>
      </w:pPr>
      <w:r w:rsidRPr="000A5B76">
        <w:t>Service : ________________________________________________</w:t>
      </w:r>
    </w:p>
    <w:p w14:paraId="0BDD07A8" w14:textId="77777777" w:rsidR="00233B5B" w:rsidRPr="000A5B76" w:rsidRDefault="00000000">
      <w:pPr>
        <w:spacing w:after="160"/>
        <w:jc w:val="center"/>
      </w:pPr>
      <w:r w:rsidRPr="000A5B76">
        <w:t>Encadreur : ______________________________________________</w:t>
      </w:r>
    </w:p>
    <w:p w14:paraId="397B6CC8" w14:textId="77777777" w:rsidR="00233B5B" w:rsidRPr="000A5B76" w:rsidRDefault="00000000">
      <w:pPr>
        <w:spacing w:after="160"/>
        <w:jc w:val="center"/>
      </w:pPr>
      <w:r w:rsidRPr="000A5B76">
        <w:t xml:space="preserve">Période : </w:t>
      </w:r>
      <w:proofErr w:type="spellStart"/>
      <w:r w:rsidRPr="000A5B76">
        <w:t>du</w:t>
      </w:r>
      <w:proofErr w:type="spellEnd"/>
      <w:r w:rsidRPr="000A5B76">
        <w:t xml:space="preserve"> __________________ au __________________</w:t>
      </w:r>
    </w:p>
    <w:p w14:paraId="4F0909B3" w14:textId="77777777" w:rsidR="00233B5B" w:rsidRPr="000A5B76" w:rsidRDefault="00000000">
      <w:r w:rsidRPr="000A5B76">
        <w:br w:type="page"/>
      </w:r>
    </w:p>
    <w:p w14:paraId="28C5F816" w14:textId="77777777" w:rsidR="00233B5B" w:rsidRPr="000A5B76" w:rsidRDefault="00000000">
      <w:r w:rsidRPr="000A5B76">
        <w:rPr>
          <w:b/>
          <w:sz w:val="28"/>
        </w:rPr>
        <w:lastRenderedPageBreak/>
        <w:t>1. IDENTIFICATION DU STAGE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378"/>
        <w:gridCol w:w="3529"/>
      </w:tblGrid>
      <w:tr w:rsidR="00233B5B" w:rsidRPr="000A5B76" w14:paraId="1AB865C5" w14:textId="77777777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4DCB3896" w14:textId="77777777" w:rsidR="00233B5B" w:rsidRPr="000A5B76" w:rsidRDefault="00000000">
            <w:r w:rsidRPr="000A5B76">
              <w:rPr>
                <w:b/>
              </w:rPr>
              <w:t>Rubrique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0846AF1B" w14:textId="77777777" w:rsidR="00233B5B" w:rsidRPr="000A5B76" w:rsidRDefault="00000000">
            <w:r w:rsidRPr="000A5B76">
              <w:rPr>
                <w:b/>
              </w:rPr>
              <w:t>Informations</w:t>
            </w:r>
          </w:p>
        </w:tc>
      </w:tr>
      <w:tr w:rsidR="00233B5B" w:rsidRPr="000A5B76" w14:paraId="73BC53BE" w14:textId="77777777">
        <w:trPr>
          <w:jc w:val="center"/>
        </w:trPr>
        <w:tc>
          <w:tcPr>
            <w:tcW w:w="5270" w:type="dxa"/>
          </w:tcPr>
          <w:p w14:paraId="2F24EA91" w14:textId="77777777" w:rsidR="00233B5B" w:rsidRPr="000A5B76" w:rsidRDefault="00233B5B"/>
        </w:tc>
        <w:tc>
          <w:tcPr>
            <w:tcW w:w="5270" w:type="dxa"/>
          </w:tcPr>
          <w:p w14:paraId="364798C3" w14:textId="77777777" w:rsidR="00233B5B" w:rsidRPr="000A5B76" w:rsidRDefault="00233B5B"/>
        </w:tc>
      </w:tr>
      <w:tr w:rsidR="00233B5B" w:rsidRPr="000A5B76" w14:paraId="77B16967" w14:textId="77777777">
        <w:trPr>
          <w:jc w:val="center"/>
        </w:trPr>
        <w:tc>
          <w:tcPr>
            <w:tcW w:w="5270" w:type="dxa"/>
          </w:tcPr>
          <w:p w14:paraId="1AE5973D" w14:textId="77777777" w:rsidR="00233B5B" w:rsidRPr="000A5B76" w:rsidRDefault="00233B5B"/>
        </w:tc>
        <w:tc>
          <w:tcPr>
            <w:tcW w:w="5270" w:type="dxa"/>
          </w:tcPr>
          <w:p w14:paraId="74E7B255" w14:textId="77777777" w:rsidR="00233B5B" w:rsidRPr="000A5B76" w:rsidRDefault="00233B5B"/>
        </w:tc>
      </w:tr>
      <w:tr w:rsidR="00233B5B" w:rsidRPr="000A5B76" w14:paraId="7A491105" w14:textId="77777777">
        <w:trPr>
          <w:jc w:val="center"/>
        </w:trPr>
        <w:tc>
          <w:tcPr>
            <w:tcW w:w="5270" w:type="dxa"/>
          </w:tcPr>
          <w:p w14:paraId="6C257E70" w14:textId="77777777" w:rsidR="00233B5B" w:rsidRPr="000A5B76" w:rsidRDefault="00233B5B"/>
        </w:tc>
        <w:tc>
          <w:tcPr>
            <w:tcW w:w="5270" w:type="dxa"/>
          </w:tcPr>
          <w:p w14:paraId="75708FC9" w14:textId="77777777" w:rsidR="00233B5B" w:rsidRPr="000A5B76" w:rsidRDefault="00233B5B"/>
        </w:tc>
      </w:tr>
      <w:tr w:rsidR="00233B5B" w:rsidRPr="000A5B76" w14:paraId="3A56653B" w14:textId="77777777">
        <w:trPr>
          <w:jc w:val="center"/>
        </w:trPr>
        <w:tc>
          <w:tcPr>
            <w:tcW w:w="5270" w:type="dxa"/>
          </w:tcPr>
          <w:p w14:paraId="601EE885" w14:textId="77777777" w:rsidR="00233B5B" w:rsidRPr="000A5B76" w:rsidRDefault="00233B5B"/>
        </w:tc>
        <w:tc>
          <w:tcPr>
            <w:tcW w:w="5270" w:type="dxa"/>
          </w:tcPr>
          <w:p w14:paraId="1CCB3253" w14:textId="77777777" w:rsidR="00233B5B" w:rsidRPr="000A5B76" w:rsidRDefault="00233B5B"/>
        </w:tc>
      </w:tr>
      <w:tr w:rsidR="00233B5B" w:rsidRPr="000A5B76" w14:paraId="7D1C379D" w14:textId="77777777">
        <w:trPr>
          <w:jc w:val="center"/>
        </w:trPr>
        <w:tc>
          <w:tcPr>
            <w:tcW w:w="5270" w:type="dxa"/>
          </w:tcPr>
          <w:p w14:paraId="1F76626D" w14:textId="77777777" w:rsidR="00233B5B" w:rsidRPr="000A5B76" w:rsidRDefault="00233B5B"/>
        </w:tc>
        <w:tc>
          <w:tcPr>
            <w:tcW w:w="5270" w:type="dxa"/>
          </w:tcPr>
          <w:p w14:paraId="1BAAA8D8" w14:textId="77777777" w:rsidR="00233B5B" w:rsidRPr="000A5B76" w:rsidRDefault="00233B5B"/>
        </w:tc>
      </w:tr>
      <w:tr w:rsidR="00233B5B" w:rsidRPr="000A5B76" w14:paraId="10869D5E" w14:textId="77777777">
        <w:trPr>
          <w:jc w:val="center"/>
        </w:trPr>
        <w:tc>
          <w:tcPr>
            <w:tcW w:w="5270" w:type="dxa"/>
          </w:tcPr>
          <w:p w14:paraId="3E8E7760" w14:textId="77777777" w:rsidR="00233B5B" w:rsidRPr="000A5B76" w:rsidRDefault="00233B5B"/>
        </w:tc>
        <w:tc>
          <w:tcPr>
            <w:tcW w:w="5270" w:type="dxa"/>
          </w:tcPr>
          <w:p w14:paraId="7A8662BB" w14:textId="77777777" w:rsidR="00233B5B" w:rsidRPr="000A5B76" w:rsidRDefault="00233B5B"/>
        </w:tc>
      </w:tr>
    </w:tbl>
    <w:p w14:paraId="174FD553" w14:textId="77777777" w:rsidR="00233B5B" w:rsidRPr="000A5B76" w:rsidRDefault="00000000">
      <w:r w:rsidRPr="000A5B76">
        <w:br/>
        <w:t>Objectifs personnels du stage :</w:t>
      </w:r>
    </w:p>
    <w:p w14:paraId="6CB79124" w14:textId="77777777" w:rsidR="00233B5B" w:rsidRPr="000A5B76" w:rsidRDefault="00000000">
      <w:r w:rsidRPr="000A5B76">
        <w:t>________________________________________________________________________</w:t>
      </w:r>
    </w:p>
    <w:p w14:paraId="5947F090" w14:textId="77777777" w:rsidR="00233B5B" w:rsidRPr="000A5B76" w:rsidRDefault="00000000">
      <w:r w:rsidRPr="000A5B76">
        <w:t>________________________________________________________________________</w:t>
      </w:r>
    </w:p>
    <w:p w14:paraId="37E4A01A" w14:textId="77777777" w:rsidR="00233B5B" w:rsidRPr="000A5B76" w:rsidRDefault="00000000">
      <w:r w:rsidRPr="000A5B76">
        <w:t>________________________________________________________________________</w:t>
      </w:r>
    </w:p>
    <w:p w14:paraId="58DECC7A" w14:textId="77777777" w:rsidR="00233B5B" w:rsidRPr="000A5B76" w:rsidRDefault="00000000">
      <w:r w:rsidRPr="000A5B76">
        <w:t>________________________________________________________________________</w:t>
      </w:r>
    </w:p>
    <w:p w14:paraId="765745A6" w14:textId="77777777" w:rsidR="00233B5B" w:rsidRPr="000A5B76" w:rsidRDefault="00000000">
      <w:r w:rsidRPr="000A5B76">
        <w:t>________________________________________________________________________</w:t>
      </w:r>
    </w:p>
    <w:p w14:paraId="0D17EFA3" w14:textId="77777777" w:rsidR="00233B5B" w:rsidRPr="000A5B76" w:rsidRDefault="00000000">
      <w:r w:rsidRPr="000A5B76">
        <w:br w:type="page"/>
      </w:r>
    </w:p>
    <w:p w14:paraId="6A50FD47" w14:textId="77777777" w:rsidR="00233B5B" w:rsidRPr="000A5B76" w:rsidRDefault="00000000">
      <w:r w:rsidRPr="000A5B76">
        <w:rPr>
          <w:b/>
          <w:sz w:val="28"/>
        </w:rPr>
        <w:lastRenderedPageBreak/>
        <w:t>2. FICHE JOURNALIÈRE — JOUR 1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233B5B" w:rsidRPr="000A5B76" w14:paraId="0512982D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40118E6B" w14:textId="77777777" w:rsidR="00233B5B" w:rsidRPr="000A5B76" w:rsidRDefault="00000000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C9181D9" w14:textId="77777777" w:rsidR="00233B5B" w:rsidRPr="000A5B76" w:rsidRDefault="00000000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52F6002" w14:textId="77777777" w:rsidR="00233B5B" w:rsidRPr="000A5B76" w:rsidRDefault="00000000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583286F" w14:textId="77777777" w:rsidR="00233B5B" w:rsidRPr="000A5B76" w:rsidRDefault="00000000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3B2FFF9" w14:textId="77777777" w:rsidR="00233B5B" w:rsidRPr="000A5B76" w:rsidRDefault="00000000">
            <w:r w:rsidRPr="000A5B76">
              <w:rPr>
                <w:b/>
              </w:rPr>
              <w:t>Encadreur</w:t>
            </w:r>
          </w:p>
        </w:tc>
      </w:tr>
      <w:tr w:rsidR="00233B5B" w:rsidRPr="000A5B76" w14:paraId="37C1110D" w14:textId="77777777">
        <w:trPr>
          <w:jc w:val="center"/>
        </w:trPr>
        <w:tc>
          <w:tcPr>
            <w:tcW w:w="2108" w:type="dxa"/>
          </w:tcPr>
          <w:p w14:paraId="3564A9F9" w14:textId="77777777" w:rsidR="00233B5B" w:rsidRPr="000A5B76" w:rsidRDefault="00233B5B"/>
        </w:tc>
        <w:tc>
          <w:tcPr>
            <w:tcW w:w="2108" w:type="dxa"/>
          </w:tcPr>
          <w:p w14:paraId="71D99510" w14:textId="77777777" w:rsidR="00233B5B" w:rsidRPr="000A5B76" w:rsidRDefault="00233B5B"/>
        </w:tc>
        <w:tc>
          <w:tcPr>
            <w:tcW w:w="2108" w:type="dxa"/>
          </w:tcPr>
          <w:p w14:paraId="43387E53" w14:textId="77777777" w:rsidR="00233B5B" w:rsidRPr="000A5B76" w:rsidRDefault="00233B5B"/>
        </w:tc>
        <w:tc>
          <w:tcPr>
            <w:tcW w:w="2108" w:type="dxa"/>
          </w:tcPr>
          <w:p w14:paraId="69530533" w14:textId="77777777" w:rsidR="00233B5B" w:rsidRPr="000A5B76" w:rsidRDefault="00233B5B"/>
        </w:tc>
        <w:tc>
          <w:tcPr>
            <w:tcW w:w="2108" w:type="dxa"/>
          </w:tcPr>
          <w:p w14:paraId="30FB6792" w14:textId="77777777" w:rsidR="00233B5B" w:rsidRPr="000A5B76" w:rsidRDefault="00233B5B"/>
        </w:tc>
      </w:tr>
    </w:tbl>
    <w:p w14:paraId="04B7DE5E" w14:textId="77777777" w:rsidR="00233B5B" w:rsidRPr="000A5B76" w:rsidRDefault="00000000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233B5B" w:rsidRPr="000A5B76" w14:paraId="01684769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1CDA69EF" w14:textId="77777777" w:rsidR="00233B5B" w:rsidRPr="000A5B76" w:rsidRDefault="00000000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21EA8A1" w14:textId="77777777" w:rsidR="00233B5B" w:rsidRPr="000A5B76" w:rsidRDefault="00000000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D37E1CE" w14:textId="77777777" w:rsidR="00233B5B" w:rsidRPr="000A5B76" w:rsidRDefault="00000000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3DE9A52" w14:textId="77777777" w:rsidR="00233B5B" w:rsidRPr="000A5B76" w:rsidRDefault="00000000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DD2F75B" w14:textId="77777777" w:rsidR="00233B5B" w:rsidRPr="000A5B76" w:rsidRDefault="00000000">
            <w:r w:rsidRPr="000A5B76">
              <w:rPr>
                <w:b/>
              </w:rPr>
              <w:t>À revoir</w:t>
            </w:r>
          </w:p>
        </w:tc>
      </w:tr>
      <w:tr w:rsidR="00233B5B" w:rsidRPr="000A5B76" w14:paraId="461609C0" w14:textId="77777777">
        <w:trPr>
          <w:jc w:val="center"/>
        </w:trPr>
        <w:tc>
          <w:tcPr>
            <w:tcW w:w="2108" w:type="dxa"/>
          </w:tcPr>
          <w:p w14:paraId="18884975" w14:textId="77777777" w:rsidR="00233B5B" w:rsidRPr="000A5B76" w:rsidRDefault="00233B5B"/>
        </w:tc>
        <w:tc>
          <w:tcPr>
            <w:tcW w:w="2108" w:type="dxa"/>
          </w:tcPr>
          <w:p w14:paraId="3F76DDD4" w14:textId="77777777" w:rsidR="00233B5B" w:rsidRPr="000A5B76" w:rsidRDefault="00233B5B"/>
        </w:tc>
        <w:tc>
          <w:tcPr>
            <w:tcW w:w="2108" w:type="dxa"/>
          </w:tcPr>
          <w:p w14:paraId="4E28E891" w14:textId="77777777" w:rsidR="00233B5B" w:rsidRPr="000A5B76" w:rsidRDefault="00233B5B"/>
        </w:tc>
        <w:tc>
          <w:tcPr>
            <w:tcW w:w="2108" w:type="dxa"/>
          </w:tcPr>
          <w:p w14:paraId="126EDD0B" w14:textId="77777777" w:rsidR="00233B5B" w:rsidRPr="000A5B76" w:rsidRDefault="00233B5B"/>
        </w:tc>
        <w:tc>
          <w:tcPr>
            <w:tcW w:w="2108" w:type="dxa"/>
          </w:tcPr>
          <w:p w14:paraId="4222A4B8" w14:textId="77777777" w:rsidR="00233B5B" w:rsidRPr="000A5B76" w:rsidRDefault="00233B5B"/>
        </w:tc>
      </w:tr>
      <w:tr w:rsidR="00233B5B" w:rsidRPr="000A5B76" w14:paraId="60411C06" w14:textId="77777777">
        <w:trPr>
          <w:jc w:val="center"/>
        </w:trPr>
        <w:tc>
          <w:tcPr>
            <w:tcW w:w="2108" w:type="dxa"/>
          </w:tcPr>
          <w:p w14:paraId="5680DB99" w14:textId="77777777" w:rsidR="00233B5B" w:rsidRPr="000A5B76" w:rsidRDefault="00233B5B"/>
        </w:tc>
        <w:tc>
          <w:tcPr>
            <w:tcW w:w="2108" w:type="dxa"/>
          </w:tcPr>
          <w:p w14:paraId="2875560C" w14:textId="77777777" w:rsidR="00233B5B" w:rsidRPr="000A5B76" w:rsidRDefault="00233B5B"/>
        </w:tc>
        <w:tc>
          <w:tcPr>
            <w:tcW w:w="2108" w:type="dxa"/>
          </w:tcPr>
          <w:p w14:paraId="3872DF8E" w14:textId="77777777" w:rsidR="00233B5B" w:rsidRPr="000A5B76" w:rsidRDefault="00233B5B"/>
        </w:tc>
        <w:tc>
          <w:tcPr>
            <w:tcW w:w="2108" w:type="dxa"/>
          </w:tcPr>
          <w:p w14:paraId="29F71238" w14:textId="77777777" w:rsidR="00233B5B" w:rsidRPr="000A5B76" w:rsidRDefault="00233B5B"/>
        </w:tc>
        <w:tc>
          <w:tcPr>
            <w:tcW w:w="2108" w:type="dxa"/>
          </w:tcPr>
          <w:p w14:paraId="0682BAB3" w14:textId="77777777" w:rsidR="00233B5B" w:rsidRPr="000A5B76" w:rsidRDefault="00233B5B"/>
        </w:tc>
      </w:tr>
      <w:tr w:rsidR="00233B5B" w:rsidRPr="000A5B76" w14:paraId="15F143D9" w14:textId="77777777">
        <w:trPr>
          <w:jc w:val="center"/>
        </w:trPr>
        <w:tc>
          <w:tcPr>
            <w:tcW w:w="2108" w:type="dxa"/>
          </w:tcPr>
          <w:p w14:paraId="3CDCF875" w14:textId="77777777" w:rsidR="00233B5B" w:rsidRPr="000A5B76" w:rsidRDefault="00233B5B"/>
        </w:tc>
        <w:tc>
          <w:tcPr>
            <w:tcW w:w="2108" w:type="dxa"/>
          </w:tcPr>
          <w:p w14:paraId="04347806" w14:textId="77777777" w:rsidR="00233B5B" w:rsidRPr="000A5B76" w:rsidRDefault="00233B5B"/>
        </w:tc>
        <w:tc>
          <w:tcPr>
            <w:tcW w:w="2108" w:type="dxa"/>
          </w:tcPr>
          <w:p w14:paraId="6BED37A6" w14:textId="77777777" w:rsidR="00233B5B" w:rsidRPr="000A5B76" w:rsidRDefault="00233B5B"/>
        </w:tc>
        <w:tc>
          <w:tcPr>
            <w:tcW w:w="2108" w:type="dxa"/>
          </w:tcPr>
          <w:p w14:paraId="067CC15C" w14:textId="77777777" w:rsidR="00233B5B" w:rsidRPr="000A5B76" w:rsidRDefault="00233B5B"/>
        </w:tc>
        <w:tc>
          <w:tcPr>
            <w:tcW w:w="2108" w:type="dxa"/>
          </w:tcPr>
          <w:p w14:paraId="7B12A92E" w14:textId="77777777" w:rsidR="00233B5B" w:rsidRPr="000A5B76" w:rsidRDefault="00233B5B"/>
        </w:tc>
      </w:tr>
      <w:tr w:rsidR="00233B5B" w:rsidRPr="000A5B76" w14:paraId="5A3F1966" w14:textId="77777777">
        <w:trPr>
          <w:jc w:val="center"/>
        </w:trPr>
        <w:tc>
          <w:tcPr>
            <w:tcW w:w="2108" w:type="dxa"/>
          </w:tcPr>
          <w:p w14:paraId="63C4924E" w14:textId="77777777" w:rsidR="00233B5B" w:rsidRPr="000A5B76" w:rsidRDefault="00233B5B"/>
        </w:tc>
        <w:tc>
          <w:tcPr>
            <w:tcW w:w="2108" w:type="dxa"/>
          </w:tcPr>
          <w:p w14:paraId="072D9634" w14:textId="77777777" w:rsidR="00233B5B" w:rsidRPr="000A5B76" w:rsidRDefault="00233B5B"/>
        </w:tc>
        <w:tc>
          <w:tcPr>
            <w:tcW w:w="2108" w:type="dxa"/>
          </w:tcPr>
          <w:p w14:paraId="7AE7F086" w14:textId="77777777" w:rsidR="00233B5B" w:rsidRPr="000A5B76" w:rsidRDefault="00233B5B"/>
        </w:tc>
        <w:tc>
          <w:tcPr>
            <w:tcW w:w="2108" w:type="dxa"/>
          </w:tcPr>
          <w:p w14:paraId="2F034841" w14:textId="77777777" w:rsidR="00233B5B" w:rsidRPr="000A5B76" w:rsidRDefault="00233B5B"/>
        </w:tc>
        <w:tc>
          <w:tcPr>
            <w:tcW w:w="2108" w:type="dxa"/>
          </w:tcPr>
          <w:p w14:paraId="2BF7BDF5" w14:textId="77777777" w:rsidR="00233B5B" w:rsidRPr="000A5B76" w:rsidRDefault="00233B5B"/>
        </w:tc>
      </w:tr>
      <w:tr w:rsidR="00233B5B" w:rsidRPr="000A5B76" w14:paraId="5A1E2B88" w14:textId="77777777">
        <w:trPr>
          <w:jc w:val="center"/>
        </w:trPr>
        <w:tc>
          <w:tcPr>
            <w:tcW w:w="2108" w:type="dxa"/>
          </w:tcPr>
          <w:p w14:paraId="41BE3D24" w14:textId="77777777" w:rsidR="00233B5B" w:rsidRPr="000A5B76" w:rsidRDefault="00233B5B"/>
        </w:tc>
        <w:tc>
          <w:tcPr>
            <w:tcW w:w="2108" w:type="dxa"/>
          </w:tcPr>
          <w:p w14:paraId="3A3C54D0" w14:textId="77777777" w:rsidR="00233B5B" w:rsidRPr="000A5B76" w:rsidRDefault="00233B5B"/>
        </w:tc>
        <w:tc>
          <w:tcPr>
            <w:tcW w:w="2108" w:type="dxa"/>
          </w:tcPr>
          <w:p w14:paraId="378E7506" w14:textId="77777777" w:rsidR="00233B5B" w:rsidRPr="000A5B76" w:rsidRDefault="00233B5B"/>
        </w:tc>
        <w:tc>
          <w:tcPr>
            <w:tcW w:w="2108" w:type="dxa"/>
          </w:tcPr>
          <w:p w14:paraId="6F2C2944" w14:textId="77777777" w:rsidR="00233B5B" w:rsidRPr="000A5B76" w:rsidRDefault="00233B5B"/>
        </w:tc>
        <w:tc>
          <w:tcPr>
            <w:tcW w:w="2108" w:type="dxa"/>
          </w:tcPr>
          <w:p w14:paraId="0C37F77D" w14:textId="77777777" w:rsidR="00233B5B" w:rsidRPr="000A5B76" w:rsidRDefault="00233B5B"/>
        </w:tc>
      </w:tr>
      <w:tr w:rsidR="00233B5B" w:rsidRPr="000A5B76" w14:paraId="358512D0" w14:textId="77777777">
        <w:trPr>
          <w:jc w:val="center"/>
        </w:trPr>
        <w:tc>
          <w:tcPr>
            <w:tcW w:w="2108" w:type="dxa"/>
          </w:tcPr>
          <w:p w14:paraId="5278F84A" w14:textId="77777777" w:rsidR="00233B5B" w:rsidRPr="000A5B76" w:rsidRDefault="00233B5B"/>
        </w:tc>
        <w:tc>
          <w:tcPr>
            <w:tcW w:w="2108" w:type="dxa"/>
          </w:tcPr>
          <w:p w14:paraId="05DA20B4" w14:textId="77777777" w:rsidR="00233B5B" w:rsidRPr="000A5B76" w:rsidRDefault="00233B5B"/>
        </w:tc>
        <w:tc>
          <w:tcPr>
            <w:tcW w:w="2108" w:type="dxa"/>
          </w:tcPr>
          <w:p w14:paraId="1C25497F" w14:textId="77777777" w:rsidR="00233B5B" w:rsidRPr="000A5B76" w:rsidRDefault="00233B5B"/>
        </w:tc>
        <w:tc>
          <w:tcPr>
            <w:tcW w:w="2108" w:type="dxa"/>
          </w:tcPr>
          <w:p w14:paraId="5D815823" w14:textId="77777777" w:rsidR="00233B5B" w:rsidRPr="000A5B76" w:rsidRDefault="00233B5B"/>
        </w:tc>
        <w:tc>
          <w:tcPr>
            <w:tcW w:w="2108" w:type="dxa"/>
          </w:tcPr>
          <w:p w14:paraId="461F3019" w14:textId="77777777" w:rsidR="00233B5B" w:rsidRPr="000A5B76" w:rsidRDefault="00233B5B"/>
        </w:tc>
      </w:tr>
      <w:tr w:rsidR="00233B5B" w:rsidRPr="000A5B76" w14:paraId="26629BA1" w14:textId="77777777">
        <w:trPr>
          <w:jc w:val="center"/>
        </w:trPr>
        <w:tc>
          <w:tcPr>
            <w:tcW w:w="2108" w:type="dxa"/>
          </w:tcPr>
          <w:p w14:paraId="4D2F8656" w14:textId="77777777" w:rsidR="00233B5B" w:rsidRPr="000A5B76" w:rsidRDefault="00233B5B"/>
        </w:tc>
        <w:tc>
          <w:tcPr>
            <w:tcW w:w="2108" w:type="dxa"/>
          </w:tcPr>
          <w:p w14:paraId="334163BD" w14:textId="77777777" w:rsidR="00233B5B" w:rsidRPr="000A5B76" w:rsidRDefault="00233B5B"/>
        </w:tc>
        <w:tc>
          <w:tcPr>
            <w:tcW w:w="2108" w:type="dxa"/>
          </w:tcPr>
          <w:p w14:paraId="6E9C22F9" w14:textId="77777777" w:rsidR="00233B5B" w:rsidRPr="000A5B76" w:rsidRDefault="00233B5B"/>
        </w:tc>
        <w:tc>
          <w:tcPr>
            <w:tcW w:w="2108" w:type="dxa"/>
          </w:tcPr>
          <w:p w14:paraId="76F69813" w14:textId="77777777" w:rsidR="00233B5B" w:rsidRPr="000A5B76" w:rsidRDefault="00233B5B"/>
        </w:tc>
        <w:tc>
          <w:tcPr>
            <w:tcW w:w="2108" w:type="dxa"/>
          </w:tcPr>
          <w:p w14:paraId="6D350736" w14:textId="77777777" w:rsidR="00233B5B" w:rsidRPr="000A5B76" w:rsidRDefault="00233B5B"/>
        </w:tc>
      </w:tr>
      <w:tr w:rsidR="00233B5B" w:rsidRPr="000A5B76" w14:paraId="1F77C2D6" w14:textId="77777777">
        <w:trPr>
          <w:jc w:val="center"/>
        </w:trPr>
        <w:tc>
          <w:tcPr>
            <w:tcW w:w="2108" w:type="dxa"/>
          </w:tcPr>
          <w:p w14:paraId="2FF93074" w14:textId="77777777" w:rsidR="00233B5B" w:rsidRPr="000A5B76" w:rsidRDefault="00233B5B"/>
        </w:tc>
        <w:tc>
          <w:tcPr>
            <w:tcW w:w="2108" w:type="dxa"/>
          </w:tcPr>
          <w:p w14:paraId="05C49821" w14:textId="77777777" w:rsidR="00233B5B" w:rsidRPr="000A5B76" w:rsidRDefault="00233B5B"/>
        </w:tc>
        <w:tc>
          <w:tcPr>
            <w:tcW w:w="2108" w:type="dxa"/>
          </w:tcPr>
          <w:p w14:paraId="620CD020" w14:textId="77777777" w:rsidR="00233B5B" w:rsidRPr="000A5B76" w:rsidRDefault="00233B5B"/>
        </w:tc>
        <w:tc>
          <w:tcPr>
            <w:tcW w:w="2108" w:type="dxa"/>
          </w:tcPr>
          <w:p w14:paraId="209946ED" w14:textId="77777777" w:rsidR="00233B5B" w:rsidRPr="000A5B76" w:rsidRDefault="00233B5B"/>
        </w:tc>
        <w:tc>
          <w:tcPr>
            <w:tcW w:w="2108" w:type="dxa"/>
          </w:tcPr>
          <w:p w14:paraId="3342A9C5" w14:textId="77777777" w:rsidR="00233B5B" w:rsidRPr="000A5B76" w:rsidRDefault="00233B5B"/>
        </w:tc>
      </w:tr>
    </w:tbl>
    <w:p w14:paraId="507A3E2B" w14:textId="77777777" w:rsidR="00233B5B" w:rsidRPr="000A5B76" w:rsidRDefault="00000000">
      <w:r w:rsidRPr="000A5B76">
        <w:br/>
        <w:t>Ce que j’ai appris aujourd’hui :</w:t>
      </w:r>
    </w:p>
    <w:p w14:paraId="7CAFDAD3" w14:textId="77777777" w:rsidR="00233B5B" w:rsidRPr="000A5B76" w:rsidRDefault="00000000">
      <w:r w:rsidRPr="000A5B76">
        <w:t>________________________________________________________________________</w:t>
      </w:r>
    </w:p>
    <w:p w14:paraId="016ABD61" w14:textId="77777777" w:rsidR="00233B5B" w:rsidRPr="000A5B76" w:rsidRDefault="00000000">
      <w:r w:rsidRPr="000A5B76">
        <w:t>________________________________________________________________________</w:t>
      </w:r>
    </w:p>
    <w:p w14:paraId="76EFD4ED" w14:textId="77777777" w:rsidR="00233B5B" w:rsidRPr="000A5B76" w:rsidRDefault="00000000">
      <w:r w:rsidRPr="000A5B76">
        <w:t>________________________________________________________________________</w:t>
      </w:r>
    </w:p>
    <w:p w14:paraId="69C88C1F" w14:textId="77777777" w:rsidR="00233B5B" w:rsidRPr="000A5B76" w:rsidRDefault="00000000">
      <w:r w:rsidRPr="000A5B76">
        <w:t>________________________________________________________________________</w:t>
      </w:r>
    </w:p>
    <w:p w14:paraId="4DB46896" w14:textId="77777777" w:rsidR="00233B5B" w:rsidRPr="000A5B76" w:rsidRDefault="00000000">
      <w:r w:rsidRPr="000A5B76">
        <w:t>Difficultés / questions à poser :</w:t>
      </w:r>
    </w:p>
    <w:p w14:paraId="1D1D2ED7" w14:textId="77777777" w:rsidR="00233B5B" w:rsidRPr="000A5B76" w:rsidRDefault="00000000">
      <w:r w:rsidRPr="000A5B76">
        <w:t>________________________________________________________________________</w:t>
      </w:r>
    </w:p>
    <w:p w14:paraId="039ABA9C" w14:textId="77777777" w:rsidR="00233B5B" w:rsidRPr="000A5B76" w:rsidRDefault="00000000">
      <w:r w:rsidRPr="000A5B76">
        <w:t>________________________________________________________________________</w:t>
      </w:r>
    </w:p>
    <w:p w14:paraId="61F5B79B" w14:textId="77777777" w:rsidR="00233B5B" w:rsidRPr="000A5B76" w:rsidRDefault="00000000">
      <w:r w:rsidRPr="000A5B76">
        <w:lastRenderedPageBreak/>
        <w:t>________________________________________________________________________</w:t>
      </w:r>
    </w:p>
    <w:p w14:paraId="2A919358" w14:textId="77777777" w:rsidR="00233B5B" w:rsidRPr="000A5B76" w:rsidRDefault="00000000">
      <w:r w:rsidRPr="000A5B76">
        <w:t>Signature / visa de l’encadreur : ______________________________</w:t>
      </w:r>
    </w:p>
    <w:p w14:paraId="2DCE6F3C" w14:textId="77777777" w:rsidR="00233B5B" w:rsidRPr="000A5B76" w:rsidRDefault="00000000">
      <w:r w:rsidRPr="000A5B76">
        <w:br w:type="page"/>
      </w:r>
    </w:p>
    <w:p w14:paraId="638E2996" w14:textId="77777777" w:rsidR="00233B5B" w:rsidRPr="000A5B76" w:rsidRDefault="00000000">
      <w:r w:rsidRPr="000A5B76">
        <w:rPr>
          <w:b/>
          <w:sz w:val="28"/>
        </w:rPr>
        <w:lastRenderedPageBreak/>
        <w:t>2. FICHE JOURNALIÈRE — JOUR 2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233B5B" w:rsidRPr="000A5B76" w14:paraId="1375D3A8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5FDE42B2" w14:textId="77777777" w:rsidR="00233B5B" w:rsidRPr="000A5B76" w:rsidRDefault="00000000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CB19362" w14:textId="77777777" w:rsidR="00233B5B" w:rsidRPr="000A5B76" w:rsidRDefault="00000000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37005F1" w14:textId="77777777" w:rsidR="00233B5B" w:rsidRPr="000A5B76" w:rsidRDefault="00000000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BA0EBC2" w14:textId="77777777" w:rsidR="00233B5B" w:rsidRPr="000A5B76" w:rsidRDefault="00000000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7813908" w14:textId="77777777" w:rsidR="00233B5B" w:rsidRPr="000A5B76" w:rsidRDefault="00000000">
            <w:r w:rsidRPr="000A5B76">
              <w:rPr>
                <w:b/>
              </w:rPr>
              <w:t>Encadreur</w:t>
            </w:r>
          </w:p>
        </w:tc>
      </w:tr>
      <w:tr w:rsidR="00233B5B" w:rsidRPr="000A5B76" w14:paraId="045E488F" w14:textId="77777777">
        <w:trPr>
          <w:jc w:val="center"/>
        </w:trPr>
        <w:tc>
          <w:tcPr>
            <w:tcW w:w="2108" w:type="dxa"/>
          </w:tcPr>
          <w:p w14:paraId="2A458F27" w14:textId="77777777" w:rsidR="00233B5B" w:rsidRPr="000A5B76" w:rsidRDefault="00233B5B"/>
        </w:tc>
        <w:tc>
          <w:tcPr>
            <w:tcW w:w="2108" w:type="dxa"/>
          </w:tcPr>
          <w:p w14:paraId="49918AB5" w14:textId="77777777" w:rsidR="00233B5B" w:rsidRPr="000A5B76" w:rsidRDefault="00233B5B"/>
        </w:tc>
        <w:tc>
          <w:tcPr>
            <w:tcW w:w="2108" w:type="dxa"/>
          </w:tcPr>
          <w:p w14:paraId="6F831CCA" w14:textId="77777777" w:rsidR="00233B5B" w:rsidRPr="000A5B76" w:rsidRDefault="00233B5B"/>
        </w:tc>
        <w:tc>
          <w:tcPr>
            <w:tcW w:w="2108" w:type="dxa"/>
          </w:tcPr>
          <w:p w14:paraId="13F465D3" w14:textId="77777777" w:rsidR="00233B5B" w:rsidRPr="000A5B76" w:rsidRDefault="00233B5B"/>
        </w:tc>
        <w:tc>
          <w:tcPr>
            <w:tcW w:w="2108" w:type="dxa"/>
          </w:tcPr>
          <w:p w14:paraId="21F30D9F" w14:textId="77777777" w:rsidR="00233B5B" w:rsidRPr="000A5B76" w:rsidRDefault="00233B5B"/>
        </w:tc>
      </w:tr>
    </w:tbl>
    <w:p w14:paraId="3012477A" w14:textId="77777777" w:rsidR="00233B5B" w:rsidRPr="000A5B76" w:rsidRDefault="00000000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233B5B" w:rsidRPr="000A5B76" w14:paraId="3ACA3FE0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484CEFA2" w14:textId="77777777" w:rsidR="00233B5B" w:rsidRPr="000A5B76" w:rsidRDefault="00000000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A91EB4C" w14:textId="77777777" w:rsidR="00233B5B" w:rsidRPr="000A5B76" w:rsidRDefault="00000000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AFCAD75" w14:textId="77777777" w:rsidR="00233B5B" w:rsidRPr="000A5B76" w:rsidRDefault="00000000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A973C18" w14:textId="77777777" w:rsidR="00233B5B" w:rsidRPr="000A5B76" w:rsidRDefault="00000000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6E92F5A" w14:textId="77777777" w:rsidR="00233B5B" w:rsidRPr="000A5B76" w:rsidRDefault="00000000">
            <w:r w:rsidRPr="000A5B76">
              <w:rPr>
                <w:b/>
              </w:rPr>
              <w:t>À revoir</w:t>
            </w:r>
          </w:p>
        </w:tc>
      </w:tr>
      <w:tr w:rsidR="00233B5B" w:rsidRPr="000A5B76" w14:paraId="11BEA107" w14:textId="77777777">
        <w:trPr>
          <w:jc w:val="center"/>
        </w:trPr>
        <w:tc>
          <w:tcPr>
            <w:tcW w:w="2108" w:type="dxa"/>
          </w:tcPr>
          <w:p w14:paraId="7C014658" w14:textId="77777777" w:rsidR="00233B5B" w:rsidRPr="000A5B76" w:rsidRDefault="00233B5B"/>
        </w:tc>
        <w:tc>
          <w:tcPr>
            <w:tcW w:w="2108" w:type="dxa"/>
          </w:tcPr>
          <w:p w14:paraId="57F4933B" w14:textId="77777777" w:rsidR="00233B5B" w:rsidRPr="000A5B76" w:rsidRDefault="00233B5B"/>
        </w:tc>
        <w:tc>
          <w:tcPr>
            <w:tcW w:w="2108" w:type="dxa"/>
          </w:tcPr>
          <w:p w14:paraId="5CC1229C" w14:textId="77777777" w:rsidR="00233B5B" w:rsidRPr="000A5B76" w:rsidRDefault="00233B5B"/>
        </w:tc>
        <w:tc>
          <w:tcPr>
            <w:tcW w:w="2108" w:type="dxa"/>
          </w:tcPr>
          <w:p w14:paraId="7859B540" w14:textId="77777777" w:rsidR="00233B5B" w:rsidRPr="000A5B76" w:rsidRDefault="00233B5B"/>
        </w:tc>
        <w:tc>
          <w:tcPr>
            <w:tcW w:w="2108" w:type="dxa"/>
          </w:tcPr>
          <w:p w14:paraId="248B5EC0" w14:textId="77777777" w:rsidR="00233B5B" w:rsidRPr="000A5B76" w:rsidRDefault="00233B5B"/>
        </w:tc>
      </w:tr>
      <w:tr w:rsidR="00233B5B" w:rsidRPr="000A5B76" w14:paraId="43E3B89E" w14:textId="77777777">
        <w:trPr>
          <w:jc w:val="center"/>
        </w:trPr>
        <w:tc>
          <w:tcPr>
            <w:tcW w:w="2108" w:type="dxa"/>
          </w:tcPr>
          <w:p w14:paraId="593442A3" w14:textId="77777777" w:rsidR="00233B5B" w:rsidRPr="000A5B76" w:rsidRDefault="00233B5B"/>
        </w:tc>
        <w:tc>
          <w:tcPr>
            <w:tcW w:w="2108" w:type="dxa"/>
          </w:tcPr>
          <w:p w14:paraId="44ED50CA" w14:textId="77777777" w:rsidR="00233B5B" w:rsidRPr="000A5B76" w:rsidRDefault="00233B5B"/>
        </w:tc>
        <w:tc>
          <w:tcPr>
            <w:tcW w:w="2108" w:type="dxa"/>
          </w:tcPr>
          <w:p w14:paraId="5F412C99" w14:textId="77777777" w:rsidR="00233B5B" w:rsidRPr="000A5B76" w:rsidRDefault="00233B5B"/>
        </w:tc>
        <w:tc>
          <w:tcPr>
            <w:tcW w:w="2108" w:type="dxa"/>
          </w:tcPr>
          <w:p w14:paraId="6258D3E7" w14:textId="77777777" w:rsidR="00233B5B" w:rsidRPr="000A5B76" w:rsidRDefault="00233B5B"/>
        </w:tc>
        <w:tc>
          <w:tcPr>
            <w:tcW w:w="2108" w:type="dxa"/>
          </w:tcPr>
          <w:p w14:paraId="04C63B75" w14:textId="77777777" w:rsidR="00233B5B" w:rsidRPr="000A5B76" w:rsidRDefault="00233B5B"/>
        </w:tc>
      </w:tr>
      <w:tr w:rsidR="00233B5B" w:rsidRPr="000A5B76" w14:paraId="212246DF" w14:textId="77777777">
        <w:trPr>
          <w:jc w:val="center"/>
        </w:trPr>
        <w:tc>
          <w:tcPr>
            <w:tcW w:w="2108" w:type="dxa"/>
          </w:tcPr>
          <w:p w14:paraId="122E5952" w14:textId="77777777" w:rsidR="00233B5B" w:rsidRPr="000A5B76" w:rsidRDefault="00233B5B"/>
        </w:tc>
        <w:tc>
          <w:tcPr>
            <w:tcW w:w="2108" w:type="dxa"/>
          </w:tcPr>
          <w:p w14:paraId="1725630D" w14:textId="77777777" w:rsidR="00233B5B" w:rsidRPr="000A5B76" w:rsidRDefault="00233B5B"/>
        </w:tc>
        <w:tc>
          <w:tcPr>
            <w:tcW w:w="2108" w:type="dxa"/>
          </w:tcPr>
          <w:p w14:paraId="1055AF69" w14:textId="77777777" w:rsidR="00233B5B" w:rsidRPr="000A5B76" w:rsidRDefault="00233B5B"/>
        </w:tc>
        <w:tc>
          <w:tcPr>
            <w:tcW w:w="2108" w:type="dxa"/>
          </w:tcPr>
          <w:p w14:paraId="4236FFC6" w14:textId="77777777" w:rsidR="00233B5B" w:rsidRPr="000A5B76" w:rsidRDefault="00233B5B"/>
        </w:tc>
        <w:tc>
          <w:tcPr>
            <w:tcW w:w="2108" w:type="dxa"/>
          </w:tcPr>
          <w:p w14:paraId="52FF2459" w14:textId="77777777" w:rsidR="00233B5B" w:rsidRPr="000A5B76" w:rsidRDefault="00233B5B"/>
        </w:tc>
      </w:tr>
      <w:tr w:rsidR="00233B5B" w:rsidRPr="000A5B76" w14:paraId="095955FA" w14:textId="77777777">
        <w:trPr>
          <w:jc w:val="center"/>
        </w:trPr>
        <w:tc>
          <w:tcPr>
            <w:tcW w:w="2108" w:type="dxa"/>
          </w:tcPr>
          <w:p w14:paraId="3B059900" w14:textId="77777777" w:rsidR="00233B5B" w:rsidRPr="000A5B76" w:rsidRDefault="00233B5B"/>
        </w:tc>
        <w:tc>
          <w:tcPr>
            <w:tcW w:w="2108" w:type="dxa"/>
          </w:tcPr>
          <w:p w14:paraId="60CB737C" w14:textId="77777777" w:rsidR="00233B5B" w:rsidRPr="000A5B76" w:rsidRDefault="00233B5B"/>
        </w:tc>
        <w:tc>
          <w:tcPr>
            <w:tcW w:w="2108" w:type="dxa"/>
          </w:tcPr>
          <w:p w14:paraId="781A37C2" w14:textId="77777777" w:rsidR="00233B5B" w:rsidRPr="000A5B76" w:rsidRDefault="00233B5B"/>
        </w:tc>
        <w:tc>
          <w:tcPr>
            <w:tcW w:w="2108" w:type="dxa"/>
          </w:tcPr>
          <w:p w14:paraId="20D9F3E8" w14:textId="77777777" w:rsidR="00233B5B" w:rsidRPr="000A5B76" w:rsidRDefault="00233B5B"/>
        </w:tc>
        <w:tc>
          <w:tcPr>
            <w:tcW w:w="2108" w:type="dxa"/>
          </w:tcPr>
          <w:p w14:paraId="646ECA72" w14:textId="77777777" w:rsidR="00233B5B" w:rsidRPr="000A5B76" w:rsidRDefault="00233B5B"/>
        </w:tc>
      </w:tr>
      <w:tr w:rsidR="00233B5B" w:rsidRPr="000A5B76" w14:paraId="74711152" w14:textId="77777777">
        <w:trPr>
          <w:jc w:val="center"/>
        </w:trPr>
        <w:tc>
          <w:tcPr>
            <w:tcW w:w="2108" w:type="dxa"/>
          </w:tcPr>
          <w:p w14:paraId="43441423" w14:textId="77777777" w:rsidR="00233B5B" w:rsidRPr="000A5B76" w:rsidRDefault="00233B5B"/>
        </w:tc>
        <w:tc>
          <w:tcPr>
            <w:tcW w:w="2108" w:type="dxa"/>
          </w:tcPr>
          <w:p w14:paraId="25C56506" w14:textId="77777777" w:rsidR="00233B5B" w:rsidRPr="000A5B76" w:rsidRDefault="00233B5B"/>
        </w:tc>
        <w:tc>
          <w:tcPr>
            <w:tcW w:w="2108" w:type="dxa"/>
          </w:tcPr>
          <w:p w14:paraId="20C156A5" w14:textId="77777777" w:rsidR="00233B5B" w:rsidRPr="000A5B76" w:rsidRDefault="00233B5B"/>
        </w:tc>
        <w:tc>
          <w:tcPr>
            <w:tcW w:w="2108" w:type="dxa"/>
          </w:tcPr>
          <w:p w14:paraId="3425CC03" w14:textId="77777777" w:rsidR="00233B5B" w:rsidRPr="000A5B76" w:rsidRDefault="00233B5B"/>
        </w:tc>
        <w:tc>
          <w:tcPr>
            <w:tcW w:w="2108" w:type="dxa"/>
          </w:tcPr>
          <w:p w14:paraId="2910614A" w14:textId="77777777" w:rsidR="00233B5B" w:rsidRPr="000A5B76" w:rsidRDefault="00233B5B"/>
        </w:tc>
      </w:tr>
      <w:tr w:rsidR="00233B5B" w:rsidRPr="000A5B76" w14:paraId="7C0C379A" w14:textId="77777777">
        <w:trPr>
          <w:jc w:val="center"/>
        </w:trPr>
        <w:tc>
          <w:tcPr>
            <w:tcW w:w="2108" w:type="dxa"/>
          </w:tcPr>
          <w:p w14:paraId="30B274E5" w14:textId="77777777" w:rsidR="00233B5B" w:rsidRPr="000A5B76" w:rsidRDefault="00233B5B"/>
        </w:tc>
        <w:tc>
          <w:tcPr>
            <w:tcW w:w="2108" w:type="dxa"/>
          </w:tcPr>
          <w:p w14:paraId="493B43A4" w14:textId="77777777" w:rsidR="00233B5B" w:rsidRPr="000A5B76" w:rsidRDefault="00233B5B"/>
        </w:tc>
        <w:tc>
          <w:tcPr>
            <w:tcW w:w="2108" w:type="dxa"/>
          </w:tcPr>
          <w:p w14:paraId="019ECB3D" w14:textId="77777777" w:rsidR="00233B5B" w:rsidRPr="000A5B76" w:rsidRDefault="00233B5B"/>
        </w:tc>
        <w:tc>
          <w:tcPr>
            <w:tcW w:w="2108" w:type="dxa"/>
          </w:tcPr>
          <w:p w14:paraId="43E7A2C6" w14:textId="77777777" w:rsidR="00233B5B" w:rsidRPr="000A5B76" w:rsidRDefault="00233B5B"/>
        </w:tc>
        <w:tc>
          <w:tcPr>
            <w:tcW w:w="2108" w:type="dxa"/>
          </w:tcPr>
          <w:p w14:paraId="285C67F0" w14:textId="77777777" w:rsidR="00233B5B" w:rsidRPr="000A5B76" w:rsidRDefault="00233B5B"/>
        </w:tc>
      </w:tr>
      <w:tr w:rsidR="00233B5B" w:rsidRPr="000A5B76" w14:paraId="29927364" w14:textId="77777777">
        <w:trPr>
          <w:jc w:val="center"/>
        </w:trPr>
        <w:tc>
          <w:tcPr>
            <w:tcW w:w="2108" w:type="dxa"/>
          </w:tcPr>
          <w:p w14:paraId="7BBE11D7" w14:textId="77777777" w:rsidR="00233B5B" w:rsidRPr="000A5B76" w:rsidRDefault="00233B5B"/>
        </w:tc>
        <w:tc>
          <w:tcPr>
            <w:tcW w:w="2108" w:type="dxa"/>
          </w:tcPr>
          <w:p w14:paraId="45BF71E5" w14:textId="77777777" w:rsidR="00233B5B" w:rsidRPr="000A5B76" w:rsidRDefault="00233B5B"/>
        </w:tc>
        <w:tc>
          <w:tcPr>
            <w:tcW w:w="2108" w:type="dxa"/>
          </w:tcPr>
          <w:p w14:paraId="5C8143B8" w14:textId="77777777" w:rsidR="00233B5B" w:rsidRPr="000A5B76" w:rsidRDefault="00233B5B"/>
        </w:tc>
        <w:tc>
          <w:tcPr>
            <w:tcW w:w="2108" w:type="dxa"/>
          </w:tcPr>
          <w:p w14:paraId="660FC867" w14:textId="77777777" w:rsidR="00233B5B" w:rsidRPr="000A5B76" w:rsidRDefault="00233B5B"/>
        </w:tc>
        <w:tc>
          <w:tcPr>
            <w:tcW w:w="2108" w:type="dxa"/>
          </w:tcPr>
          <w:p w14:paraId="0687FA1A" w14:textId="77777777" w:rsidR="00233B5B" w:rsidRPr="000A5B76" w:rsidRDefault="00233B5B"/>
        </w:tc>
      </w:tr>
      <w:tr w:rsidR="00233B5B" w:rsidRPr="000A5B76" w14:paraId="295CAB27" w14:textId="77777777">
        <w:trPr>
          <w:jc w:val="center"/>
        </w:trPr>
        <w:tc>
          <w:tcPr>
            <w:tcW w:w="2108" w:type="dxa"/>
          </w:tcPr>
          <w:p w14:paraId="726182CA" w14:textId="77777777" w:rsidR="00233B5B" w:rsidRPr="000A5B76" w:rsidRDefault="00233B5B"/>
        </w:tc>
        <w:tc>
          <w:tcPr>
            <w:tcW w:w="2108" w:type="dxa"/>
          </w:tcPr>
          <w:p w14:paraId="21E379D1" w14:textId="77777777" w:rsidR="00233B5B" w:rsidRPr="000A5B76" w:rsidRDefault="00233B5B"/>
        </w:tc>
        <w:tc>
          <w:tcPr>
            <w:tcW w:w="2108" w:type="dxa"/>
          </w:tcPr>
          <w:p w14:paraId="2EC51946" w14:textId="77777777" w:rsidR="00233B5B" w:rsidRPr="000A5B76" w:rsidRDefault="00233B5B"/>
        </w:tc>
        <w:tc>
          <w:tcPr>
            <w:tcW w:w="2108" w:type="dxa"/>
          </w:tcPr>
          <w:p w14:paraId="5A675DCE" w14:textId="77777777" w:rsidR="00233B5B" w:rsidRPr="000A5B76" w:rsidRDefault="00233B5B"/>
        </w:tc>
        <w:tc>
          <w:tcPr>
            <w:tcW w:w="2108" w:type="dxa"/>
          </w:tcPr>
          <w:p w14:paraId="4A869DB3" w14:textId="77777777" w:rsidR="00233B5B" w:rsidRPr="000A5B76" w:rsidRDefault="00233B5B"/>
        </w:tc>
      </w:tr>
    </w:tbl>
    <w:p w14:paraId="631EC9D0" w14:textId="77777777" w:rsidR="00233B5B" w:rsidRPr="000A5B76" w:rsidRDefault="00000000">
      <w:r w:rsidRPr="000A5B76">
        <w:br/>
        <w:t>Ce que j’ai appris aujourd’hui :</w:t>
      </w:r>
    </w:p>
    <w:p w14:paraId="2F3117D1" w14:textId="77777777" w:rsidR="00233B5B" w:rsidRPr="000A5B76" w:rsidRDefault="00000000">
      <w:r w:rsidRPr="000A5B76">
        <w:t>________________________________________________________________________</w:t>
      </w:r>
    </w:p>
    <w:p w14:paraId="096B6BF2" w14:textId="77777777" w:rsidR="00233B5B" w:rsidRPr="000A5B76" w:rsidRDefault="00000000">
      <w:r w:rsidRPr="000A5B76">
        <w:t>________________________________________________________________________</w:t>
      </w:r>
    </w:p>
    <w:p w14:paraId="7918CD2C" w14:textId="77777777" w:rsidR="00233B5B" w:rsidRPr="000A5B76" w:rsidRDefault="00000000">
      <w:r w:rsidRPr="000A5B76">
        <w:t>________________________________________________________________________</w:t>
      </w:r>
    </w:p>
    <w:p w14:paraId="4783FBE8" w14:textId="77777777" w:rsidR="00233B5B" w:rsidRPr="000A5B76" w:rsidRDefault="00000000">
      <w:r w:rsidRPr="000A5B76">
        <w:t>________________________________________________________________________</w:t>
      </w:r>
    </w:p>
    <w:p w14:paraId="2D63D4EA" w14:textId="77777777" w:rsidR="00233B5B" w:rsidRPr="000A5B76" w:rsidRDefault="00000000">
      <w:r w:rsidRPr="000A5B76">
        <w:t>Difficultés / questions à poser :</w:t>
      </w:r>
    </w:p>
    <w:p w14:paraId="69EBE27B" w14:textId="77777777" w:rsidR="00233B5B" w:rsidRPr="000A5B76" w:rsidRDefault="00000000">
      <w:r w:rsidRPr="000A5B76">
        <w:t>________________________________________________________________________</w:t>
      </w:r>
    </w:p>
    <w:p w14:paraId="195C81D8" w14:textId="77777777" w:rsidR="00233B5B" w:rsidRPr="000A5B76" w:rsidRDefault="00000000">
      <w:r w:rsidRPr="000A5B76">
        <w:t>________________________________________________________________________</w:t>
      </w:r>
    </w:p>
    <w:p w14:paraId="0CEE0A4C" w14:textId="77777777" w:rsidR="00233B5B" w:rsidRPr="000A5B76" w:rsidRDefault="00000000">
      <w:r w:rsidRPr="000A5B76">
        <w:lastRenderedPageBreak/>
        <w:t>________________________________________________________________________</w:t>
      </w:r>
    </w:p>
    <w:p w14:paraId="230DBC62" w14:textId="77777777" w:rsidR="00233B5B" w:rsidRPr="000A5B76" w:rsidRDefault="00000000">
      <w:r w:rsidRPr="000A5B76">
        <w:t>Signature / visa de l’encadreur : ______________________________</w:t>
      </w:r>
    </w:p>
    <w:p w14:paraId="6100CCF9" w14:textId="77777777" w:rsidR="00233B5B" w:rsidRPr="000A5B76" w:rsidRDefault="00000000">
      <w:r w:rsidRPr="000A5B76">
        <w:br w:type="page"/>
      </w:r>
    </w:p>
    <w:p w14:paraId="76C45055" w14:textId="77777777" w:rsidR="00233B5B" w:rsidRPr="000A5B76" w:rsidRDefault="00000000">
      <w:r w:rsidRPr="000A5B76">
        <w:rPr>
          <w:b/>
          <w:sz w:val="28"/>
        </w:rPr>
        <w:lastRenderedPageBreak/>
        <w:t>2. FICHE JOURNALIÈRE — JOUR 3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233B5B" w:rsidRPr="000A5B76" w14:paraId="40743A5D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644AD1F3" w14:textId="77777777" w:rsidR="00233B5B" w:rsidRPr="000A5B76" w:rsidRDefault="00000000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56547E6" w14:textId="77777777" w:rsidR="00233B5B" w:rsidRPr="000A5B76" w:rsidRDefault="00000000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983F642" w14:textId="77777777" w:rsidR="00233B5B" w:rsidRPr="000A5B76" w:rsidRDefault="00000000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68B0231" w14:textId="77777777" w:rsidR="00233B5B" w:rsidRPr="000A5B76" w:rsidRDefault="00000000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DDFDED3" w14:textId="77777777" w:rsidR="00233B5B" w:rsidRPr="000A5B76" w:rsidRDefault="00000000">
            <w:r w:rsidRPr="000A5B76">
              <w:rPr>
                <w:b/>
              </w:rPr>
              <w:t>Encadreur</w:t>
            </w:r>
          </w:p>
        </w:tc>
      </w:tr>
      <w:tr w:rsidR="00233B5B" w:rsidRPr="000A5B76" w14:paraId="31F3DEFE" w14:textId="77777777">
        <w:trPr>
          <w:jc w:val="center"/>
        </w:trPr>
        <w:tc>
          <w:tcPr>
            <w:tcW w:w="2108" w:type="dxa"/>
          </w:tcPr>
          <w:p w14:paraId="45EFE969" w14:textId="77777777" w:rsidR="00233B5B" w:rsidRPr="000A5B76" w:rsidRDefault="00233B5B"/>
        </w:tc>
        <w:tc>
          <w:tcPr>
            <w:tcW w:w="2108" w:type="dxa"/>
          </w:tcPr>
          <w:p w14:paraId="1FDA4301" w14:textId="77777777" w:rsidR="00233B5B" w:rsidRPr="000A5B76" w:rsidRDefault="00233B5B"/>
        </w:tc>
        <w:tc>
          <w:tcPr>
            <w:tcW w:w="2108" w:type="dxa"/>
          </w:tcPr>
          <w:p w14:paraId="13493962" w14:textId="77777777" w:rsidR="00233B5B" w:rsidRPr="000A5B76" w:rsidRDefault="00233B5B"/>
        </w:tc>
        <w:tc>
          <w:tcPr>
            <w:tcW w:w="2108" w:type="dxa"/>
          </w:tcPr>
          <w:p w14:paraId="7B2B2B08" w14:textId="77777777" w:rsidR="00233B5B" w:rsidRPr="000A5B76" w:rsidRDefault="00233B5B"/>
        </w:tc>
        <w:tc>
          <w:tcPr>
            <w:tcW w:w="2108" w:type="dxa"/>
          </w:tcPr>
          <w:p w14:paraId="421EC838" w14:textId="77777777" w:rsidR="00233B5B" w:rsidRPr="000A5B76" w:rsidRDefault="00233B5B"/>
        </w:tc>
      </w:tr>
    </w:tbl>
    <w:p w14:paraId="73BE7729" w14:textId="77777777" w:rsidR="00233B5B" w:rsidRPr="000A5B76" w:rsidRDefault="00000000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233B5B" w:rsidRPr="000A5B76" w14:paraId="3986DF37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6CEE4545" w14:textId="77777777" w:rsidR="00233B5B" w:rsidRPr="000A5B76" w:rsidRDefault="00000000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BE45F22" w14:textId="77777777" w:rsidR="00233B5B" w:rsidRPr="000A5B76" w:rsidRDefault="00000000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3224097" w14:textId="77777777" w:rsidR="00233B5B" w:rsidRPr="000A5B76" w:rsidRDefault="00000000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414C542" w14:textId="77777777" w:rsidR="00233B5B" w:rsidRPr="000A5B76" w:rsidRDefault="00000000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BE05E1B" w14:textId="77777777" w:rsidR="00233B5B" w:rsidRPr="000A5B76" w:rsidRDefault="00000000">
            <w:r w:rsidRPr="000A5B76">
              <w:rPr>
                <w:b/>
              </w:rPr>
              <w:t>À revoir</w:t>
            </w:r>
          </w:p>
        </w:tc>
      </w:tr>
      <w:tr w:rsidR="00233B5B" w:rsidRPr="000A5B76" w14:paraId="3DA6EFDD" w14:textId="77777777">
        <w:trPr>
          <w:jc w:val="center"/>
        </w:trPr>
        <w:tc>
          <w:tcPr>
            <w:tcW w:w="2108" w:type="dxa"/>
          </w:tcPr>
          <w:p w14:paraId="062E1DAC" w14:textId="77777777" w:rsidR="00233B5B" w:rsidRPr="000A5B76" w:rsidRDefault="00233B5B"/>
        </w:tc>
        <w:tc>
          <w:tcPr>
            <w:tcW w:w="2108" w:type="dxa"/>
          </w:tcPr>
          <w:p w14:paraId="3234F70C" w14:textId="77777777" w:rsidR="00233B5B" w:rsidRPr="000A5B76" w:rsidRDefault="00233B5B"/>
        </w:tc>
        <w:tc>
          <w:tcPr>
            <w:tcW w:w="2108" w:type="dxa"/>
          </w:tcPr>
          <w:p w14:paraId="34F65D9A" w14:textId="77777777" w:rsidR="00233B5B" w:rsidRPr="000A5B76" w:rsidRDefault="00233B5B"/>
        </w:tc>
        <w:tc>
          <w:tcPr>
            <w:tcW w:w="2108" w:type="dxa"/>
          </w:tcPr>
          <w:p w14:paraId="6A71B968" w14:textId="77777777" w:rsidR="00233B5B" w:rsidRPr="000A5B76" w:rsidRDefault="00233B5B"/>
        </w:tc>
        <w:tc>
          <w:tcPr>
            <w:tcW w:w="2108" w:type="dxa"/>
          </w:tcPr>
          <w:p w14:paraId="27E2AA2B" w14:textId="77777777" w:rsidR="00233B5B" w:rsidRPr="000A5B76" w:rsidRDefault="00233B5B"/>
        </w:tc>
      </w:tr>
      <w:tr w:rsidR="00233B5B" w:rsidRPr="000A5B76" w14:paraId="095CBBD6" w14:textId="77777777">
        <w:trPr>
          <w:jc w:val="center"/>
        </w:trPr>
        <w:tc>
          <w:tcPr>
            <w:tcW w:w="2108" w:type="dxa"/>
          </w:tcPr>
          <w:p w14:paraId="484CCC9F" w14:textId="77777777" w:rsidR="00233B5B" w:rsidRPr="000A5B76" w:rsidRDefault="00233B5B"/>
        </w:tc>
        <w:tc>
          <w:tcPr>
            <w:tcW w:w="2108" w:type="dxa"/>
          </w:tcPr>
          <w:p w14:paraId="4552D9B6" w14:textId="77777777" w:rsidR="00233B5B" w:rsidRPr="000A5B76" w:rsidRDefault="00233B5B"/>
        </w:tc>
        <w:tc>
          <w:tcPr>
            <w:tcW w:w="2108" w:type="dxa"/>
          </w:tcPr>
          <w:p w14:paraId="1676EED1" w14:textId="77777777" w:rsidR="00233B5B" w:rsidRPr="000A5B76" w:rsidRDefault="00233B5B"/>
        </w:tc>
        <w:tc>
          <w:tcPr>
            <w:tcW w:w="2108" w:type="dxa"/>
          </w:tcPr>
          <w:p w14:paraId="6BB47747" w14:textId="77777777" w:rsidR="00233B5B" w:rsidRPr="000A5B76" w:rsidRDefault="00233B5B"/>
        </w:tc>
        <w:tc>
          <w:tcPr>
            <w:tcW w:w="2108" w:type="dxa"/>
          </w:tcPr>
          <w:p w14:paraId="0550D735" w14:textId="77777777" w:rsidR="00233B5B" w:rsidRPr="000A5B76" w:rsidRDefault="00233B5B"/>
        </w:tc>
      </w:tr>
      <w:tr w:rsidR="00233B5B" w:rsidRPr="000A5B76" w14:paraId="1199A97B" w14:textId="77777777">
        <w:trPr>
          <w:jc w:val="center"/>
        </w:trPr>
        <w:tc>
          <w:tcPr>
            <w:tcW w:w="2108" w:type="dxa"/>
          </w:tcPr>
          <w:p w14:paraId="459EC155" w14:textId="77777777" w:rsidR="00233B5B" w:rsidRPr="000A5B76" w:rsidRDefault="00233B5B"/>
        </w:tc>
        <w:tc>
          <w:tcPr>
            <w:tcW w:w="2108" w:type="dxa"/>
          </w:tcPr>
          <w:p w14:paraId="766BA361" w14:textId="77777777" w:rsidR="00233B5B" w:rsidRPr="000A5B76" w:rsidRDefault="00233B5B"/>
        </w:tc>
        <w:tc>
          <w:tcPr>
            <w:tcW w:w="2108" w:type="dxa"/>
          </w:tcPr>
          <w:p w14:paraId="1A67C7B6" w14:textId="77777777" w:rsidR="00233B5B" w:rsidRPr="000A5B76" w:rsidRDefault="00233B5B"/>
        </w:tc>
        <w:tc>
          <w:tcPr>
            <w:tcW w:w="2108" w:type="dxa"/>
          </w:tcPr>
          <w:p w14:paraId="1A65542E" w14:textId="77777777" w:rsidR="00233B5B" w:rsidRPr="000A5B76" w:rsidRDefault="00233B5B"/>
        </w:tc>
        <w:tc>
          <w:tcPr>
            <w:tcW w:w="2108" w:type="dxa"/>
          </w:tcPr>
          <w:p w14:paraId="3C5B31FE" w14:textId="77777777" w:rsidR="00233B5B" w:rsidRPr="000A5B76" w:rsidRDefault="00233B5B"/>
        </w:tc>
      </w:tr>
      <w:tr w:rsidR="00233B5B" w:rsidRPr="000A5B76" w14:paraId="627AB1BF" w14:textId="77777777">
        <w:trPr>
          <w:jc w:val="center"/>
        </w:trPr>
        <w:tc>
          <w:tcPr>
            <w:tcW w:w="2108" w:type="dxa"/>
          </w:tcPr>
          <w:p w14:paraId="4F077CBE" w14:textId="77777777" w:rsidR="00233B5B" w:rsidRPr="000A5B76" w:rsidRDefault="00233B5B"/>
        </w:tc>
        <w:tc>
          <w:tcPr>
            <w:tcW w:w="2108" w:type="dxa"/>
          </w:tcPr>
          <w:p w14:paraId="6D49738A" w14:textId="77777777" w:rsidR="00233B5B" w:rsidRPr="000A5B76" w:rsidRDefault="00233B5B"/>
        </w:tc>
        <w:tc>
          <w:tcPr>
            <w:tcW w:w="2108" w:type="dxa"/>
          </w:tcPr>
          <w:p w14:paraId="35E27244" w14:textId="77777777" w:rsidR="00233B5B" w:rsidRPr="000A5B76" w:rsidRDefault="00233B5B"/>
        </w:tc>
        <w:tc>
          <w:tcPr>
            <w:tcW w:w="2108" w:type="dxa"/>
          </w:tcPr>
          <w:p w14:paraId="4B465B5E" w14:textId="77777777" w:rsidR="00233B5B" w:rsidRPr="000A5B76" w:rsidRDefault="00233B5B"/>
        </w:tc>
        <w:tc>
          <w:tcPr>
            <w:tcW w:w="2108" w:type="dxa"/>
          </w:tcPr>
          <w:p w14:paraId="652BF59F" w14:textId="77777777" w:rsidR="00233B5B" w:rsidRPr="000A5B76" w:rsidRDefault="00233B5B"/>
        </w:tc>
      </w:tr>
      <w:tr w:rsidR="00233B5B" w:rsidRPr="000A5B76" w14:paraId="1714BBC6" w14:textId="77777777">
        <w:trPr>
          <w:jc w:val="center"/>
        </w:trPr>
        <w:tc>
          <w:tcPr>
            <w:tcW w:w="2108" w:type="dxa"/>
          </w:tcPr>
          <w:p w14:paraId="1801D630" w14:textId="77777777" w:rsidR="00233B5B" w:rsidRPr="000A5B76" w:rsidRDefault="00233B5B"/>
        </w:tc>
        <w:tc>
          <w:tcPr>
            <w:tcW w:w="2108" w:type="dxa"/>
          </w:tcPr>
          <w:p w14:paraId="1982B533" w14:textId="77777777" w:rsidR="00233B5B" w:rsidRPr="000A5B76" w:rsidRDefault="00233B5B"/>
        </w:tc>
        <w:tc>
          <w:tcPr>
            <w:tcW w:w="2108" w:type="dxa"/>
          </w:tcPr>
          <w:p w14:paraId="466E1D20" w14:textId="77777777" w:rsidR="00233B5B" w:rsidRPr="000A5B76" w:rsidRDefault="00233B5B"/>
        </w:tc>
        <w:tc>
          <w:tcPr>
            <w:tcW w:w="2108" w:type="dxa"/>
          </w:tcPr>
          <w:p w14:paraId="096025ED" w14:textId="77777777" w:rsidR="00233B5B" w:rsidRPr="000A5B76" w:rsidRDefault="00233B5B"/>
        </w:tc>
        <w:tc>
          <w:tcPr>
            <w:tcW w:w="2108" w:type="dxa"/>
          </w:tcPr>
          <w:p w14:paraId="489BABA5" w14:textId="77777777" w:rsidR="00233B5B" w:rsidRPr="000A5B76" w:rsidRDefault="00233B5B"/>
        </w:tc>
      </w:tr>
      <w:tr w:rsidR="00233B5B" w:rsidRPr="000A5B76" w14:paraId="31BD1050" w14:textId="77777777">
        <w:trPr>
          <w:jc w:val="center"/>
        </w:trPr>
        <w:tc>
          <w:tcPr>
            <w:tcW w:w="2108" w:type="dxa"/>
          </w:tcPr>
          <w:p w14:paraId="117464D0" w14:textId="77777777" w:rsidR="00233B5B" w:rsidRPr="000A5B76" w:rsidRDefault="00233B5B"/>
        </w:tc>
        <w:tc>
          <w:tcPr>
            <w:tcW w:w="2108" w:type="dxa"/>
          </w:tcPr>
          <w:p w14:paraId="394C36C9" w14:textId="77777777" w:rsidR="00233B5B" w:rsidRPr="000A5B76" w:rsidRDefault="00233B5B"/>
        </w:tc>
        <w:tc>
          <w:tcPr>
            <w:tcW w:w="2108" w:type="dxa"/>
          </w:tcPr>
          <w:p w14:paraId="3BDE91D7" w14:textId="77777777" w:rsidR="00233B5B" w:rsidRPr="000A5B76" w:rsidRDefault="00233B5B"/>
        </w:tc>
        <w:tc>
          <w:tcPr>
            <w:tcW w:w="2108" w:type="dxa"/>
          </w:tcPr>
          <w:p w14:paraId="648DB042" w14:textId="77777777" w:rsidR="00233B5B" w:rsidRPr="000A5B76" w:rsidRDefault="00233B5B"/>
        </w:tc>
        <w:tc>
          <w:tcPr>
            <w:tcW w:w="2108" w:type="dxa"/>
          </w:tcPr>
          <w:p w14:paraId="2AAFB4EF" w14:textId="77777777" w:rsidR="00233B5B" w:rsidRPr="000A5B76" w:rsidRDefault="00233B5B"/>
        </w:tc>
      </w:tr>
      <w:tr w:rsidR="00233B5B" w:rsidRPr="000A5B76" w14:paraId="4D4E1A3F" w14:textId="77777777">
        <w:trPr>
          <w:jc w:val="center"/>
        </w:trPr>
        <w:tc>
          <w:tcPr>
            <w:tcW w:w="2108" w:type="dxa"/>
          </w:tcPr>
          <w:p w14:paraId="3D279E96" w14:textId="77777777" w:rsidR="00233B5B" w:rsidRPr="000A5B76" w:rsidRDefault="00233B5B"/>
        </w:tc>
        <w:tc>
          <w:tcPr>
            <w:tcW w:w="2108" w:type="dxa"/>
          </w:tcPr>
          <w:p w14:paraId="33FBABF2" w14:textId="77777777" w:rsidR="00233B5B" w:rsidRPr="000A5B76" w:rsidRDefault="00233B5B"/>
        </w:tc>
        <w:tc>
          <w:tcPr>
            <w:tcW w:w="2108" w:type="dxa"/>
          </w:tcPr>
          <w:p w14:paraId="59003961" w14:textId="77777777" w:rsidR="00233B5B" w:rsidRPr="000A5B76" w:rsidRDefault="00233B5B"/>
        </w:tc>
        <w:tc>
          <w:tcPr>
            <w:tcW w:w="2108" w:type="dxa"/>
          </w:tcPr>
          <w:p w14:paraId="78A62F9A" w14:textId="77777777" w:rsidR="00233B5B" w:rsidRPr="000A5B76" w:rsidRDefault="00233B5B"/>
        </w:tc>
        <w:tc>
          <w:tcPr>
            <w:tcW w:w="2108" w:type="dxa"/>
          </w:tcPr>
          <w:p w14:paraId="1A7D2055" w14:textId="77777777" w:rsidR="00233B5B" w:rsidRPr="000A5B76" w:rsidRDefault="00233B5B"/>
        </w:tc>
      </w:tr>
      <w:tr w:rsidR="00233B5B" w:rsidRPr="000A5B76" w14:paraId="216E71BC" w14:textId="77777777">
        <w:trPr>
          <w:jc w:val="center"/>
        </w:trPr>
        <w:tc>
          <w:tcPr>
            <w:tcW w:w="2108" w:type="dxa"/>
          </w:tcPr>
          <w:p w14:paraId="4851B3A9" w14:textId="77777777" w:rsidR="00233B5B" w:rsidRPr="000A5B76" w:rsidRDefault="00233B5B"/>
        </w:tc>
        <w:tc>
          <w:tcPr>
            <w:tcW w:w="2108" w:type="dxa"/>
          </w:tcPr>
          <w:p w14:paraId="01662CE5" w14:textId="77777777" w:rsidR="00233B5B" w:rsidRPr="000A5B76" w:rsidRDefault="00233B5B"/>
        </w:tc>
        <w:tc>
          <w:tcPr>
            <w:tcW w:w="2108" w:type="dxa"/>
          </w:tcPr>
          <w:p w14:paraId="47D50024" w14:textId="77777777" w:rsidR="00233B5B" w:rsidRPr="000A5B76" w:rsidRDefault="00233B5B"/>
        </w:tc>
        <w:tc>
          <w:tcPr>
            <w:tcW w:w="2108" w:type="dxa"/>
          </w:tcPr>
          <w:p w14:paraId="517352B3" w14:textId="77777777" w:rsidR="00233B5B" w:rsidRPr="000A5B76" w:rsidRDefault="00233B5B"/>
        </w:tc>
        <w:tc>
          <w:tcPr>
            <w:tcW w:w="2108" w:type="dxa"/>
          </w:tcPr>
          <w:p w14:paraId="5038785D" w14:textId="77777777" w:rsidR="00233B5B" w:rsidRPr="000A5B76" w:rsidRDefault="00233B5B"/>
        </w:tc>
      </w:tr>
    </w:tbl>
    <w:p w14:paraId="250E0CFE" w14:textId="77777777" w:rsidR="00233B5B" w:rsidRPr="000A5B76" w:rsidRDefault="00000000">
      <w:r w:rsidRPr="000A5B76">
        <w:br/>
        <w:t>Ce que j’ai appris aujourd’hui :</w:t>
      </w:r>
    </w:p>
    <w:p w14:paraId="271541FE" w14:textId="77777777" w:rsidR="00233B5B" w:rsidRPr="000A5B76" w:rsidRDefault="00000000">
      <w:r w:rsidRPr="000A5B76">
        <w:t>________________________________________________________________________</w:t>
      </w:r>
    </w:p>
    <w:p w14:paraId="75917F51" w14:textId="77777777" w:rsidR="00233B5B" w:rsidRPr="000A5B76" w:rsidRDefault="00000000">
      <w:r w:rsidRPr="000A5B76">
        <w:t>________________________________________________________________________</w:t>
      </w:r>
    </w:p>
    <w:p w14:paraId="69CE42A8" w14:textId="77777777" w:rsidR="00233B5B" w:rsidRPr="000A5B76" w:rsidRDefault="00000000">
      <w:r w:rsidRPr="000A5B76">
        <w:t>________________________________________________________________________</w:t>
      </w:r>
    </w:p>
    <w:p w14:paraId="28E0072A" w14:textId="77777777" w:rsidR="00233B5B" w:rsidRPr="000A5B76" w:rsidRDefault="00000000">
      <w:r w:rsidRPr="000A5B76">
        <w:t>________________________________________________________________________</w:t>
      </w:r>
    </w:p>
    <w:p w14:paraId="357FB1D2" w14:textId="77777777" w:rsidR="00233B5B" w:rsidRPr="000A5B76" w:rsidRDefault="00000000">
      <w:r w:rsidRPr="000A5B76">
        <w:t>Difficultés / questions à poser :</w:t>
      </w:r>
    </w:p>
    <w:p w14:paraId="7ED59DC7" w14:textId="77777777" w:rsidR="00233B5B" w:rsidRPr="000A5B76" w:rsidRDefault="00000000">
      <w:r w:rsidRPr="000A5B76">
        <w:t>________________________________________________________________________</w:t>
      </w:r>
    </w:p>
    <w:p w14:paraId="6412C8FC" w14:textId="77777777" w:rsidR="00233B5B" w:rsidRPr="000A5B76" w:rsidRDefault="00000000">
      <w:r w:rsidRPr="000A5B76">
        <w:t>________________________________________________________________________</w:t>
      </w:r>
    </w:p>
    <w:p w14:paraId="3FB568C1" w14:textId="77777777" w:rsidR="00233B5B" w:rsidRPr="000A5B76" w:rsidRDefault="00000000">
      <w:r w:rsidRPr="000A5B76">
        <w:lastRenderedPageBreak/>
        <w:t>________________________________________________________________________</w:t>
      </w:r>
    </w:p>
    <w:p w14:paraId="2D807B99" w14:textId="77777777" w:rsidR="00233B5B" w:rsidRPr="000A5B76" w:rsidRDefault="00000000">
      <w:r w:rsidRPr="000A5B76">
        <w:t>Signature / visa de l’encadreur : ______________________________</w:t>
      </w:r>
    </w:p>
    <w:p w14:paraId="35125B00" w14:textId="77777777" w:rsidR="00233B5B" w:rsidRPr="000A5B76" w:rsidRDefault="00000000">
      <w:r w:rsidRPr="000A5B76">
        <w:br w:type="page"/>
      </w:r>
    </w:p>
    <w:p w14:paraId="1C39CE3E" w14:textId="77777777" w:rsidR="00233B5B" w:rsidRPr="000A5B76" w:rsidRDefault="00000000">
      <w:r w:rsidRPr="000A5B76">
        <w:rPr>
          <w:b/>
          <w:sz w:val="28"/>
        </w:rPr>
        <w:lastRenderedPageBreak/>
        <w:t>2. FICHE JOURNALIÈRE — JOUR 4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233B5B" w:rsidRPr="000A5B76" w14:paraId="1F2E9EE4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70A9DFAF" w14:textId="77777777" w:rsidR="00233B5B" w:rsidRPr="000A5B76" w:rsidRDefault="00000000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FF7417F" w14:textId="77777777" w:rsidR="00233B5B" w:rsidRPr="000A5B76" w:rsidRDefault="00000000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B9887F8" w14:textId="77777777" w:rsidR="00233B5B" w:rsidRPr="000A5B76" w:rsidRDefault="00000000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5A4FEF8" w14:textId="77777777" w:rsidR="00233B5B" w:rsidRPr="000A5B76" w:rsidRDefault="00000000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5D6740B" w14:textId="77777777" w:rsidR="00233B5B" w:rsidRPr="000A5B76" w:rsidRDefault="00000000">
            <w:r w:rsidRPr="000A5B76">
              <w:rPr>
                <w:b/>
              </w:rPr>
              <w:t>Encadreur</w:t>
            </w:r>
          </w:p>
        </w:tc>
      </w:tr>
      <w:tr w:rsidR="00233B5B" w:rsidRPr="000A5B76" w14:paraId="07535DF4" w14:textId="77777777">
        <w:trPr>
          <w:jc w:val="center"/>
        </w:trPr>
        <w:tc>
          <w:tcPr>
            <w:tcW w:w="2108" w:type="dxa"/>
          </w:tcPr>
          <w:p w14:paraId="5A9262F3" w14:textId="77777777" w:rsidR="00233B5B" w:rsidRPr="000A5B76" w:rsidRDefault="00233B5B"/>
        </w:tc>
        <w:tc>
          <w:tcPr>
            <w:tcW w:w="2108" w:type="dxa"/>
          </w:tcPr>
          <w:p w14:paraId="3CEAE11D" w14:textId="77777777" w:rsidR="00233B5B" w:rsidRPr="000A5B76" w:rsidRDefault="00233B5B"/>
        </w:tc>
        <w:tc>
          <w:tcPr>
            <w:tcW w:w="2108" w:type="dxa"/>
          </w:tcPr>
          <w:p w14:paraId="19CAF166" w14:textId="77777777" w:rsidR="00233B5B" w:rsidRPr="000A5B76" w:rsidRDefault="00233B5B"/>
        </w:tc>
        <w:tc>
          <w:tcPr>
            <w:tcW w:w="2108" w:type="dxa"/>
          </w:tcPr>
          <w:p w14:paraId="199BA40F" w14:textId="77777777" w:rsidR="00233B5B" w:rsidRPr="000A5B76" w:rsidRDefault="00233B5B"/>
        </w:tc>
        <w:tc>
          <w:tcPr>
            <w:tcW w:w="2108" w:type="dxa"/>
          </w:tcPr>
          <w:p w14:paraId="02F18A4D" w14:textId="77777777" w:rsidR="00233B5B" w:rsidRPr="000A5B76" w:rsidRDefault="00233B5B"/>
        </w:tc>
      </w:tr>
    </w:tbl>
    <w:p w14:paraId="2448130A" w14:textId="77777777" w:rsidR="00233B5B" w:rsidRPr="000A5B76" w:rsidRDefault="00000000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233B5B" w:rsidRPr="000A5B76" w14:paraId="2FD81D35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7C0F3658" w14:textId="77777777" w:rsidR="00233B5B" w:rsidRPr="000A5B76" w:rsidRDefault="00000000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EA4C91C" w14:textId="77777777" w:rsidR="00233B5B" w:rsidRPr="000A5B76" w:rsidRDefault="00000000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2C4386C" w14:textId="77777777" w:rsidR="00233B5B" w:rsidRPr="000A5B76" w:rsidRDefault="00000000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CB56DCF" w14:textId="77777777" w:rsidR="00233B5B" w:rsidRPr="000A5B76" w:rsidRDefault="00000000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7429196" w14:textId="77777777" w:rsidR="00233B5B" w:rsidRPr="000A5B76" w:rsidRDefault="00000000">
            <w:r w:rsidRPr="000A5B76">
              <w:rPr>
                <w:b/>
              </w:rPr>
              <w:t>À revoir</w:t>
            </w:r>
          </w:p>
        </w:tc>
      </w:tr>
      <w:tr w:rsidR="00233B5B" w:rsidRPr="000A5B76" w14:paraId="20507302" w14:textId="77777777">
        <w:trPr>
          <w:jc w:val="center"/>
        </w:trPr>
        <w:tc>
          <w:tcPr>
            <w:tcW w:w="2108" w:type="dxa"/>
          </w:tcPr>
          <w:p w14:paraId="10E53B72" w14:textId="77777777" w:rsidR="00233B5B" w:rsidRPr="000A5B76" w:rsidRDefault="00233B5B"/>
        </w:tc>
        <w:tc>
          <w:tcPr>
            <w:tcW w:w="2108" w:type="dxa"/>
          </w:tcPr>
          <w:p w14:paraId="452638F0" w14:textId="77777777" w:rsidR="00233B5B" w:rsidRPr="000A5B76" w:rsidRDefault="00233B5B"/>
        </w:tc>
        <w:tc>
          <w:tcPr>
            <w:tcW w:w="2108" w:type="dxa"/>
          </w:tcPr>
          <w:p w14:paraId="666335B0" w14:textId="77777777" w:rsidR="00233B5B" w:rsidRPr="000A5B76" w:rsidRDefault="00233B5B"/>
        </w:tc>
        <w:tc>
          <w:tcPr>
            <w:tcW w:w="2108" w:type="dxa"/>
          </w:tcPr>
          <w:p w14:paraId="070F8D5D" w14:textId="77777777" w:rsidR="00233B5B" w:rsidRPr="000A5B76" w:rsidRDefault="00233B5B"/>
        </w:tc>
        <w:tc>
          <w:tcPr>
            <w:tcW w:w="2108" w:type="dxa"/>
          </w:tcPr>
          <w:p w14:paraId="7AAED5E4" w14:textId="77777777" w:rsidR="00233B5B" w:rsidRPr="000A5B76" w:rsidRDefault="00233B5B"/>
        </w:tc>
      </w:tr>
      <w:tr w:rsidR="00233B5B" w:rsidRPr="000A5B76" w14:paraId="07392E3D" w14:textId="77777777">
        <w:trPr>
          <w:jc w:val="center"/>
        </w:trPr>
        <w:tc>
          <w:tcPr>
            <w:tcW w:w="2108" w:type="dxa"/>
          </w:tcPr>
          <w:p w14:paraId="4958CBD9" w14:textId="77777777" w:rsidR="00233B5B" w:rsidRPr="000A5B76" w:rsidRDefault="00233B5B"/>
        </w:tc>
        <w:tc>
          <w:tcPr>
            <w:tcW w:w="2108" w:type="dxa"/>
          </w:tcPr>
          <w:p w14:paraId="6E911F8B" w14:textId="77777777" w:rsidR="00233B5B" w:rsidRPr="000A5B76" w:rsidRDefault="00233B5B"/>
        </w:tc>
        <w:tc>
          <w:tcPr>
            <w:tcW w:w="2108" w:type="dxa"/>
          </w:tcPr>
          <w:p w14:paraId="5073FDEC" w14:textId="77777777" w:rsidR="00233B5B" w:rsidRPr="000A5B76" w:rsidRDefault="00233B5B"/>
        </w:tc>
        <w:tc>
          <w:tcPr>
            <w:tcW w:w="2108" w:type="dxa"/>
          </w:tcPr>
          <w:p w14:paraId="0CE12C44" w14:textId="77777777" w:rsidR="00233B5B" w:rsidRPr="000A5B76" w:rsidRDefault="00233B5B"/>
        </w:tc>
        <w:tc>
          <w:tcPr>
            <w:tcW w:w="2108" w:type="dxa"/>
          </w:tcPr>
          <w:p w14:paraId="356BE4E6" w14:textId="77777777" w:rsidR="00233B5B" w:rsidRPr="000A5B76" w:rsidRDefault="00233B5B"/>
        </w:tc>
      </w:tr>
      <w:tr w:rsidR="00233B5B" w:rsidRPr="000A5B76" w14:paraId="73D35155" w14:textId="77777777">
        <w:trPr>
          <w:jc w:val="center"/>
        </w:trPr>
        <w:tc>
          <w:tcPr>
            <w:tcW w:w="2108" w:type="dxa"/>
          </w:tcPr>
          <w:p w14:paraId="37AF961B" w14:textId="77777777" w:rsidR="00233B5B" w:rsidRPr="000A5B76" w:rsidRDefault="00233B5B"/>
        </w:tc>
        <w:tc>
          <w:tcPr>
            <w:tcW w:w="2108" w:type="dxa"/>
          </w:tcPr>
          <w:p w14:paraId="661E4945" w14:textId="77777777" w:rsidR="00233B5B" w:rsidRPr="000A5B76" w:rsidRDefault="00233B5B"/>
        </w:tc>
        <w:tc>
          <w:tcPr>
            <w:tcW w:w="2108" w:type="dxa"/>
          </w:tcPr>
          <w:p w14:paraId="32EDD680" w14:textId="77777777" w:rsidR="00233B5B" w:rsidRPr="000A5B76" w:rsidRDefault="00233B5B"/>
        </w:tc>
        <w:tc>
          <w:tcPr>
            <w:tcW w:w="2108" w:type="dxa"/>
          </w:tcPr>
          <w:p w14:paraId="694ABEB2" w14:textId="77777777" w:rsidR="00233B5B" w:rsidRPr="000A5B76" w:rsidRDefault="00233B5B"/>
        </w:tc>
        <w:tc>
          <w:tcPr>
            <w:tcW w:w="2108" w:type="dxa"/>
          </w:tcPr>
          <w:p w14:paraId="73829677" w14:textId="77777777" w:rsidR="00233B5B" w:rsidRPr="000A5B76" w:rsidRDefault="00233B5B"/>
        </w:tc>
      </w:tr>
      <w:tr w:rsidR="00233B5B" w:rsidRPr="000A5B76" w14:paraId="54AD7409" w14:textId="77777777">
        <w:trPr>
          <w:jc w:val="center"/>
        </w:trPr>
        <w:tc>
          <w:tcPr>
            <w:tcW w:w="2108" w:type="dxa"/>
          </w:tcPr>
          <w:p w14:paraId="0CE41EB2" w14:textId="77777777" w:rsidR="00233B5B" w:rsidRPr="000A5B76" w:rsidRDefault="00233B5B"/>
        </w:tc>
        <w:tc>
          <w:tcPr>
            <w:tcW w:w="2108" w:type="dxa"/>
          </w:tcPr>
          <w:p w14:paraId="267A4D09" w14:textId="77777777" w:rsidR="00233B5B" w:rsidRPr="000A5B76" w:rsidRDefault="00233B5B"/>
        </w:tc>
        <w:tc>
          <w:tcPr>
            <w:tcW w:w="2108" w:type="dxa"/>
          </w:tcPr>
          <w:p w14:paraId="3CEA18DA" w14:textId="77777777" w:rsidR="00233B5B" w:rsidRPr="000A5B76" w:rsidRDefault="00233B5B"/>
        </w:tc>
        <w:tc>
          <w:tcPr>
            <w:tcW w:w="2108" w:type="dxa"/>
          </w:tcPr>
          <w:p w14:paraId="7BC84114" w14:textId="77777777" w:rsidR="00233B5B" w:rsidRPr="000A5B76" w:rsidRDefault="00233B5B"/>
        </w:tc>
        <w:tc>
          <w:tcPr>
            <w:tcW w:w="2108" w:type="dxa"/>
          </w:tcPr>
          <w:p w14:paraId="4C758CF5" w14:textId="77777777" w:rsidR="00233B5B" w:rsidRPr="000A5B76" w:rsidRDefault="00233B5B"/>
        </w:tc>
      </w:tr>
      <w:tr w:rsidR="00233B5B" w:rsidRPr="000A5B76" w14:paraId="2D32382B" w14:textId="77777777">
        <w:trPr>
          <w:jc w:val="center"/>
        </w:trPr>
        <w:tc>
          <w:tcPr>
            <w:tcW w:w="2108" w:type="dxa"/>
          </w:tcPr>
          <w:p w14:paraId="1D495FBA" w14:textId="77777777" w:rsidR="00233B5B" w:rsidRPr="000A5B76" w:rsidRDefault="00233B5B"/>
        </w:tc>
        <w:tc>
          <w:tcPr>
            <w:tcW w:w="2108" w:type="dxa"/>
          </w:tcPr>
          <w:p w14:paraId="22EA2FF9" w14:textId="77777777" w:rsidR="00233B5B" w:rsidRPr="000A5B76" w:rsidRDefault="00233B5B"/>
        </w:tc>
        <w:tc>
          <w:tcPr>
            <w:tcW w:w="2108" w:type="dxa"/>
          </w:tcPr>
          <w:p w14:paraId="0D3F2F4A" w14:textId="77777777" w:rsidR="00233B5B" w:rsidRPr="000A5B76" w:rsidRDefault="00233B5B"/>
        </w:tc>
        <w:tc>
          <w:tcPr>
            <w:tcW w:w="2108" w:type="dxa"/>
          </w:tcPr>
          <w:p w14:paraId="4C05D677" w14:textId="77777777" w:rsidR="00233B5B" w:rsidRPr="000A5B76" w:rsidRDefault="00233B5B"/>
        </w:tc>
        <w:tc>
          <w:tcPr>
            <w:tcW w:w="2108" w:type="dxa"/>
          </w:tcPr>
          <w:p w14:paraId="17016FFF" w14:textId="77777777" w:rsidR="00233B5B" w:rsidRPr="000A5B76" w:rsidRDefault="00233B5B"/>
        </w:tc>
      </w:tr>
      <w:tr w:rsidR="00233B5B" w:rsidRPr="000A5B76" w14:paraId="0B66562A" w14:textId="77777777">
        <w:trPr>
          <w:jc w:val="center"/>
        </w:trPr>
        <w:tc>
          <w:tcPr>
            <w:tcW w:w="2108" w:type="dxa"/>
          </w:tcPr>
          <w:p w14:paraId="7AA19BBD" w14:textId="77777777" w:rsidR="00233B5B" w:rsidRPr="000A5B76" w:rsidRDefault="00233B5B"/>
        </w:tc>
        <w:tc>
          <w:tcPr>
            <w:tcW w:w="2108" w:type="dxa"/>
          </w:tcPr>
          <w:p w14:paraId="24E0A4DD" w14:textId="77777777" w:rsidR="00233B5B" w:rsidRPr="000A5B76" w:rsidRDefault="00233B5B"/>
        </w:tc>
        <w:tc>
          <w:tcPr>
            <w:tcW w:w="2108" w:type="dxa"/>
          </w:tcPr>
          <w:p w14:paraId="592167DC" w14:textId="77777777" w:rsidR="00233B5B" w:rsidRPr="000A5B76" w:rsidRDefault="00233B5B"/>
        </w:tc>
        <w:tc>
          <w:tcPr>
            <w:tcW w:w="2108" w:type="dxa"/>
          </w:tcPr>
          <w:p w14:paraId="719A37E3" w14:textId="77777777" w:rsidR="00233B5B" w:rsidRPr="000A5B76" w:rsidRDefault="00233B5B"/>
        </w:tc>
        <w:tc>
          <w:tcPr>
            <w:tcW w:w="2108" w:type="dxa"/>
          </w:tcPr>
          <w:p w14:paraId="445EFEEB" w14:textId="77777777" w:rsidR="00233B5B" w:rsidRPr="000A5B76" w:rsidRDefault="00233B5B"/>
        </w:tc>
      </w:tr>
      <w:tr w:rsidR="00233B5B" w:rsidRPr="000A5B76" w14:paraId="7D2BA472" w14:textId="77777777">
        <w:trPr>
          <w:jc w:val="center"/>
        </w:trPr>
        <w:tc>
          <w:tcPr>
            <w:tcW w:w="2108" w:type="dxa"/>
          </w:tcPr>
          <w:p w14:paraId="70044619" w14:textId="77777777" w:rsidR="00233B5B" w:rsidRPr="000A5B76" w:rsidRDefault="00233B5B"/>
        </w:tc>
        <w:tc>
          <w:tcPr>
            <w:tcW w:w="2108" w:type="dxa"/>
          </w:tcPr>
          <w:p w14:paraId="6F0219CD" w14:textId="77777777" w:rsidR="00233B5B" w:rsidRPr="000A5B76" w:rsidRDefault="00233B5B"/>
        </w:tc>
        <w:tc>
          <w:tcPr>
            <w:tcW w:w="2108" w:type="dxa"/>
          </w:tcPr>
          <w:p w14:paraId="3EA4BCE4" w14:textId="77777777" w:rsidR="00233B5B" w:rsidRPr="000A5B76" w:rsidRDefault="00233B5B"/>
        </w:tc>
        <w:tc>
          <w:tcPr>
            <w:tcW w:w="2108" w:type="dxa"/>
          </w:tcPr>
          <w:p w14:paraId="50EF5490" w14:textId="77777777" w:rsidR="00233B5B" w:rsidRPr="000A5B76" w:rsidRDefault="00233B5B"/>
        </w:tc>
        <w:tc>
          <w:tcPr>
            <w:tcW w:w="2108" w:type="dxa"/>
          </w:tcPr>
          <w:p w14:paraId="088BFB12" w14:textId="77777777" w:rsidR="00233B5B" w:rsidRPr="000A5B76" w:rsidRDefault="00233B5B"/>
        </w:tc>
      </w:tr>
      <w:tr w:rsidR="00233B5B" w:rsidRPr="000A5B76" w14:paraId="73F15552" w14:textId="77777777">
        <w:trPr>
          <w:jc w:val="center"/>
        </w:trPr>
        <w:tc>
          <w:tcPr>
            <w:tcW w:w="2108" w:type="dxa"/>
          </w:tcPr>
          <w:p w14:paraId="0E50B17D" w14:textId="77777777" w:rsidR="00233B5B" w:rsidRPr="000A5B76" w:rsidRDefault="00233B5B"/>
        </w:tc>
        <w:tc>
          <w:tcPr>
            <w:tcW w:w="2108" w:type="dxa"/>
          </w:tcPr>
          <w:p w14:paraId="48B5B67E" w14:textId="77777777" w:rsidR="00233B5B" w:rsidRPr="000A5B76" w:rsidRDefault="00233B5B"/>
        </w:tc>
        <w:tc>
          <w:tcPr>
            <w:tcW w:w="2108" w:type="dxa"/>
          </w:tcPr>
          <w:p w14:paraId="7E26CE72" w14:textId="77777777" w:rsidR="00233B5B" w:rsidRPr="000A5B76" w:rsidRDefault="00233B5B"/>
        </w:tc>
        <w:tc>
          <w:tcPr>
            <w:tcW w:w="2108" w:type="dxa"/>
          </w:tcPr>
          <w:p w14:paraId="31CAE0FA" w14:textId="77777777" w:rsidR="00233B5B" w:rsidRPr="000A5B76" w:rsidRDefault="00233B5B"/>
        </w:tc>
        <w:tc>
          <w:tcPr>
            <w:tcW w:w="2108" w:type="dxa"/>
          </w:tcPr>
          <w:p w14:paraId="4F25B082" w14:textId="77777777" w:rsidR="00233B5B" w:rsidRPr="000A5B76" w:rsidRDefault="00233B5B"/>
        </w:tc>
      </w:tr>
    </w:tbl>
    <w:p w14:paraId="0C6332CA" w14:textId="77777777" w:rsidR="00233B5B" w:rsidRPr="000A5B76" w:rsidRDefault="00000000">
      <w:r w:rsidRPr="000A5B76">
        <w:br/>
        <w:t>Ce que j’ai appris aujourd’hui :</w:t>
      </w:r>
    </w:p>
    <w:p w14:paraId="54A01692" w14:textId="77777777" w:rsidR="00233B5B" w:rsidRPr="000A5B76" w:rsidRDefault="00000000">
      <w:r w:rsidRPr="000A5B76">
        <w:t>________________________________________________________________________</w:t>
      </w:r>
    </w:p>
    <w:p w14:paraId="1C8EB8CE" w14:textId="77777777" w:rsidR="00233B5B" w:rsidRPr="000A5B76" w:rsidRDefault="00000000">
      <w:r w:rsidRPr="000A5B76">
        <w:t>________________________________________________________________________</w:t>
      </w:r>
    </w:p>
    <w:p w14:paraId="2A54818B" w14:textId="77777777" w:rsidR="00233B5B" w:rsidRPr="000A5B76" w:rsidRDefault="00000000">
      <w:r w:rsidRPr="000A5B76">
        <w:t>________________________________________________________________________</w:t>
      </w:r>
    </w:p>
    <w:p w14:paraId="06FA68A6" w14:textId="77777777" w:rsidR="00233B5B" w:rsidRPr="000A5B76" w:rsidRDefault="00000000">
      <w:r w:rsidRPr="000A5B76">
        <w:t>________________________________________________________________________</w:t>
      </w:r>
    </w:p>
    <w:p w14:paraId="4F8D4FCB" w14:textId="77777777" w:rsidR="00233B5B" w:rsidRPr="000A5B76" w:rsidRDefault="00000000">
      <w:r w:rsidRPr="000A5B76">
        <w:t>Difficultés / questions à poser :</w:t>
      </w:r>
    </w:p>
    <w:p w14:paraId="7B3AEE04" w14:textId="77777777" w:rsidR="00233B5B" w:rsidRPr="000A5B76" w:rsidRDefault="00000000">
      <w:r w:rsidRPr="000A5B76">
        <w:t>________________________________________________________________________</w:t>
      </w:r>
    </w:p>
    <w:p w14:paraId="1ECA1667" w14:textId="77777777" w:rsidR="00233B5B" w:rsidRPr="000A5B76" w:rsidRDefault="00000000">
      <w:r w:rsidRPr="000A5B76">
        <w:t>________________________________________________________________________</w:t>
      </w:r>
    </w:p>
    <w:p w14:paraId="49CA2623" w14:textId="77777777" w:rsidR="00233B5B" w:rsidRPr="000A5B76" w:rsidRDefault="00000000">
      <w:r w:rsidRPr="000A5B76">
        <w:lastRenderedPageBreak/>
        <w:t>________________________________________________________________________</w:t>
      </w:r>
    </w:p>
    <w:p w14:paraId="6B25F9CF" w14:textId="77777777" w:rsidR="00233B5B" w:rsidRPr="000A5B76" w:rsidRDefault="00000000">
      <w:r w:rsidRPr="000A5B76">
        <w:t>Signature / visa de l’encadreur : ______________________________</w:t>
      </w:r>
    </w:p>
    <w:p w14:paraId="2AED6606" w14:textId="77777777" w:rsidR="00233B5B" w:rsidRPr="000A5B76" w:rsidRDefault="00000000">
      <w:r w:rsidRPr="000A5B76">
        <w:br w:type="page"/>
      </w:r>
    </w:p>
    <w:p w14:paraId="706FB657" w14:textId="77777777" w:rsidR="00233B5B" w:rsidRPr="000A5B76" w:rsidRDefault="00000000">
      <w:r w:rsidRPr="000A5B76">
        <w:rPr>
          <w:b/>
          <w:sz w:val="28"/>
        </w:rPr>
        <w:lastRenderedPageBreak/>
        <w:t>2. FICHE JOURNALIÈRE — JOUR 5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233B5B" w:rsidRPr="000A5B76" w14:paraId="225FB4AA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08B3105C" w14:textId="77777777" w:rsidR="00233B5B" w:rsidRPr="000A5B76" w:rsidRDefault="00000000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8874A80" w14:textId="77777777" w:rsidR="00233B5B" w:rsidRPr="000A5B76" w:rsidRDefault="00000000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941E95D" w14:textId="77777777" w:rsidR="00233B5B" w:rsidRPr="000A5B76" w:rsidRDefault="00000000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0A27EF5" w14:textId="77777777" w:rsidR="00233B5B" w:rsidRPr="000A5B76" w:rsidRDefault="00000000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4ED659C" w14:textId="77777777" w:rsidR="00233B5B" w:rsidRPr="000A5B76" w:rsidRDefault="00000000">
            <w:r w:rsidRPr="000A5B76">
              <w:rPr>
                <w:b/>
              </w:rPr>
              <w:t>Encadreur</w:t>
            </w:r>
          </w:p>
        </w:tc>
      </w:tr>
      <w:tr w:rsidR="00233B5B" w:rsidRPr="000A5B76" w14:paraId="464506FA" w14:textId="77777777">
        <w:trPr>
          <w:jc w:val="center"/>
        </w:trPr>
        <w:tc>
          <w:tcPr>
            <w:tcW w:w="2108" w:type="dxa"/>
          </w:tcPr>
          <w:p w14:paraId="4CA2B0EE" w14:textId="77777777" w:rsidR="00233B5B" w:rsidRPr="000A5B76" w:rsidRDefault="00233B5B"/>
        </w:tc>
        <w:tc>
          <w:tcPr>
            <w:tcW w:w="2108" w:type="dxa"/>
          </w:tcPr>
          <w:p w14:paraId="186A65C4" w14:textId="77777777" w:rsidR="00233B5B" w:rsidRPr="000A5B76" w:rsidRDefault="00233B5B"/>
        </w:tc>
        <w:tc>
          <w:tcPr>
            <w:tcW w:w="2108" w:type="dxa"/>
          </w:tcPr>
          <w:p w14:paraId="44CED8BC" w14:textId="77777777" w:rsidR="00233B5B" w:rsidRPr="000A5B76" w:rsidRDefault="00233B5B"/>
        </w:tc>
        <w:tc>
          <w:tcPr>
            <w:tcW w:w="2108" w:type="dxa"/>
          </w:tcPr>
          <w:p w14:paraId="4E5D778B" w14:textId="77777777" w:rsidR="00233B5B" w:rsidRPr="000A5B76" w:rsidRDefault="00233B5B"/>
        </w:tc>
        <w:tc>
          <w:tcPr>
            <w:tcW w:w="2108" w:type="dxa"/>
          </w:tcPr>
          <w:p w14:paraId="72BFE1C4" w14:textId="77777777" w:rsidR="00233B5B" w:rsidRPr="000A5B76" w:rsidRDefault="00233B5B"/>
        </w:tc>
      </w:tr>
    </w:tbl>
    <w:p w14:paraId="61297883" w14:textId="77777777" w:rsidR="00233B5B" w:rsidRPr="000A5B76" w:rsidRDefault="00000000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233B5B" w:rsidRPr="000A5B76" w14:paraId="6CF12A15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0F0135AD" w14:textId="77777777" w:rsidR="00233B5B" w:rsidRPr="000A5B76" w:rsidRDefault="00000000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C74D988" w14:textId="77777777" w:rsidR="00233B5B" w:rsidRPr="000A5B76" w:rsidRDefault="00000000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9CA0C46" w14:textId="77777777" w:rsidR="00233B5B" w:rsidRPr="000A5B76" w:rsidRDefault="00000000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745B96B" w14:textId="77777777" w:rsidR="00233B5B" w:rsidRPr="000A5B76" w:rsidRDefault="00000000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8E6E523" w14:textId="77777777" w:rsidR="00233B5B" w:rsidRPr="000A5B76" w:rsidRDefault="00000000">
            <w:r w:rsidRPr="000A5B76">
              <w:rPr>
                <w:b/>
              </w:rPr>
              <w:t>À revoir</w:t>
            </w:r>
          </w:p>
        </w:tc>
      </w:tr>
      <w:tr w:rsidR="00233B5B" w:rsidRPr="000A5B76" w14:paraId="5C6F5541" w14:textId="77777777">
        <w:trPr>
          <w:jc w:val="center"/>
        </w:trPr>
        <w:tc>
          <w:tcPr>
            <w:tcW w:w="2108" w:type="dxa"/>
          </w:tcPr>
          <w:p w14:paraId="7AE85492" w14:textId="77777777" w:rsidR="00233B5B" w:rsidRPr="000A5B76" w:rsidRDefault="00233B5B"/>
        </w:tc>
        <w:tc>
          <w:tcPr>
            <w:tcW w:w="2108" w:type="dxa"/>
          </w:tcPr>
          <w:p w14:paraId="3E016970" w14:textId="77777777" w:rsidR="00233B5B" w:rsidRPr="000A5B76" w:rsidRDefault="00233B5B"/>
        </w:tc>
        <w:tc>
          <w:tcPr>
            <w:tcW w:w="2108" w:type="dxa"/>
          </w:tcPr>
          <w:p w14:paraId="5736C607" w14:textId="77777777" w:rsidR="00233B5B" w:rsidRPr="000A5B76" w:rsidRDefault="00233B5B"/>
        </w:tc>
        <w:tc>
          <w:tcPr>
            <w:tcW w:w="2108" w:type="dxa"/>
          </w:tcPr>
          <w:p w14:paraId="6B57DA4D" w14:textId="77777777" w:rsidR="00233B5B" w:rsidRPr="000A5B76" w:rsidRDefault="00233B5B"/>
        </w:tc>
        <w:tc>
          <w:tcPr>
            <w:tcW w:w="2108" w:type="dxa"/>
          </w:tcPr>
          <w:p w14:paraId="245E9B0F" w14:textId="77777777" w:rsidR="00233B5B" w:rsidRPr="000A5B76" w:rsidRDefault="00233B5B"/>
        </w:tc>
      </w:tr>
      <w:tr w:rsidR="00233B5B" w:rsidRPr="000A5B76" w14:paraId="41037C87" w14:textId="77777777">
        <w:trPr>
          <w:jc w:val="center"/>
        </w:trPr>
        <w:tc>
          <w:tcPr>
            <w:tcW w:w="2108" w:type="dxa"/>
          </w:tcPr>
          <w:p w14:paraId="36269168" w14:textId="77777777" w:rsidR="00233B5B" w:rsidRPr="000A5B76" w:rsidRDefault="00233B5B"/>
        </w:tc>
        <w:tc>
          <w:tcPr>
            <w:tcW w:w="2108" w:type="dxa"/>
          </w:tcPr>
          <w:p w14:paraId="00A500C0" w14:textId="77777777" w:rsidR="00233B5B" w:rsidRPr="000A5B76" w:rsidRDefault="00233B5B"/>
        </w:tc>
        <w:tc>
          <w:tcPr>
            <w:tcW w:w="2108" w:type="dxa"/>
          </w:tcPr>
          <w:p w14:paraId="551A818B" w14:textId="77777777" w:rsidR="00233B5B" w:rsidRPr="000A5B76" w:rsidRDefault="00233B5B"/>
        </w:tc>
        <w:tc>
          <w:tcPr>
            <w:tcW w:w="2108" w:type="dxa"/>
          </w:tcPr>
          <w:p w14:paraId="74E88963" w14:textId="77777777" w:rsidR="00233B5B" w:rsidRPr="000A5B76" w:rsidRDefault="00233B5B"/>
        </w:tc>
        <w:tc>
          <w:tcPr>
            <w:tcW w:w="2108" w:type="dxa"/>
          </w:tcPr>
          <w:p w14:paraId="17EB82BE" w14:textId="77777777" w:rsidR="00233B5B" w:rsidRPr="000A5B76" w:rsidRDefault="00233B5B"/>
        </w:tc>
      </w:tr>
      <w:tr w:rsidR="00233B5B" w:rsidRPr="000A5B76" w14:paraId="6636D470" w14:textId="77777777">
        <w:trPr>
          <w:jc w:val="center"/>
        </w:trPr>
        <w:tc>
          <w:tcPr>
            <w:tcW w:w="2108" w:type="dxa"/>
          </w:tcPr>
          <w:p w14:paraId="3DCD2827" w14:textId="77777777" w:rsidR="00233B5B" w:rsidRPr="000A5B76" w:rsidRDefault="00233B5B"/>
        </w:tc>
        <w:tc>
          <w:tcPr>
            <w:tcW w:w="2108" w:type="dxa"/>
          </w:tcPr>
          <w:p w14:paraId="028A233C" w14:textId="77777777" w:rsidR="00233B5B" w:rsidRPr="000A5B76" w:rsidRDefault="00233B5B"/>
        </w:tc>
        <w:tc>
          <w:tcPr>
            <w:tcW w:w="2108" w:type="dxa"/>
          </w:tcPr>
          <w:p w14:paraId="087657B8" w14:textId="77777777" w:rsidR="00233B5B" w:rsidRPr="000A5B76" w:rsidRDefault="00233B5B"/>
        </w:tc>
        <w:tc>
          <w:tcPr>
            <w:tcW w:w="2108" w:type="dxa"/>
          </w:tcPr>
          <w:p w14:paraId="3F0FD3AF" w14:textId="77777777" w:rsidR="00233B5B" w:rsidRPr="000A5B76" w:rsidRDefault="00233B5B"/>
        </w:tc>
        <w:tc>
          <w:tcPr>
            <w:tcW w:w="2108" w:type="dxa"/>
          </w:tcPr>
          <w:p w14:paraId="5D38C6FE" w14:textId="77777777" w:rsidR="00233B5B" w:rsidRPr="000A5B76" w:rsidRDefault="00233B5B"/>
        </w:tc>
      </w:tr>
      <w:tr w:rsidR="00233B5B" w:rsidRPr="000A5B76" w14:paraId="0ADDEB83" w14:textId="77777777">
        <w:trPr>
          <w:jc w:val="center"/>
        </w:trPr>
        <w:tc>
          <w:tcPr>
            <w:tcW w:w="2108" w:type="dxa"/>
          </w:tcPr>
          <w:p w14:paraId="6080C88B" w14:textId="77777777" w:rsidR="00233B5B" w:rsidRPr="000A5B76" w:rsidRDefault="00233B5B"/>
        </w:tc>
        <w:tc>
          <w:tcPr>
            <w:tcW w:w="2108" w:type="dxa"/>
          </w:tcPr>
          <w:p w14:paraId="479A6000" w14:textId="77777777" w:rsidR="00233B5B" w:rsidRPr="000A5B76" w:rsidRDefault="00233B5B"/>
        </w:tc>
        <w:tc>
          <w:tcPr>
            <w:tcW w:w="2108" w:type="dxa"/>
          </w:tcPr>
          <w:p w14:paraId="0861C23C" w14:textId="77777777" w:rsidR="00233B5B" w:rsidRPr="000A5B76" w:rsidRDefault="00233B5B"/>
        </w:tc>
        <w:tc>
          <w:tcPr>
            <w:tcW w:w="2108" w:type="dxa"/>
          </w:tcPr>
          <w:p w14:paraId="2965304B" w14:textId="77777777" w:rsidR="00233B5B" w:rsidRPr="000A5B76" w:rsidRDefault="00233B5B"/>
        </w:tc>
        <w:tc>
          <w:tcPr>
            <w:tcW w:w="2108" w:type="dxa"/>
          </w:tcPr>
          <w:p w14:paraId="29FA8570" w14:textId="77777777" w:rsidR="00233B5B" w:rsidRPr="000A5B76" w:rsidRDefault="00233B5B"/>
        </w:tc>
      </w:tr>
      <w:tr w:rsidR="00233B5B" w:rsidRPr="000A5B76" w14:paraId="2DB33A33" w14:textId="77777777">
        <w:trPr>
          <w:jc w:val="center"/>
        </w:trPr>
        <w:tc>
          <w:tcPr>
            <w:tcW w:w="2108" w:type="dxa"/>
          </w:tcPr>
          <w:p w14:paraId="7EA0C18D" w14:textId="77777777" w:rsidR="00233B5B" w:rsidRPr="000A5B76" w:rsidRDefault="00233B5B"/>
        </w:tc>
        <w:tc>
          <w:tcPr>
            <w:tcW w:w="2108" w:type="dxa"/>
          </w:tcPr>
          <w:p w14:paraId="782E2A91" w14:textId="77777777" w:rsidR="00233B5B" w:rsidRPr="000A5B76" w:rsidRDefault="00233B5B"/>
        </w:tc>
        <w:tc>
          <w:tcPr>
            <w:tcW w:w="2108" w:type="dxa"/>
          </w:tcPr>
          <w:p w14:paraId="1E23EFB1" w14:textId="77777777" w:rsidR="00233B5B" w:rsidRPr="000A5B76" w:rsidRDefault="00233B5B"/>
        </w:tc>
        <w:tc>
          <w:tcPr>
            <w:tcW w:w="2108" w:type="dxa"/>
          </w:tcPr>
          <w:p w14:paraId="63AF2C3F" w14:textId="77777777" w:rsidR="00233B5B" w:rsidRPr="000A5B76" w:rsidRDefault="00233B5B"/>
        </w:tc>
        <w:tc>
          <w:tcPr>
            <w:tcW w:w="2108" w:type="dxa"/>
          </w:tcPr>
          <w:p w14:paraId="524149A6" w14:textId="77777777" w:rsidR="00233B5B" w:rsidRPr="000A5B76" w:rsidRDefault="00233B5B"/>
        </w:tc>
      </w:tr>
      <w:tr w:rsidR="00233B5B" w:rsidRPr="000A5B76" w14:paraId="310E8C72" w14:textId="77777777">
        <w:trPr>
          <w:jc w:val="center"/>
        </w:trPr>
        <w:tc>
          <w:tcPr>
            <w:tcW w:w="2108" w:type="dxa"/>
          </w:tcPr>
          <w:p w14:paraId="4FCC88A6" w14:textId="77777777" w:rsidR="00233B5B" w:rsidRPr="000A5B76" w:rsidRDefault="00233B5B"/>
        </w:tc>
        <w:tc>
          <w:tcPr>
            <w:tcW w:w="2108" w:type="dxa"/>
          </w:tcPr>
          <w:p w14:paraId="74A32523" w14:textId="77777777" w:rsidR="00233B5B" w:rsidRPr="000A5B76" w:rsidRDefault="00233B5B"/>
        </w:tc>
        <w:tc>
          <w:tcPr>
            <w:tcW w:w="2108" w:type="dxa"/>
          </w:tcPr>
          <w:p w14:paraId="31D4B1F1" w14:textId="77777777" w:rsidR="00233B5B" w:rsidRPr="000A5B76" w:rsidRDefault="00233B5B"/>
        </w:tc>
        <w:tc>
          <w:tcPr>
            <w:tcW w:w="2108" w:type="dxa"/>
          </w:tcPr>
          <w:p w14:paraId="47BB38B3" w14:textId="77777777" w:rsidR="00233B5B" w:rsidRPr="000A5B76" w:rsidRDefault="00233B5B"/>
        </w:tc>
        <w:tc>
          <w:tcPr>
            <w:tcW w:w="2108" w:type="dxa"/>
          </w:tcPr>
          <w:p w14:paraId="747B162C" w14:textId="77777777" w:rsidR="00233B5B" w:rsidRPr="000A5B76" w:rsidRDefault="00233B5B"/>
        </w:tc>
      </w:tr>
      <w:tr w:rsidR="00233B5B" w:rsidRPr="000A5B76" w14:paraId="5F192180" w14:textId="77777777">
        <w:trPr>
          <w:jc w:val="center"/>
        </w:trPr>
        <w:tc>
          <w:tcPr>
            <w:tcW w:w="2108" w:type="dxa"/>
          </w:tcPr>
          <w:p w14:paraId="162ED200" w14:textId="77777777" w:rsidR="00233B5B" w:rsidRPr="000A5B76" w:rsidRDefault="00233B5B"/>
        </w:tc>
        <w:tc>
          <w:tcPr>
            <w:tcW w:w="2108" w:type="dxa"/>
          </w:tcPr>
          <w:p w14:paraId="1D3B02A6" w14:textId="77777777" w:rsidR="00233B5B" w:rsidRPr="000A5B76" w:rsidRDefault="00233B5B"/>
        </w:tc>
        <w:tc>
          <w:tcPr>
            <w:tcW w:w="2108" w:type="dxa"/>
          </w:tcPr>
          <w:p w14:paraId="7BE15A11" w14:textId="77777777" w:rsidR="00233B5B" w:rsidRPr="000A5B76" w:rsidRDefault="00233B5B"/>
        </w:tc>
        <w:tc>
          <w:tcPr>
            <w:tcW w:w="2108" w:type="dxa"/>
          </w:tcPr>
          <w:p w14:paraId="0F492E1F" w14:textId="77777777" w:rsidR="00233B5B" w:rsidRPr="000A5B76" w:rsidRDefault="00233B5B"/>
        </w:tc>
        <w:tc>
          <w:tcPr>
            <w:tcW w:w="2108" w:type="dxa"/>
          </w:tcPr>
          <w:p w14:paraId="057B1D21" w14:textId="77777777" w:rsidR="00233B5B" w:rsidRPr="000A5B76" w:rsidRDefault="00233B5B"/>
        </w:tc>
      </w:tr>
      <w:tr w:rsidR="00233B5B" w:rsidRPr="000A5B76" w14:paraId="35D66726" w14:textId="77777777">
        <w:trPr>
          <w:jc w:val="center"/>
        </w:trPr>
        <w:tc>
          <w:tcPr>
            <w:tcW w:w="2108" w:type="dxa"/>
          </w:tcPr>
          <w:p w14:paraId="62271346" w14:textId="77777777" w:rsidR="00233B5B" w:rsidRPr="000A5B76" w:rsidRDefault="00233B5B"/>
        </w:tc>
        <w:tc>
          <w:tcPr>
            <w:tcW w:w="2108" w:type="dxa"/>
          </w:tcPr>
          <w:p w14:paraId="101B543A" w14:textId="77777777" w:rsidR="00233B5B" w:rsidRPr="000A5B76" w:rsidRDefault="00233B5B"/>
        </w:tc>
        <w:tc>
          <w:tcPr>
            <w:tcW w:w="2108" w:type="dxa"/>
          </w:tcPr>
          <w:p w14:paraId="037AE8DA" w14:textId="77777777" w:rsidR="00233B5B" w:rsidRPr="000A5B76" w:rsidRDefault="00233B5B"/>
        </w:tc>
        <w:tc>
          <w:tcPr>
            <w:tcW w:w="2108" w:type="dxa"/>
          </w:tcPr>
          <w:p w14:paraId="1D439404" w14:textId="77777777" w:rsidR="00233B5B" w:rsidRPr="000A5B76" w:rsidRDefault="00233B5B"/>
        </w:tc>
        <w:tc>
          <w:tcPr>
            <w:tcW w:w="2108" w:type="dxa"/>
          </w:tcPr>
          <w:p w14:paraId="4492265C" w14:textId="77777777" w:rsidR="00233B5B" w:rsidRPr="000A5B76" w:rsidRDefault="00233B5B"/>
        </w:tc>
      </w:tr>
    </w:tbl>
    <w:p w14:paraId="7D3FDA78" w14:textId="77777777" w:rsidR="00233B5B" w:rsidRPr="000A5B76" w:rsidRDefault="00000000">
      <w:r w:rsidRPr="000A5B76">
        <w:br/>
        <w:t>Ce que j’ai appris aujourd’hui :</w:t>
      </w:r>
    </w:p>
    <w:p w14:paraId="15AD1A3E" w14:textId="77777777" w:rsidR="00233B5B" w:rsidRPr="000A5B76" w:rsidRDefault="00000000">
      <w:r w:rsidRPr="000A5B76">
        <w:t>________________________________________________________________________</w:t>
      </w:r>
    </w:p>
    <w:p w14:paraId="2CD47EB0" w14:textId="77777777" w:rsidR="00233B5B" w:rsidRPr="000A5B76" w:rsidRDefault="00000000">
      <w:r w:rsidRPr="000A5B76">
        <w:t>________________________________________________________________________</w:t>
      </w:r>
    </w:p>
    <w:p w14:paraId="6F0CE852" w14:textId="77777777" w:rsidR="00233B5B" w:rsidRPr="000A5B76" w:rsidRDefault="00000000">
      <w:r w:rsidRPr="000A5B76">
        <w:t>________________________________________________________________________</w:t>
      </w:r>
    </w:p>
    <w:p w14:paraId="5D398F71" w14:textId="77777777" w:rsidR="00233B5B" w:rsidRPr="000A5B76" w:rsidRDefault="00000000">
      <w:r w:rsidRPr="000A5B76">
        <w:t>________________________________________________________________________</w:t>
      </w:r>
    </w:p>
    <w:p w14:paraId="0440D36C" w14:textId="77777777" w:rsidR="00233B5B" w:rsidRPr="000A5B76" w:rsidRDefault="00000000">
      <w:r w:rsidRPr="000A5B76">
        <w:t>Difficultés / questions à poser :</w:t>
      </w:r>
    </w:p>
    <w:p w14:paraId="45FB82E4" w14:textId="77777777" w:rsidR="00233B5B" w:rsidRPr="000A5B76" w:rsidRDefault="00000000">
      <w:r w:rsidRPr="000A5B76">
        <w:t>________________________________________________________________________</w:t>
      </w:r>
    </w:p>
    <w:p w14:paraId="5CD9488E" w14:textId="77777777" w:rsidR="00233B5B" w:rsidRPr="000A5B76" w:rsidRDefault="00000000">
      <w:r w:rsidRPr="000A5B76">
        <w:t>________________________________________________________________________</w:t>
      </w:r>
    </w:p>
    <w:p w14:paraId="16C166BA" w14:textId="77777777" w:rsidR="00233B5B" w:rsidRPr="000A5B76" w:rsidRDefault="00000000">
      <w:r w:rsidRPr="000A5B76">
        <w:lastRenderedPageBreak/>
        <w:t>________________________________________________________________________</w:t>
      </w:r>
    </w:p>
    <w:p w14:paraId="148E99B5" w14:textId="77777777" w:rsidR="00233B5B" w:rsidRPr="000A5B76" w:rsidRDefault="00000000">
      <w:r w:rsidRPr="000A5B76">
        <w:t>Signature / visa de l’encadreur : ______________________________</w:t>
      </w:r>
    </w:p>
    <w:p w14:paraId="3DAB67B5" w14:textId="77777777" w:rsidR="00233B5B" w:rsidRPr="000A5B76" w:rsidRDefault="00000000">
      <w:r w:rsidRPr="000A5B76">
        <w:br w:type="page"/>
      </w:r>
    </w:p>
    <w:p w14:paraId="73B65202" w14:textId="77777777" w:rsidR="00233B5B" w:rsidRPr="000A5B76" w:rsidRDefault="00000000">
      <w:r w:rsidRPr="000A5B76">
        <w:rPr>
          <w:b/>
          <w:sz w:val="28"/>
        </w:rPr>
        <w:lastRenderedPageBreak/>
        <w:t>2. FICHE JOURNALIÈRE — JOUR 6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233B5B" w:rsidRPr="000A5B76" w14:paraId="5E80C364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34750CF7" w14:textId="77777777" w:rsidR="00233B5B" w:rsidRPr="000A5B76" w:rsidRDefault="00000000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97F2B7D" w14:textId="77777777" w:rsidR="00233B5B" w:rsidRPr="000A5B76" w:rsidRDefault="00000000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EB40006" w14:textId="77777777" w:rsidR="00233B5B" w:rsidRPr="000A5B76" w:rsidRDefault="00000000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A71C711" w14:textId="77777777" w:rsidR="00233B5B" w:rsidRPr="000A5B76" w:rsidRDefault="00000000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9EE8568" w14:textId="77777777" w:rsidR="00233B5B" w:rsidRPr="000A5B76" w:rsidRDefault="00000000">
            <w:r w:rsidRPr="000A5B76">
              <w:rPr>
                <w:b/>
              </w:rPr>
              <w:t>Encadreur</w:t>
            </w:r>
          </w:p>
        </w:tc>
      </w:tr>
      <w:tr w:rsidR="00233B5B" w:rsidRPr="000A5B76" w14:paraId="1381CD7E" w14:textId="77777777">
        <w:trPr>
          <w:jc w:val="center"/>
        </w:trPr>
        <w:tc>
          <w:tcPr>
            <w:tcW w:w="2108" w:type="dxa"/>
          </w:tcPr>
          <w:p w14:paraId="0CD4C0A7" w14:textId="77777777" w:rsidR="00233B5B" w:rsidRPr="000A5B76" w:rsidRDefault="00233B5B"/>
        </w:tc>
        <w:tc>
          <w:tcPr>
            <w:tcW w:w="2108" w:type="dxa"/>
          </w:tcPr>
          <w:p w14:paraId="58EF7AAB" w14:textId="77777777" w:rsidR="00233B5B" w:rsidRPr="000A5B76" w:rsidRDefault="00233B5B"/>
        </w:tc>
        <w:tc>
          <w:tcPr>
            <w:tcW w:w="2108" w:type="dxa"/>
          </w:tcPr>
          <w:p w14:paraId="7641CE34" w14:textId="77777777" w:rsidR="00233B5B" w:rsidRPr="000A5B76" w:rsidRDefault="00233B5B"/>
        </w:tc>
        <w:tc>
          <w:tcPr>
            <w:tcW w:w="2108" w:type="dxa"/>
          </w:tcPr>
          <w:p w14:paraId="5590AA29" w14:textId="77777777" w:rsidR="00233B5B" w:rsidRPr="000A5B76" w:rsidRDefault="00233B5B"/>
        </w:tc>
        <w:tc>
          <w:tcPr>
            <w:tcW w:w="2108" w:type="dxa"/>
          </w:tcPr>
          <w:p w14:paraId="29DCB7BE" w14:textId="77777777" w:rsidR="00233B5B" w:rsidRPr="000A5B76" w:rsidRDefault="00233B5B"/>
        </w:tc>
      </w:tr>
    </w:tbl>
    <w:p w14:paraId="75B5099A" w14:textId="77777777" w:rsidR="00233B5B" w:rsidRPr="000A5B76" w:rsidRDefault="00000000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233B5B" w:rsidRPr="000A5B76" w14:paraId="5E4EE2EB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3D3E46F1" w14:textId="77777777" w:rsidR="00233B5B" w:rsidRPr="000A5B76" w:rsidRDefault="00000000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93457E8" w14:textId="77777777" w:rsidR="00233B5B" w:rsidRPr="000A5B76" w:rsidRDefault="00000000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81D1648" w14:textId="77777777" w:rsidR="00233B5B" w:rsidRPr="000A5B76" w:rsidRDefault="00000000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EEC8812" w14:textId="77777777" w:rsidR="00233B5B" w:rsidRPr="000A5B76" w:rsidRDefault="00000000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32CF20E" w14:textId="77777777" w:rsidR="00233B5B" w:rsidRPr="000A5B76" w:rsidRDefault="00000000">
            <w:r w:rsidRPr="000A5B76">
              <w:rPr>
                <w:b/>
              </w:rPr>
              <w:t>À revoir</w:t>
            </w:r>
          </w:p>
        </w:tc>
      </w:tr>
      <w:tr w:rsidR="00233B5B" w:rsidRPr="000A5B76" w14:paraId="0EA437C0" w14:textId="77777777">
        <w:trPr>
          <w:jc w:val="center"/>
        </w:trPr>
        <w:tc>
          <w:tcPr>
            <w:tcW w:w="2108" w:type="dxa"/>
          </w:tcPr>
          <w:p w14:paraId="1364376D" w14:textId="77777777" w:rsidR="00233B5B" w:rsidRPr="000A5B76" w:rsidRDefault="00233B5B"/>
        </w:tc>
        <w:tc>
          <w:tcPr>
            <w:tcW w:w="2108" w:type="dxa"/>
          </w:tcPr>
          <w:p w14:paraId="06AF1336" w14:textId="77777777" w:rsidR="00233B5B" w:rsidRPr="000A5B76" w:rsidRDefault="00233B5B"/>
        </w:tc>
        <w:tc>
          <w:tcPr>
            <w:tcW w:w="2108" w:type="dxa"/>
          </w:tcPr>
          <w:p w14:paraId="0580C474" w14:textId="77777777" w:rsidR="00233B5B" w:rsidRPr="000A5B76" w:rsidRDefault="00233B5B"/>
        </w:tc>
        <w:tc>
          <w:tcPr>
            <w:tcW w:w="2108" w:type="dxa"/>
          </w:tcPr>
          <w:p w14:paraId="37FD54B5" w14:textId="77777777" w:rsidR="00233B5B" w:rsidRPr="000A5B76" w:rsidRDefault="00233B5B"/>
        </w:tc>
        <w:tc>
          <w:tcPr>
            <w:tcW w:w="2108" w:type="dxa"/>
          </w:tcPr>
          <w:p w14:paraId="0CA770EF" w14:textId="77777777" w:rsidR="00233B5B" w:rsidRPr="000A5B76" w:rsidRDefault="00233B5B"/>
        </w:tc>
      </w:tr>
      <w:tr w:rsidR="00233B5B" w:rsidRPr="000A5B76" w14:paraId="2A163ADF" w14:textId="77777777">
        <w:trPr>
          <w:jc w:val="center"/>
        </w:trPr>
        <w:tc>
          <w:tcPr>
            <w:tcW w:w="2108" w:type="dxa"/>
          </w:tcPr>
          <w:p w14:paraId="4CFB79B2" w14:textId="77777777" w:rsidR="00233B5B" w:rsidRPr="000A5B76" w:rsidRDefault="00233B5B"/>
        </w:tc>
        <w:tc>
          <w:tcPr>
            <w:tcW w:w="2108" w:type="dxa"/>
          </w:tcPr>
          <w:p w14:paraId="66787D4D" w14:textId="77777777" w:rsidR="00233B5B" w:rsidRPr="000A5B76" w:rsidRDefault="00233B5B"/>
        </w:tc>
        <w:tc>
          <w:tcPr>
            <w:tcW w:w="2108" w:type="dxa"/>
          </w:tcPr>
          <w:p w14:paraId="376BD26F" w14:textId="77777777" w:rsidR="00233B5B" w:rsidRPr="000A5B76" w:rsidRDefault="00233B5B"/>
        </w:tc>
        <w:tc>
          <w:tcPr>
            <w:tcW w:w="2108" w:type="dxa"/>
          </w:tcPr>
          <w:p w14:paraId="3E74AF89" w14:textId="77777777" w:rsidR="00233B5B" w:rsidRPr="000A5B76" w:rsidRDefault="00233B5B"/>
        </w:tc>
        <w:tc>
          <w:tcPr>
            <w:tcW w:w="2108" w:type="dxa"/>
          </w:tcPr>
          <w:p w14:paraId="1D7EF1FD" w14:textId="77777777" w:rsidR="00233B5B" w:rsidRPr="000A5B76" w:rsidRDefault="00233B5B"/>
        </w:tc>
      </w:tr>
      <w:tr w:rsidR="00233B5B" w:rsidRPr="000A5B76" w14:paraId="79B1BDE4" w14:textId="77777777">
        <w:trPr>
          <w:jc w:val="center"/>
        </w:trPr>
        <w:tc>
          <w:tcPr>
            <w:tcW w:w="2108" w:type="dxa"/>
          </w:tcPr>
          <w:p w14:paraId="31DD4D30" w14:textId="77777777" w:rsidR="00233B5B" w:rsidRPr="000A5B76" w:rsidRDefault="00233B5B"/>
        </w:tc>
        <w:tc>
          <w:tcPr>
            <w:tcW w:w="2108" w:type="dxa"/>
          </w:tcPr>
          <w:p w14:paraId="11E6EB8E" w14:textId="77777777" w:rsidR="00233B5B" w:rsidRPr="000A5B76" w:rsidRDefault="00233B5B"/>
        </w:tc>
        <w:tc>
          <w:tcPr>
            <w:tcW w:w="2108" w:type="dxa"/>
          </w:tcPr>
          <w:p w14:paraId="62E75424" w14:textId="77777777" w:rsidR="00233B5B" w:rsidRPr="000A5B76" w:rsidRDefault="00233B5B"/>
        </w:tc>
        <w:tc>
          <w:tcPr>
            <w:tcW w:w="2108" w:type="dxa"/>
          </w:tcPr>
          <w:p w14:paraId="5F93D3B3" w14:textId="77777777" w:rsidR="00233B5B" w:rsidRPr="000A5B76" w:rsidRDefault="00233B5B"/>
        </w:tc>
        <w:tc>
          <w:tcPr>
            <w:tcW w:w="2108" w:type="dxa"/>
          </w:tcPr>
          <w:p w14:paraId="452D6613" w14:textId="77777777" w:rsidR="00233B5B" w:rsidRPr="000A5B76" w:rsidRDefault="00233B5B"/>
        </w:tc>
      </w:tr>
      <w:tr w:rsidR="00233B5B" w:rsidRPr="000A5B76" w14:paraId="406AB4EE" w14:textId="77777777">
        <w:trPr>
          <w:jc w:val="center"/>
        </w:trPr>
        <w:tc>
          <w:tcPr>
            <w:tcW w:w="2108" w:type="dxa"/>
          </w:tcPr>
          <w:p w14:paraId="32CECF9C" w14:textId="77777777" w:rsidR="00233B5B" w:rsidRPr="000A5B76" w:rsidRDefault="00233B5B"/>
        </w:tc>
        <w:tc>
          <w:tcPr>
            <w:tcW w:w="2108" w:type="dxa"/>
          </w:tcPr>
          <w:p w14:paraId="42FF7035" w14:textId="77777777" w:rsidR="00233B5B" w:rsidRPr="000A5B76" w:rsidRDefault="00233B5B"/>
        </w:tc>
        <w:tc>
          <w:tcPr>
            <w:tcW w:w="2108" w:type="dxa"/>
          </w:tcPr>
          <w:p w14:paraId="5C80879B" w14:textId="77777777" w:rsidR="00233B5B" w:rsidRPr="000A5B76" w:rsidRDefault="00233B5B"/>
        </w:tc>
        <w:tc>
          <w:tcPr>
            <w:tcW w:w="2108" w:type="dxa"/>
          </w:tcPr>
          <w:p w14:paraId="49DF23CB" w14:textId="77777777" w:rsidR="00233B5B" w:rsidRPr="000A5B76" w:rsidRDefault="00233B5B"/>
        </w:tc>
        <w:tc>
          <w:tcPr>
            <w:tcW w:w="2108" w:type="dxa"/>
          </w:tcPr>
          <w:p w14:paraId="106CFE76" w14:textId="77777777" w:rsidR="00233B5B" w:rsidRPr="000A5B76" w:rsidRDefault="00233B5B"/>
        </w:tc>
      </w:tr>
      <w:tr w:rsidR="00233B5B" w:rsidRPr="000A5B76" w14:paraId="7A5DF2BB" w14:textId="77777777">
        <w:trPr>
          <w:jc w:val="center"/>
        </w:trPr>
        <w:tc>
          <w:tcPr>
            <w:tcW w:w="2108" w:type="dxa"/>
          </w:tcPr>
          <w:p w14:paraId="58ABF3EA" w14:textId="77777777" w:rsidR="00233B5B" w:rsidRPr="000A5B76" w:rsidRDefault="00233B5B"/>
        </w:tc>
        <w:tc>
          <w:tcPr>
            <w:tcW w:w="2108" w:type="dxa"/>
          </w:tcPr>
          <w:p w14:paraId="57B92F99" w14:textId="77777777" w:rsidR="00233B5B" w:rsidRPr="000A5B76" w:rsidRDefault="00233B5B"/>
        </w:tc>
        <w:tc>
          <w:tcPr>
            <w:tcW w:w="2108" w:type="dxa"/>
          </w:tcPr>
          <w:p w14:paraId="7663E761" w14:textId="77777777" w:rsidR="00233B5B" w:rsidRPr="000A5B76" w:rsidRDefault="00233B5B"/>
        </w:tc>
        <w:tc>
          <w:tcPr>
            <w:tcW w:w="2108" w:type="dxa"/>
          </w:tcPr>
          <w:p w14:paraId="71B07C88" w14:textId="77777777" w:rsidR="00233B5B" w:rsidRPr="000A5B76" w:rsidRDefault="00233B5B"/>
        </w:tc>
        <w:tc>
          <w:tcPr>
            <w:tcW w:w="2108" w:type="dxa"/>
          </w:tcPr>
          <w:p w14:paraId="1AA656D5" w14:textId="77777777" w:rsidR="00233B5B" w:rsidRPr="000A5B76" w:rsidRDefault="00233B5B"/>
        </w:tc>
      </w:tr>
      <w:tr w:rsidR="00233B5B" w:rsidRPr="000A5B76" w14:paraId="345BE3A7" w14:textId="77777777">
        <w:trPr>
          <w:jc w:val="center"/>
        </w:trPr>
        <w:tc>
          <w:tcPr>
            <w:tcW w:w="2108" w:type="dxa"/>
          </w:tcPr>
          <w:p w14:paraId="0135E979" w14:textId="77777777" w:rsidR="00233B5B" w:rsidRPr="000A5B76" w:rsidRDefault="00233B5B"/>
        </w:tc>
        <w:tc>
          <w:tcPr>
            <w:tcW w:w="2108" w:type="dxa"/>
          </w:tcPr>
          <w:p w14:paraId="0C4A6C0D" w14:textId="77777777" w:rsidR="00233B5B" w:rsidRPr="000A5B76" w:rsidRDefault="00233B5B"/>
        </w:tc>
        <w:tc>
          <w:tcPr>
            <w:tcW w:w="2108" w:type="dxa"/>
          </w:tcPr>
          <w:p w14:paraId="1E1FDED5" w14:textId="77777777" w:rsidR="00233B5B" w:rsidRPr="000A5B76" w:rsidRDefault="00233B5B"/>
        </w:tc>
        <w:tc>
          <w:tcPr>
            <w:tcW w:w="2108" w:type="dxa"/>
          </w:tcPr>
          <w:p w14:paraId="47B44185" w14:textId="77777777" w:rsidR="00233B5B" w:rsidRPr="000A5B76" w:rsidRDefault="00233B5B"/>
        </w:tc>
        <w:tc>
          <w:tcPr>
            <w:tcW w:w="2108" w:type="dxa"/>
          </w:tcPr>
          <w:p w14:paraId="69426CFC" w14:textId="77777777" w:rsidR="00233B5B" w:rsidRPr="000A5B76" w:rsidRDefault="00233B5B"/>
        </w:tc>
      </w:tr>
      <w:tr w:rsidR="00233B5B" w:rsidRPr="000A5B76" w14:paraId="1BF58814" w14:textId="77777777">
        <w:trPr>
          <w:jc w:val="center"/>
        </w:trPr>
        <w:tc>
          <w:tcPr>
            <w:tcW w:w="2108" w:type="dxa"/>
          </w:tcPr>
          <w:p w14:paraId="44394AEB" w14:textId="77777777" w:rsidR="00233B5B" w:rsidRPr="000A5B76" w:rsidRDefault="00233B5B"/>
        </w:tc>
        <w:tc>
          <w:tcPr>
            <w:tcW w:w="2108" w:type="dxa"/>
          </w:tcPr>
          <w:p w14:paraId="64FBFDA0" w14:textId="77777777" w:rsidR="00233B5B" w:rsidRPr="000A5B76" w:rsidRDefault="00233B5B"/>
        </w:tc>
        <w:tc>
          <w:tcPr>
            <w:tcW w:w="2108" w:type="dxa"/>
          </w:tcPr>
          <w:p w14:paraId="323DBE50" w14:textId="77777777" w:rsidR="00233B5B" w:rsidRPr="000A5B76" w:rsidRDefault="00233B5B"/>
        </w:tc>
        <w:tc>
          <w:tcPr>
            <w:tcW w:w="2108" w:type="dxa"/>
          </w:tcPr>
          <w:p w14:paraId="05BADF14" w14:textId="77777777" w:rsidR="00233B5B" w:rsidRPr="000A5B76" w:rsidRDefault="00233B5B"/>
        </w:tc>
        <w:tc>
          <w:tcPr>
            <w:tcW w:w="2108" w:type="dxa"/>
          </w:tcPr>
          <w:p w14:paraId="6D0CB7D6" w14:textId="77777777" w:rsidR="00233B5B" w:rsidRPr="000A5B76" w:rsidRDefault="00233B5B"/>
        </w:tc>
      </w:tr>
      <w:tr w:rsidR="00233B5B" w:rsidRPr="000A5B76" w14:paraId="39DA918B" w14:textId="77777777">
        <w:trPr>
          <w:jc w:val="center"/>
        </w:trPr>
        <w:tc>
          <w:tcPr>
            <w:tcW w:w="2108" w:type="dxa"/>
          </w:tcPr>
          <w:p w14:paraId="35721A25" w14:textId="77777777" w:rsidR="00233B5B" w:rsidRPr="000A5B76" w:rsidRDefault="00233B5B"/>
        </w:tc>
        <w:tc>
          <w:tcPr>
            <w:tcW w:w="2108" w:type="dxa"/>
          </w:tcPr>
          <w:p w14:paraId="7561BDBA" w14:textId="77777777" w:rsidR="00233B5B" w:rsidRPr="000A5B76" w:rsidRDefault="00233B5B"/>
        </w:tc>
        <w:tc>
          <w:tcPr>
            <w:tcW w:w="2108" w:type="dxa"/>
          </w:tcPr>
          <w:p w14:paraId="41B882EE" w14:textId="77777777" w:rsidR="00233B5B" w:rsidRPr="000A5B76" w:rsidRDefault="00233B5B"/>
        </w:tc>
        <w:tc>
          <w:tcPr>
            <w:tcW w:w="2108" w:type="dxa"/>
          </w:tcPr>
          <w:p w14:paraId="5E83AFC3" w14:textId="77777777" w:rsidR="00233B5B" w:rsidRPr="000A5B76" w:rsidRDefault="00233B5B"/>
        </w:tc>
        <w:tc>
          <w:tcPr>
            <w:tcW w:w="2108" w:type="dxa"/>
          </w:tcPr>
          <w:p w14:paraId="7CFABABB" w14:textId="77777777" w:rsidR="00233B5B" w:rsidRPr="000A5B76" w:rsidRDefault="00233B5B"/>
        </w:tc>
      </w:tr>
    </w:tbl>
    <w:p w14:paraId="110E53D8" w14:textId="77777777" w:rsidR="00233B5B" w:rsidRPr="000A5B76" w:rsidRDefault="00000000">
      <w:r w:rsidRPr="000A5B76">
        <w:br/>
        <w:t>Ce que j’ai appris aujourd’hui :</w:t>
      </w:r>
    </w:p>
    <w:p w14:paraId="6DB350D8" w14:textId="77777777" w:rsidR="00233B5B" w:rsidRPr="000A5B76" w:rsidRDefault="00000000">
      <w:r w:rsidRPr="000A5B76">
        <w:t>________________________________________________________________________</w:t>
      </w:r>
    </w:p>
    <w:p w14:paraId="13316456" w14:textId="77777777" w:rsidR="00233B5B" w:rsidRPr="000A5B76" w:rsidRDefault="00000000">
      <w:r w:rsidRPr="000A5B76">
        <w:t>________________________________________________________________________</w:t>
      </w:r>
    </w:p>
    <w:p w14:paraId="68E2E013" w14:textId="77777777" w:rsidR="00233B5B" w:rsidRPr="000A5B76" w:rsidRDefault="00000000">
      <w:r w:rsidRPr="000A5B76">
        <w:t>________________________________________________________________________</w:t>
      </w:r>
    </w:p>
    <w:p w14:paraId="62BB38E1" w14:textId="77777777" w:rsidR="00233B5B" w:rsidRPr="000A5B76" w:rsidRDefault="00000000">
      <w:r w:rsidRPr="000A5B76">
        <w:t>________________________________________________________________________</w:t>
      </w:r>
    </w:p>
    <w:p w14:paraId="4381F2DE" w14:textId="77777777" w:rsidR="00233B5B" w:rsidRPr="000A5B76" w:rsidRDefault="00000000">
      <w:r w:rsidRPr="000A5B76">
        <w:t>Difficultés / questions à poser :</w:t>
      </w:r>
    </w:p>
    <w:p w14:paraId="6B4F1466" w14:textId="77777777" w:rsidR="00233B5B" w:rsidRPr="000A5B76" w:rsidRDefault="00000000">
      <w:r w:rsidRPr="000A5B76">
        <w:t>________________________________________________________________________</w:t>
      </w:r>
    </w:p>
    <w:p w14:paraId="53CE8085" w14:textId="77777777" w:rsidR="00233B5B" w:rsidRPr="000A5B76" w:rsidRDefault="00000000">
      <w:r w:rsidRPr="000A5B76">
        <w:t>________________________________________________________________________</w:t>
      </w:r>
    </w:p>
    <w:p w14:paraId="342544B6" w14:textId="77777777" w:rsidR="00233B5B" w:rsidRPr="000A5B76" w:rsidRDefault="00000000">
      <w:r w:rsidRPr="000A5B76">
        <w:lastRenderedPageBreak/>
        <w:t>________________________________________________________________________</w:t>
      </w:r>
    </w:p>
    <w:p w14:paraId="14C9BE28" w14:textId="77777777" w:rsidR="00233B5B" w:rsidRPr="000A5B76" w:rsidRDefault="00000000">
      <w:r w:rsidRPr="000A5B76">
        <w:t>Signature / visa de l’encadreur : ______________________________</w:t>
      </w:r>
    </w:p>
    <w:p w14:paraId="1A90B550" w14:textId="77777777" w:rsidR="00233B5B" w:rsidRPr="000A5B76" w:rsidRDefault="00000000">
      <w:r w:rsidRPr="000A5B76">
        <w:br w:type="page"/>
      </w:r>
    </w:p>
    <w:p w14:paraId="3C887B0E" w14:textId="77777777" w:rsidR="00233B5B" w:rsidRPr="000A5B76" w:rsidRDefault="00000000">
      <w:r w:rsidRPr="000A5B76">
        <w:rPr>
          <w:b/>
          <w:sz w:val="28"/>
        </w:rPr>
        <w:lastRenderedPageBreak/>
        <w:t>2. FICHE JOURNALIÈRE — JOUR 7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233B5B" w:rsidRPr="000A5B76" w14:paraId="75639256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5AE59C61" w14:textId="77777777" w:rsidR="00233B5B" w:rsidRPr="000A5B76" w:rsidRDefault="00000000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5AD1C57" w14:textId="77777777" w:rsidR="00233B5B" w:rsidRPr="000A5B76" w:rsidRDefault="00000000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D250D0C" w14:textId="77777777" w:rsidR="00233B5B" w:rsidRPr="000A5B76" w:rsidRDefault="00000000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1725E3A" w14:textId="77777777" w:rsidR="00233B5B" w:rsidRPr="000A5B76" w:rsidRDefault="00000000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B959AE2" w14:textId="77777777" w:rsidR="00233B5B" w:rsidRPr="000A5B76" w:rsidRDefault="00000000">
            <w:r w:rsidRPr="000A5B76">
              <w:rPr>
                <w:b/>
              </w:rPr>
              <w:t>Encadreur</w:t>
            </w:r>
          </w:p>
        </w:tc>
      </w:tr>
      <w:tr w:rsidR="00233B5B" w:rsidRPr="000A5B76" w14:paraId="06EFD780" w14:textId="77777777">
        <w:trPr>
          <w:jc w:val="center"/>
        </w:trPr>
        <w:tc>
          <w:tcPr>
            <w:tcW w:w="2108" w:type="dxa"/>
          </w:tcPr>
          <w:p w14:paraId="07F1DCF7" w14:textId="77777777" w:rsidR="00233B5B" w:rsidRPr="000A5B76" w:rsidRDefault="00233B5B"/>
        </w:tc>
        <w:tc>
          <w:tcPr>
            <w:tcW w:w="2108" w:type="dxa"/>
          </w:tcPr>
          <w:p w14:paraId="64B69C9C" w14:textId="77777777" w:rsidR="00233B5B" w:rsidRPr="000A5B76" w:rsidRDefault="00233B5B"/>
        </w:tc>
        <w:tc>
          <w:tcPr>
            <w:tcW w:w="2108" w:type="dxa"/>
          </w:tcPr>
          <w:p w14:paraId="4CA3054E" w14:textId="77777777" w:rsidR="00233B5B" w:rsidRPr="000A5B76" w:rsidRDefault="00233B5B"/>
        </w:tc>
        <w:tc>
          <w:tcPr>
            <w:tcW w:w="2108" w:type="dxa"/>
          </w:tcPr>
          <w:p w14:paraId="250F6C1C" w14:textId="77777777" w:rsidR="00233B5B" w:rsidRPr="000A5B76" w:rsidRDefault="00233B5B"/>
        </w:tc>
        <w:tc>
          <w:tcPr>
            <w:tcW w:w="2108" w:type="dxa"/>
          </w:tcPr>
          <w:p w14:paraId="5BB341CA" w14:textId="77777777" w:rsidR="00233B5B" w:rsidRPr="000A5B76" w:rsidRDefault="00233B5B"/>
        </w:tc>
      </w:tr>
    </w:tbl>
    <w:p w14:paraId="3A2AF94E" w14:textId="77777777" w:rsidR="00233B5B" w:rsidRPr="000A5B76" w:rsidRDefault="00000000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233B5B" w:rsidRPr="000A5B76" w14:paraId="5E7A1517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1DAAFAD5" w14:textId="77777777" w:rsidR="00233B5B" w:rsidRPr="000A5B76" w:rsidRDefault="00000000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3657A85" w14:textId="77777777" w:rsidR="00233B5B" w:rsidRPr="000A5B76" w:rsidRDefault="00000000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71A228D" w14:textId="77777777" w:rsidR="00233B5B" w:rsidRPr="000A5B76" w:rsidRDefault="00000000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0AC33B8" w14:textId="77777777" w:rsidR="00233B5B" w:rsidRPr="000A5B76" w:rsidRDefault="00000000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948F208" w14:textId="77777777" w:rsidR="00233B5B" w:rsidRPr="000A5B76" w:rsidRDefault="00000000">
            <w:r w:rsidRPr="000A5B76">
              <w:rPr>
                <w:b/>
              </w:rPr>
              <w:t>À revoir</w:t>
            </w:r>
          </w:p>
        </w:tc>
      </w:tr>
      <w:tr w:rsidR="00233B5B" w:rsidRPr="000A5B76" w14:paraId="1B466675" w14:textId="77777777">
        <w:trPr>
          <w:jc w:val="center"/>
        </w:trPr>
        <w:tc>
          <w:tcPr>
            <w:tcW w:w="2108" w:type="dxa"/>
          </w:tcPr>
          <w:p w14:paraId="0C87FAAF" w14:textId="77777777" w:rsidR="00233B5B" w:rsidRPr="000A5B76" w:rsidRDefault="00233B5B"/>
        </w:tc>
        <w:tc>
          <w:tcPr>
            <w:tcW w:w="2108" w:type="dxa"/>
          </w:tcPr>
          <w:p w14:paraId="57A8D18E" w14:textId="77777777" w:rsidR="00233B5B" w:rsidRPr="000A5B76" w:rsidRDefault="00233B5B"/>
        </w:tc>
        <w:tc>
          <w:tcPr>
            <w:tcW w:w="2108" w:type="dxa"/>
          </w:tcPr>
          <w:p w14:paraId="027C2775" w14:textId="77777777" w:rsidR="00233B5B" w:rsidRPr="000A5B76" w:rsidRDefault="00233B5B"/>
        </w:tc>
        <w:tc>
          <w:tcPr>
            <w:tcW w:w="2108" w:type="dxa"/>
          </w:tcPr>
          <w:p w14:paraId="70025212" w14:textId="77777777" w:rsidR="00233B5B" w:rsidRPr="000A5B76" w:rsidRDefault="00233B5B"/>
        </w:tc>
        <w:tc>
          <w:tcPr>
            <w:tcW w:w="2108" w:type="dxa"/>
          </w:tcPr>
          <w:p w14:paraId="241380F1" w14:textId="77777777" w:rsidR="00233B5B" w:rsidRPr="000A5B76" w:rsidRDefault="00233B5B"/>
        </w:tc>
      </w:tr>
      <w:tr w:rsidR="00233B5B" w:rsidRPr="000A5B76" w14:paraId="16EB0833" w14:textId="77777777">
        <w:trPr>
          <w:jc w:val="center"/>
        </w:trPr>
        <w:tc>
          <w:tcPr>
            <w:tcW w:w="2108" w:type="dxa"/>
          </w:tcPr>
          <w:p w14:paraId="76D56639" w14:textId="77777777" w:rsidR="00233B5B" w:rsidRPr="000A5B76" w:rsidRDefault="00233B5B"/>
        </w:tc>
        <w:tc>
          <w:tcPr>
            <w:tcW w:w="2108" w:type="dxa"/>
          </w:tcPr>
          <w:p w14:paraId="73BFA319" w14:textId="77777777" w:rsidR="00233B5B" w:rsidRPr="000A5B76" w:rsidRDefault="00233B5B"/>
        </w:tc>
        <w:tc>
          <w:tcPr>
            <w:tcW w:w="2108" w:type="dxa"/>
          </w:tcPr>
          <w:p w14:paraId="19E0E2CE" w14:textId="77777777" w:rsidR="00233B5B" w:rsidRPr="000A5B76" w:rsidRDefault="00233B5B"/>
        </w:tc>
        <w:tc>
          <w:tcPr>
            <w:tcW w:w="2108" w:type="dxa"/>
          </w:tcPr>
          <w:p w14:paraId="6369C1E4" w14:textId="77777777" w:rsidR="00233B5B" w:rsidRPr="000A5B76" w:rsidRDefault="00233B5B"/>
        </w:tc>
        <w:tc>
          <w:tcPr>
            <w:tcW w:w="2108" w:type="dxa"/>
          </w:tcPr>
          <w:p w14:paraId="6B40257C" w14:textId="77777777" w:rsidR="00233B5B" w:rsidRPr="000A5B76" w:rsidRDefault="00233B5B"/>
        </w:tc>
      </w:tr>
      <w:tr w:rsidR="00233B5B" w:rsidRPr="000A5B76" w14:paraId="53E2D575" w14:textId="77777777">
        <w:trPr>
          <w:jc w:val="center"/>
        </w:trPr>
        <w:tc>
          <w:tcPr>
            <w:tcW w:w="2108" w:type="dxa"/>
          </w:tcPr>
          <w:p w14:paraId="51A653A2" w14:textId="77777777" w:rsidR="00233B5B" w:rsidRPr="000A5B76" w:rsidRDefault="00233B5B"/>
        </w:tc>
        <w:tc>
          <w:tcPr>
            <w:tcW w:w="2108" w:type="dxa"/>
          </w:tcPr>
          <w:p w14:paraId="74E35626" w14:textId="77777777" w:rsidR="00233B5B" w:rsidRPr="000A5B76" w:rsidRDefault="00233B5B"/>
        </w:tc>
        <w:tc>
          <w:tcPr>
            <w:tcW w:w="2108" w:type="dxa"/>
          </w:tcPr>
          <w:p w14:paraId="506CEA03" w14:textId="77777777" w:rsidR="00233B5B" w:rsidRPr="000A5B76" w:rsidRDefault="00233B5B"/>
        </w:tc>
        <w:tc>
          <w:tcPr>
            <w:tcW w:w="2108" w:type="dxa"/>
          </w:tcPr>
          <w:p w14:paraId="7D5A58D1" w14:textId="77777777" w:rsidR="00233B5B" w:rsidRPr="000A5B76" w:rsidRDefault="00233B5B"/>
        </w:tc>
        <w:tc>
          <w:tcPr>
            <w:tcW w:w="2108" w:type="dxa"/>
          </w:tcPr>
          <w:p w14:paraId="0E0E4111" w14:textId="77777777" w:rsidR="00233B5B" w:rsidRPr="000A5B76" w:rsidRDefault="00233B5B"/>
        </w:tc>
      </w:tr>
      <w:tr w:rsidR="00233B5B" w:rsidRPr="000A5B76" w14:paraId="3F3D35E0" w14:textId="77777777">
        <w:trPr>
          <w:jc w:val="center"/>
        </w:trPr>
        <w:tc>
          <w:tcPr>
            <w:tcW w:w="2108" w:type="dxa"/>
          </w:tcPr>
          <w:p w14:paraId="4023D0C1" w14:textId="77777777" w:rsidR="00233B5B" w:rsidRPr="000A5B76" w:rsidRDefault="00233B5B"/>
        </w:tc>
        <w:tc>
          <w:tcPr>
            <w:tcW w:w="2108" w:type="dxa"/>
          </w:tcPr>
          <w:p w14:paraId="390C617E" w14:textId="77777777" w:rsidR="00233B5B" w:rsidRPr="000A5B76" w:rsidRDefault="00233B5B"/>
        </w:tc>
        <w:tc>
          <w:tcPr>
            <w:tcW w:w="2108" w:type="dxa"/>
          </w:tcPr>
          <w:p w14:paraId="2B04EF66" w14:textId="77777777" w:rsidR="00233B5B" w:rsidRPr="000A5B76" w:rsidRDefault="00233B5B"/>
        </w:tc>
        <w:tc>
          <w:tcPr>
            <w:tcW w:w="2108" w:type="dxa"/>
          </w:tcPr>
          <w:p w14:paraId="7760E09C" w14:textId="77777777" w:rsidR="00233B5B" w:rsidRPr="000A5B76" w:rsidRDefault="00233B5B"/>
        </w:tc>
        <w:tc>
          <w:tcPr>
            <w:tcW w:w="2108" w:type="dxa"/>
          </w:tcPr>
          <w:p w14:paraId="5A95C897" w14:textId="77777777" w:rsidR="00233B5B" w:rsidRPr="000A5B76" w:rsidRDefault="00233B5B"/>
        </w:tc>
      </w:tr>
      <w:tr w:rsidR="00233B5B" w:rsidRPr="000A5B76" w14:paraId="7836332B" w14:textId="77777777">
        <w:trPr>
          <w:jc w:val="center"/>
        </w:trPr>
        <w:tc>
          <w:tcPr>
            <w:tcW w:w="2108" w:type="dxa"/>
          </w:tcPr>
          <w:p w14:paraId="2A48B73B" w14:textId="77777777" w:rsidR="00233B5B" w:rsidRPr="000A5B76" w:rsidRDefault="00233B5B"/>
        </w:tc>
        <w:tc>
          <w:tcPr>
            <w:tcW w:w="2108" w:type="dxa"/>
          </w:tcPr>
          <w:p w14:paraId="42AA18A4" w14:textId="77777777" w:rsidR="00233B5B" w:rsidRPr="000A5B76" w:rsidRDefault="00233B5B"/>
        </w:tc>
        <w:tc>
          <w:tcPr>
            <w:tcW w:w="2108" w:type="dxa"/>
          </w:tcPr>
          <w:p w14:paraId="12802CFD" w14:textId="77777777" w:rsidR="00233B5B" w:rsidRPr="000A5B76" w:rsidRDefault="00233B5B"/>
        </w:tc>
        <w:tc>
          <w:tcPr>
            <w:tcW w:w="2108" w:type="dxa"/>
          </w:tcPr>
          <w:p w14:paraId="5A4A9E7B" w14:textId="77777777" w:rsidR="00233B5B" w:rsidRPr="000A5B76" w:rsidRDefault="00233B5B"/>
        </w:tc>
        <w:tc>
          <w:tcPr>
            <w:tcW w:w="2108" w:type="dxa"/>
          </w:tcPr>
          <w:p w14:paraId="7BAEB3D7" w14:textId="77777777" w:rsidR="00233B5B" w:rsidRPr="000A5B76" w:rsidRDefault="00233B5B"/>
        </w:tc>
      </w:tr>
      <w:tr w:rsidR="00233B5B" w:rsidRPr="000A5B76" w14:paraId="407FE837" w14:textId="77777777">
        <w:trPr>
          <w:jc w:val="center"/>
        </w:trPr>
        <w:tc>
          <w:tcPr>
            <w:tcW w:w="2108" w:type="dxa"/>
          </w:tcPr>
          <w:p w14:paraId="5255E065" w14:textId="77777777" w:rsidR="00233B5B" w:rsidRPr="000A5B76" w:rsidRDefault="00233B5B"/>
        </w:tc>
        <w:tc>
          <w:tcPr>
            <w:tcW w:w="2108" w:type="dxa"/>
          </w:tcPr>
          <w:p w14:paraId="438E728F" w14:textId="77777777" w:rsidR="00233B5B" w:rsidRPr="000A5B76" w:rsidRDefault="00233B5B"/>
        </w:tc>
        <w:tc>
          <w:tcPr>
            <w:tcW w:w="2108" w:type="dxa"/>
          </w:tcPr>
          <w:p w14:paraId="4ACDB90E" w14:textId="77777777" w:rsidR="00233B5B" w:rsidRPr="000A5B76" w:rsidRDefault="00233B5B"/>
        </w:tc>
        <w:tc>
          <w:tcPr>
            <w:tcW w:w="2108" w:type="dxa"/>
          </w:tcPr>
          <w:p w14:paraId="51413782" w14:textId="77777777" w:rsidR="00233B5B" w:rsidRPr="000A5B76" w:rsidRDefault="00233B5B"/>
        </w:tc>
        <w:tc>
          <w:tcPr>
            <w:tcW w:w="2108" w:type="dxa"/>
          </w:tcPr>
          <w:p w14:paraId="4DFB65DF" w14:textId="77777777" w:rsidR="00233B5B" w:rsidRPr="000A5B76" w:rsidRDefault="00233B5B"/>
        </w:tc>
      </w:tr>
      <w:tr w:rsidR="00233B5B" w:rsidRPr="000A5B76" w14:paraId="61948E6C" w14:textId="77777777">
        <w:trPr>
          <w:jc w:val="center"/>
        </w:trPr>
        <w:tc>
          <w:tcPr>
            <w:tcW w:w="2108" w:type="dxa"/>
          </w:tcPr>
          <w:p w14:paraId="05FC5569" w14:textId="77777777" w:rsidR="00233B5B" w:rsidRPr="000A5B76" w:rsidRDefault="00233B5B"/>
        </w:tc>
        <w:tc>
          <w:tcPr>
            <w:tcW w:w="2108" w:type="dxa"/>
          </w:tcPr>
          <w:p w14:paraId="3C653EF0" w14:textId="77777777" w:rsidR="00233B5B" w:rsidRPr="000A5B76" w:rsidRDefault="00233B5B"/>
        </w:tc>
        <w:tc>
          <w:tcPr>
            <w:tcW w:w="2108" w:type="dxa"/>
          </w:tcPr>
          <w:p w14:paraId="132C53F5" w14:textId="77777777" w:rsidR="00233B5B" w:rsidRPr="000A5B76" w:rsidRDefault="00233B5B"/>
        </w:tc>
        <w:tc>
          <w:tcPr>
            <w:tcW w:w="2108" w:type="dxa"/>
          </w:tcPr>
          <w:p w14:paraId="269D9E85" w14:textId="77777777" w:rsidR="00233B5B" w:rsidRPr="000A5B76" w:rsidRDefault="00233B5B"/>
        </w:tc>
        <w:tc>
          <w:tcPr>
            <w:tcW w:w="2108" w:type="dxa"/>
          </w:tcPr>
          <w:p w14:paraId="07D716DB" w14:textId="77777777" w:rsidR="00233B5B" w:rsidRPr="000A5B76" w:rsidRDefault="00233B5B"/>
        </w:tc>
      </w:tr>
      <w:tr w:rsidR="00233B5B" w:rsidRPr="000A5B76" w14:paraId="353CB3E6" w14:textId="77777777">
        <w:trPr>
          <w:jc w:val="center"/>
        </w:trPr>
        <w:tc>
          <w:tcPr>
            <w:tcW w:w="2108" w:type="dxa"/>
          </w:tcPr>
          <w:p w14:paraId="1B28AE49" w14:textId="77777777" w:rsidR="00233B5B" w:rsidRPr="000A5B76" w:rsidRDefault="00233B5B"/>
        </w:tc>
        <w:tc>
          <w:tcPr>
            <w:tcW w:w="2108" w:type="dxa"/>
          </w:tcPr>
          <w:p w14:paraId="02B2F353" w14:textId="77777777" w:rsidR="00233B5B" w:rsidRPr="000A5B76" w:rsidRDefault="00233B5B"/>
        </w:tc>
        <w:tc>
          <w:tcPr>
            <w:tcW w:w="2108" w:type="dxa"/>
          </w:tcPr>
          <w:p w14:paraId="262D7199" w14:textId="77777777" w:rsidR="00233B5B" w:rsidRPr="000A5B76" w:rsidRDefault="00233B5B"/>
        </w:tc>
        <w:tc>
          <w:tcPr>
            <w:tcW w:w="2108" w:type="dxa"/>
          </w:tcPr>
          <w:p w14:paraId="386BC823" w14:textId="77777777" w:rsidR="00233B5B" w:rsidRPr="000A5B76" w:rsidRDefault="00233B5B"/>
        </w:tc>
        <w:tc>
          <w:tcPr>
            <w:tcW w:w="2108" w:type="dxa"/>
          </w:tcPr>
          <w:p w14:paraId="19E9B11F" w14:textId="77777777" w:rsidR="00233B5B" w:rsidRPr="000A5B76" w:rsidRDefault="00233B5B"/>
        </w:tc>
      </w:tr>
    </w:tbl>
    <w:p w14:paraId="74CE5CE3" w14:textId="77777777" w:rsidR="00233B5B" w:rsidRPr="000A5B76" w:rsidRDefault="00000000">
      <w:r w:rsidRPr="000A5B76">
        <w:br/>
        <w:t>Ce que j’ai appris aujourd’hui :</w:t>
      </w:r>
    </w:p>
    <w:p w14:paraId="2BCE649B" w14:textId="77777777" w:rsidR="00233B5B" w:rsidRPr="000A5B76" w:rsidRDefault="00000000">
      <w:r w:rsidRPr="000A5B76">
        <w:t>________________________________________________________________________</w:t>
      </w:r>
    </w:p>
    <w:p w14:paraId="27F656C4" w14:textId="77777777" w:rsidR="00233B5B" w:rsidRPr="000A5B76" w:rsidRDefault="00000000">
      <w:r w:rsidRPr="000A5B76">
        <w:t>________________________________________________________________________</w:t>
      </w:r>
    </w:p>
    <w:p w14:paraId="306B697B" w14:textId="77777777" w:rsidR="00233B5B" w:rsidRPr="000A5B76" w:rsidRDefault="00000000">
      <w:r w:rsidRPr="000A5B76">
        <w:t>________________________________________________________________________</w:t>
      </w:r>
    </w:p>
    <w:p w14:paraId="23BA6A14" w14:textId="77777777" w:rsidR="00233B5B" w:rsidRPr="000A5B76" w:rsidRDefault="00000000">
      <w:r w:rsidRPr="000A5B76">
        <w:t>________________________________________________________________________</w:t>
      </w:r>
    </w:p>
    <w:p w14:paraId="4184454D" w14:textId="77777777" w:rsidR="00233B5B" w:rsidRPr="000A5B76" w:rsidRDefault="00000000">
      <w:r w:rsidRPr="000A5B76">
        <w:t>Difficultés / questions à poser :</w:t>
      </w:r>
    </w:p>
    <w:p w14:paraId="0A63721E" w14:textId="77777777" w:rsidR="00233B5B" w:rsidRPr="000A5B76" w:rsidRDefault="00000000">
      <w:r w:rsidRPr="000A5B76">
        <w:t>________________________________________________________________________</w:t>
      </w:r>
    </w:p>
    <w:p w14:paraId="241DA5E4" w14:textId="77777777" w:rsidR="00233B5B" w:rsidRPr="000A5B76" w:rsidRDefault="00000000">
      <w:r w:rsidRPr="000A5B76">
        <w:t>________________________________________________________________________</w:t>
      </w:r>
    </w:p>
    <w:p w14:paraId="2071F020" w14:textId="77777777" w:rsidR="00233B5B" w:rsidRPr="000A5B76" w:rsidRDefault="00000000">
      <w:r w:rsidRPr="000A5B76">
        <w:lastRenderedPageBreak/>
        <w:t>________________________________________________________________________</w:t>
      </w:r>
    </w:p>
    <w:p w14:paraId="4E15BC5D" w14:textId="77777777" w:rsidR="00233B5B" w:rsidRPr="000A5B76" w:rsidRDefault="00000000">
      <w:r w:rsidRPr="000A5B76">
        <w:t>Signature / visa de l’encadreur : ______________________________</w:t>
      </w:r>
    </w:p>
    <w:p w14:paraId="32E8133A" w14:textId="77777777" w:rsidR="00233B5B" w:rsidRPr="000A5B76" w:rsidRDefault="00000000">
      <w:r w:rsidRPr="000A5B76">
        <w:br w:type="page"/>
      </w:r>
    </w:p>
    <w:p w14:paraId="0C3670F0" w14:textId="77777777" w:rsidR="00233B5B" w:rsidRPr="000A5B76" w:rsidRDefault="00000000">
      <w:r w:rsidRPr="000A5B76">
        <w:rPr>
          <w:b/>
          <w:sz w:val="28"/>
        </w:rPr>
        <w:lastRenderedPageBreak/>
        <w:t>2. FICHE JOURNALIÈRE — JOUR 8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233B5B" w:rsidRPr="000A5B76" w14:paraId="33B0B5FE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1F976B00" w14:textId="77777777" w:rsidR="00233B5B" w:rsidRPr="000A5B76" w:rsidRDefault="00000000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EF0A13D" w14:textId="77777777" w:rsidR="00233B5B" w:rsidRPr="000A5B76" w:rsidRDefault="00000000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0666A84" w14:textId="77777777" w:rsidR="00233B5B" w:rsidRPr="000A5B76" w:rsidRDefault="00000000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4111D20" w14:textId="77777777" w:rsidR="00233B5B" w:rsidRPr="000A5B76" w:rsidRDefault="00000000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F971FEE" w14:textId="77777777" w:rsidR="00233B5B" w:rsidRPr="000A5B76" w:rsidRDefault="00000000">
            <w:r w:rsidRPr="000A5B76">
              <w:rPr>
                <w:b/>
              </w:rPr>
              <w:t>Encadreur</w:t>
            </w:r>
          </w:p>
        </w:tc>
      </w:tr>
      <w:tr w:rsidR="00233B5B" w:rsidRPr="000A5B76" w14:paraId="314CAB16" w14:textId="77777777">
        <w:trPr>
          <w:jc w:val="center"/>
        </w:trPr>
        <w:tc>
          <w:tcPr>
            <w:tcW w:w="2108" w:type="dxa"/>
          </w:tcPr>
          <w:p w14:paraId="1D42A485" w14:textId="77777777" w:rsidR="00233B5B" w:rsidRPr="000A5B76" w:rsidRDefault="00233B5B"/>
        </w:tc>
        <w:tc>
          <w:tcPr>
            <w:tcW w:w="2108" w:type="dxa"/>
          </w:tcPr>
          <w:p w14:paraId="20AE5497" w14:textId="77777777" w:rsidR="00233B5B" w:rsidRPr="000A5B76" w:rsidRDefault="00233B5B"/>
        </w:tc>
        <w:tc>
          <w:tcPr>
            <w:tcW w:w="2108" w:type="dxa"/>
          </w:tcPr>
          <w:p w14:paraId="5AEFE944" w14:textId="77777777" w:rsidR="00233B5B" w:rsidRPr="000A5B76" w:rsidRDefault="00233B5B"/>
        </w:tc>
        <w:tc>
          <w:tcPr>
            <w:tcW w:w="2108" w:type="dxa"/>
          </w:tcPr>
          <w:p w14:paraId="40D4A953" w14:textId="77777777" w:rsidR="00233B5B" w:rsidRPr="000A5B76" w:rsidRDefault="00233B5B"/>
        </w:tc>
        <w:tc>
          <w:tcPr>
            <w:tcW w:w="2108" w:type="dxa"/>
          </w:tcPr>
          <w:p w14:paraId="3970A3E7" w14:textId="77777777" w:rsidR="00233B5B" w:rsidRPr="000A5B76" w:rsidRDefault="00233B5B"/>
        </w:tc>
      </w:tr>
    </w:tbl>
    <w:p w14:paraId="654C407C" w14:textId="77777777" w:rsidR="00233B5B" w:rsidRPr="000A5B76" w:rsidRDefault="00000000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233B5B" w:rsidRPr="000A5B76" w14:paraId="24284817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3952B88D" w14:textId="77777777" w:rsidR="00233B5B" w:rsidRPr="000A5B76" w:rsidRDefault="00000000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57EDB74" w14:textId="77777777" w:rsidR="00233B5B" w:rsidRPr="000A5B76" w:rsidRDefault="00000000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EB5D000" w14:textId="77777777" w:rsidR="00233B5B" w:rsidRPr="000A5B76" w:rsidRDefault="00000000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FF96830" w14:textId="77777777" w:rsidR="00233B5B" w:rsidRPr="000A5B76" w:rsidRDefault="00000000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E1EF1A0" w14:textId="77777777" w:rsidR="00233B5B" w:rsidRPr="000A5B76" w:rsidRDefault="00000000">
            <w:r w:rsidRPr="000A5B76">
              <w:rPr>
                <w:b/>
              </w:rPr>
              <w:t>À revoir</w:t>
            </w:r>
          </w:p>
        </w:tc>
      </w:tr>
      <w:tr w:rsidR="00233B5B" w:rsidRPr="000A5B76" w14:paraId="17F6FD17" w14:textId="77777777">
        <w:trPr>
          <w:jc w:val="center"/>
        </w:trPr>
        <w:tc>
          <w:tcPr>
            <w:tcW w:w="2108" w:type="dxa"/>
          </w:tcPr>
          <w:p w14:paraId="38626057" w14:textId="77777777" w:rsidR="00233B5B" w:rsidRPr="000A5B76" w:rsidRDefault="00233B5B"/>
        </w:tc>
        <w:tc>
          <w:tcPr>
            <w:tcW w:w="2108" w:type="dxa"/>
          </w:tcPr>
          <w:p w14:paraId="3116B61C" w14:textId="77777777" w:rsidR="00233B5B" w:rsidRPr="000A5B76" w:rsidRDefault="00233B5B"/>
        </w:tc>
        <w:tc>
          <w:tcPr>
            <w:tcW w:w="2108" w:type="dxa"/>
          </w:tcPr>
          <w:p w14:paraId="4F55151B" w14:textId="77777777" w:rsidR="00233B5B" w:rsidRPr="000A5B76" w:rsidRDefault="00233B5B"/>
        </w:tc>
        <w:tc>
          <w:tcPr>
            <w:tcW w:w="2108" w:type="dxa"/>
          </w:tcPr>
          <w:p w14:paraId="0E178AD9" w14:textId="77777777" w:rsidR="00233B5B" w:rsidRPr="000A5B76" w:rsidRDefault="00233B5B"/>
        </w:tc>
        <w:tc>
          <w:tcPr>
            <w:tcW w:w="2108" w:type="dxa"/>
          </w:tcPr>
          <w:p w14:paraId="383658BC" w14:textId="77777777" w:rsidR="00233B5B" w:rsidRPr="000A5B76" w:rsidRDefault="00233B5B"/>
        </w:tc>
      </w:tr>
      <w:tr w:rsidR="00233B5B" w:rsidRPr="000A5B76" w14:paraId="65C717B4" w14:textId="77777777">
        <w:trPr>
          <w:jc w:val="center"/>
        </w:trPr>
        <w:tc>
          <w:tcPr>
            <w:tcW w:w="2108" w:type="dxa"/>
          </w:tcPr>
          <w:p w14:paraId="79581832" w14:textId="77777777" w:rsidR="00233B5B" w:rsidRPr="000A5B76" w:rsidRDefault="00233B5B"/>
        </w:tc>
        <w:tc>
          <w:tcPr>
            <w:tcW w:w="2108" w:type="dxa"/>
          </w:tcPr>
          <w:p w14:paraId="43A522E3" w14:textId="77777777" w:rsidR="00233B5B" w:rsidRPr="000A5B76" w:rsidRDefault="00233B5B"/>
        </w:tc>
        <w:tc>
          <w:tcPr>
            <w:tcW w:w="2108" w:type="dxa"/>
          </w:tcPr>
          <w:p w14:paraId="31382785" w14:textId="77777777" w:rsidR="00233B5B" w:rsidRPr="000A5B76" w:rsidRDefault="00233B5B"/>
        </w:tc>
        <w:tc>
          <w:tcPr>
            <w:tcW w:w="2108" w:type="dxa"/>
          </w:tcPr>
          <w:p w14:paraId="5250F6FA" w14:textId="77777777" w:rsidR="00233B5B" w:rsidRPr="000A5B76" w:rsidRDefault="00233B5B"/>
        </w:tc>
        <w:tc>
          <w:tcPr>
            <w:tcW w:w="2108" w:type="dxa"/>
          </w:tcPr>
          <w:p w14:paraId="071FB09C" w14:textId="77777777" w:rsidR="00233B5B" w:rsidRPr="000A5B76" w:rsidRDefault="00233B5B"/>
        </w:tc>
      </w:tr>
      <w:tr w:rsidR="00233B5B" w:rsidRPr="000A5B76" w14:paraId="29CDA22A" w14:textId="77777777">
        <w:trPr>
          <w:jc w:val="center"/>
        </w:trPr>
        <w:tc>
          <w:tcPr>
            <w:tcW w:w="2108" w:type="dxa"/>
          </w:tcPr>
          <w:p w14:paraId="21E535BA" w14:textId="77777777" w:rsidR="00233B5B" w:rsidRPr="000A5B76" w:rsidRDefault="00233B5B"/>
        </w:tc>
        <w:tc>
          <w:tcPr>
            <w:tcW w:w="2108" w:type="dxa"/>
          </w:tcPr>
          <w:p w14:paraId="714AD22C" w14:textId="77777777" w:rsidR="00233B5B" w:rsidRPr="000A5B76" w:rsidRDefault="00233B5B"/>
        </w:tc>
        <w:tc>
          <w:tcPr>
            <w:tcW w:w="2108" w:type="dxa"/>
          </w:tcPr>
          <w:p w14:paraId="5E6DC543" w14:textId="77777777" w:rsidR="00233B5B" w:rsidRPr="000A5B76" w:rsidRDefault="00233B5B"/>
        </w:tc>
        <w:tc>
          <w:tcPr>
            <w:tcW w:w="2108" w:type="dxa"/>
          </w:tcPr>
          <w:p w14:paraId="34358F1B" w14:textId="77777777" w:rsidR="00233B5B" w:rsidRPr="000A5B76" w:rsidRDefault="00233B5B"/>
        </w:tc>
        <w:tc>
          <w:tcPr>
            <w:tcW w:w="2108" w:type="dxa"/>
          </w:tcPr>
          <w:p w14:paraId="05BFCAA4" w14:textId="77777777" w:rsidR="00233B5B" w:rsidRPr="000A5B76" w:rsidRDefault="00233B5B"/>
        </w:tc>
      </w:tr>
      <w:tr w:rsidR="00233B5B" w:rsidRPr="000A5B76" w14:paraId="1B14DC68" w14:textId="77777777">
        <w:trPr>
          <w:jc w:val="center"/>
        </w:trPr>
        <w:tc>
          <w:tcPr>
            <w:tcW w:w="2108" w:type="dxa"/>
          </w:tcPr>
          <w:p w14:paraId="50D2DBA8" w14:textId="77777777" w:rsidR="00233B5B" w:rsidRPr="000A5B76" w:rsidRDefault="00233B5B"/>
        </w:tc>
        <w:tc>
          <w:tcPr>
            <w:tcW w:w="2108" w:type="dxa"/>
          </w:tcPr>
          <w:p w14:paraId="444190ED" w14:textId="77777777" w:rsidR="00233B5B" w:rsidRPr="000A5B76" w:rsidRDefault="00233B5B"/>
        </w:tc>
        <w:tc>
          <w:tcPr>
            <w:tcW w:w="2108" w:type="dxa"/>
          </w:tcPr>
          <w:p w14:paraId="2261A639" w14:textId="77777777" w:rsidR="00233B5B" w:rsidRPr="000A5B76" w:rsidRDefault="00233B5B"/>
        </w:tc>
        <w:tc>
          <w:tcPr>
            <w:tcW w:w="2108" w:type="dxa"/>
          </w:tcPr>
          <w:p w14:paraId="17328F2F" w14:textId="77777777" w:rsidR="00233B5B" w:rsidRPr="000A5B76" w:rsidRDefault="00233B5B"/>
        </w:tc>
        <w:tc>
          <w:tcPr>
            <w:tcW w:w="2108" w:type="dxa"/>
          </w:tcPr>
          <w:p w14:paraId="09ABB394" w14:textId="77777777" w:rsidR="00233B5B" w:rsidRPr="000A5B76" w:rsidRDefault="00233B5B"/>
        </w:tc>
      </w:tr>
      <w:tr w:rsidR="00233B5B" w:rsidRPr="000A5B76" w14:paraId="4387318C" w14:textId="77777777">
        <w:trPr>
          <w:jc w:val="center"/>
        </w:trPr>
        <w:tc>
          <w:tcPr>
            <w:tcW w:w="2108" w:type="dxa"/>
          </w:tcPr>
          <w:p w14:paraId="0A5838A2" w14:textId="77777777" w:rsidR="00233B5B" w:rsidRPr="000A5B76" w:rsidRDefault="00233B5B"/>
        </w:tc>
        <w:tc>
          <w:tcPr>
            <w:tcW w:w="2108" w:type="dxa"/>
          </w:tcPr>
          <w:p w14:paraId="758150D3" w14:textId="77777777" w:rsidR="00233B5B" w:rsidRPr="000A5B76" w:rsidRDefault="00233B5B"/>
        </w:tc>
        <w:tc>
          <w:tcPr>
            <w:tcW w:w="2108" w:type="dxa"/>
          </w:tcPr>
          <w:p w14:paraId="7D06B4C5" w14:textId="77777777" w:rsidR="00233B5B" w:rsidRPr="000A5B76" w:rsidRDefault="00233B5B"/>
        </w:tc>
        <w:tc>
          <w:tcPr>
            <w:tcW w:w="2108" w:type="dxa"/>
          </w:tcPr>
          <w:p w14:paraId="0551EF2B" w14:textId="77777777" w:rsidR="00233B5B" w:rsidRPr="000A5B76" w:rsidRDefault="00233B5B"/>
        </w:tc>
        <w:tc>
          <w:tcPr>
            <w:tcW w:w="2108" w:type="dxa"/>
          </w:tcPr>
          <w:p w14:paraId="3350F301" w14:textId="77777777" w:rsidR="00233B5B" w:rsidRPr="000A5B76" w:rsidRDefault="00233B5B"/>
        </w:tc>
      </w:tr>
      <w:tr w:rsidR="00233B5B" w:rsidRPr="000A5B76" w14:paraId="297A4FB0" w14:textId="77777777">
        <w:trPr>
          <w:jc w:val="center"/>
        </w:trPr>
        <w:tc>
          <w:tcPr>
            <w:tcW w:w="2108" w:type="dxa"/>
          </w:tcPr>
          <w:p w14:paraId="3484ACF0" w14:textId="77777777" w:rsidR="00233B5B" w:rsidRPr="000A5B76" w:rsidRDefault="00233B5B"/>
        </w:tc>
        <w:tc>
          <w:tcPr>
            <w:tcW w:w="2108" w:type="dxa"/>
          </w:tcPr>
          <w:p w14:paraId="60EB4E4C" w14:textId="77777777" w:rsidR="00233B5B" w:rsidRPr="000A5B76" w:rsidRDefault="00233B5B"/>
        </w:tc>
        <w:tc>
          <w:tcPr>
            <w:tcW w:w="2108" w:type="dxa"/>
          </w:tcPr>
          <w:p w14:paraId="3E27B504" w14:textId="77777777" w:rsidR="00233B5B" w:rsidRPr="000A5B76" w:rsidRDefault="00233B5B"/>
        </w:tc>
        <w:tc>
          <w:tcPr>
            <w:tcW w:w="2108" w:type="dxa"/>
          </w:tcPr>
          <w:p w14:paraId="14583A84" w14:textId="77777777" w:rsidR="00233B5B" w:rsidRPr="000A5B76" w:rsidRDefault="00233B5B"/>
        </w:tc>
        <w:tc>
          <w:tcPr>
            <w:tcW w:w="2108" w:type="dxa"/>
          </w:tcPr>
          <w:p w14:paraId="17C98830" w14:textId="77777777" w:rsidR="00233B5B" w:rsidRPr="000A5B76" w:rsidRDefault="00233B5B"/>
        </w:tc>
      </w:tr>
      <w:tr w:rsidR="00233B5B" w:rsidRPr="000A5B76" w14:paraId="4ED470D0" w14:textId="77777777">
        <w:trPr>
          <w:jc w:val="center"/>
        </w:trPr>
        <w:tc>
          <w:tcPr>
            <w:tcW w:w="2108" w:type="dxa"/>
          </w:tcPr>
          <w:p w14:paraId="544FD9E5" w14:textId="77777777" w:rsidR="00233B5B" w:rsidRPr="000A5B76" w:rsidRDefault="00233B5B"/>
        </w:tc>
        <w:tc>
          <w:tcPr>
            <w:tcW w:w="2108" w:type="dxa"/>
          </w:tcPr>
          <w:p w14:paraId="1667008F" w14:textId="77777777" w:rsidR="00233B5B" w:rsidRPr="000A5B76" w:rsidRDefault="00233B5B"/>
        </w:tc>
        <w:tc>
          <w:tcPr>
            <w:tcW w:w="2108" w:type="dxa"/>
          </w:tcPr>
          <w:p w14:paraId="088D23AD" w14:textId="77777777" w:rsidR="00233B5B" w:rsidRPr="000A5B76" w:rsidRDefault="00233B5B"/>
        </w:tc>
        <w:tc>
          <w:tcPr>
            <w:tcW w:w="2108" w:type="dxa"/>
          </w:tcPr>
          <w:p w14:paraId="299E6064" w14:textId="77777777" w:rsidR="00233B5B" w:rsidRPr="000A5B76" w:rsidRDefault="00233B5B"/>
        </w:tc>
        <w:tc>
          <w:tcPr>
            <w:tcW w:w="2108" w:type="dxa"/>
          </w:tcPr>
          <w:p w14:paraId="3BE4AD2D" w14:textId="77777777" w:rsidR="00233B5B" w:rsidRPr="000A5B76" w:rsidRDefault="00233B5B"/>
        </w:tc>
      </w:tr>
      <w:tr w:rsidR="00233B5B" w:rsidRPr="000A5B76" w14:paraId="2111552A" w14:textId="77777777">
        <w:trPr>
          <w:jc w:val="center"/>
        </w:trPr>
        <w:tc>
          <w:tcPr>
            <w:tcW w:w="2108" w:type="dxa"/>
          </w:tcPr>
          <w:p w14:paraId="46F8B0C2" w14:textId="77777777" w:rsidR="00233B5B" w:rsidRPr="000A5B76" w:rsidRDefault="00233B5B"/>
        </w:tc>
        <w:tc>
          <w:tcPr>
            <w:tcW w:w="2108" w:type="dxa"/>
          </w:tcPr>
          <w:p w14:paraId="4DA1CA1C" w14:textId="77777777" w:rsidR="00233B5B" w:rsidRPr="000A5B76" w:rsidRDefault="00233B5B"/>
        </w:tc>
        <w:tc>
          <w:tcPr>
            <w:tcW w:w="2108" w:type="dxa"/>
          </w:tcPr>
          <w:p w14:paraId="52D36086" w14:textId="77777777" w:rsidR="00233B5B" w:rsidRPr="000A5B76" w:rsidRDefault="00233B5B"/>
        </w:tc>
        <w:tc>
          <w:tcPr>
            <w:tcW w:w="2108" w:type="dxa"/>
          </w:tcPr>
          <w:p w14:paraId="122AD20B" w14:textId="77777777" w:rsidR="00233B5B" w:rsidRPr="000A5B76" w:rsidRDefault="00233B5B"/>
        </w:tc>
        <w:tc>
          <w:tcPr>
            <w:tcW w:w="2108" w:type="dxa"/>
          </w:tcPr>
          <w:p w14:paraId="0FC8AFEA" w14:textId="77777777" w:rsidR="00233B5B" w:rsidRPr="000A5B76" w:rsidRDefault="00233B5B"/>
        </w:tc>
      </w:tr>
    </w:tbl>
    <w:p w14:paraId="30FCE5BB" w14:textId="77777777" w:rsidR="00233B5B" w:rsidRPr="000A5B76" w:rsidRDefault="00000000">
      <w:r w:rsidRPr="000A5B76">
        <w:br/>
        <w:t>Ce que j’ai appris aujourd’hui :</w:t>
      </w:r>
    </w:p>
    <w:p w14:paraId="7105F69F" w14:textId="77777777" w:rsidR="00233B5B" w:rsidRPr="000A5B76" w:rsidRDefault="00000000">
      <w:r w:rsidRPr="000A5B76">
        <w:t>________________________________________________________________________</w:t>
      </w:r>
    </w:p>
    <w:p w14:paraId="0CD31ABD" w14:textId="77777777" w:rsidR="00233B5B" w:rsidRPr="000A5B76" w:rsidRDefault="00000000">
      <w:r w:rsidRPr="000A5B76">
        <w:t>________________________________________________________________________</w:t>
      </w:r>
    </w:p>
    <w:p w14:paraId="19B58A92" w14:textId="77777777" w:rsidR="00233B5B" w:rsidRPr="000A5B76" w:rsidRDefault="00000000">
      <w:r w:rsidRPr="000A5B76">
        <w:t>________________________________________________________________________</w:t>
      </w:r>
    </w:p>
    <w:p w14:paraId="6491C892" w14:textId="77777777" w:rsidR="00233B5B" w:rsidRPr="000A5B76" w:rsidRDefault="00000000">
      <w:r w:rsidRPr="000A5B76">
        <w:t>________________________________________________________________________</w:t>
      </w:r>
    </w:p>
    <w:p w14:paraId="47C87875" w14:textId="77777777" w:rsidR="00233B5B" w:rsidRPr="000A5B76" w:rsidRDefault="00000000">
      <w:r w:rsidRPr="000A5B76">
        <w:t>Difficultés / questions à poser :</w:t>
      </w:r>
    </w:p>
    <w:p w14:paraId="70C1FE29" w14:textId="77777777" w:rsidR="00233B5B" w:rsidRPr="000A5B76" w:rsidRDefault="00000000">
      <w:r w:rsidRPr="000A5B76">
        <w:t>________________________________________________________________________</w:t>
      </w:r>
    </w:p>
    <w:p w14:paraId="5D406D0B" w14:textId="77777777" w:rsidR="00233B5B" w:rsidRPr="000A5B76" w:rsidRDefault="00000000">
      <w:r w:rsidRPr="000A5B76">
        <w:t>________________________________________________________________________</w:t>
      </w:r>
    </w:p>
    <w:p w14:paraId="0BA42C78" w14:textId="77777777" w:rsidR="00233B5B" w:rsidRPr="000A5B76" w:rsidRDefault="00000000">
      <w:r w:rsidRPr="000A5B76">
        <w:lastRenderedPageBreak/>
        <w:t>________________________________________________________________________</w:t>
      </w:r>
    </w:p>
    <w:p w14:paraId="344AB988" w14:textId="77777777" w:rsidR="00233B5B" w:rsidRPr="000A5B76" w:rsidRDefault="00000000">
      <w:r w:rsidRPr="000A5B76">
        <w:t>Signature / visa de l’encadreur : ______________________________</w:t>
      </w:r>
    </w:p>
    <w:p w14:paraId="31BC6A41" w14:textId="77777777" w:rsidR="00233B5B" w:rsidRPr="000A5B76" w:rsidRDefault="00000000">
      <w:r w:rsidRPr="000A5B76">
        <w:br w:type="page"/>
      </w:r>
    </w:p>
    <w:p w14:paraId="2444FCE8" w14:textId="77777777" w:rsidR="00233B5B" w:rsidRPr="000A5B76" w:rsidRDefault="00000000">
      <w:r w:rsidRPr="000A5B76">
        <w:rPr>
          <w:b/>
          <w:sz w:val="28"/>
        </w:rPr>
        <w:lastRenderedPageBreak/>
        <w:t>2. FICHE JOURNALIÈRE — JOUR 9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233B5B" w:rsidRPr="000A5B76" w14:paraId="44E933C4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05A71A17" w14:textId="77777777" w:rsidR="00233B5B" w:rsidRPr="000A5B76" w:rsidRDefault="00000000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6A0949B" w14:textId="77777777" w:rsidR="00233B5B" w:rsidRPr="000A5B76" w:rsidRDefault="00000000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971FD9E" w14:textId="77777777" w:rsidR="00233B5B" w:rsidRPr="000A5B76" w:rsidRDefault="00000000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51B3AE3" w14:textId="77777777" w:rsidR="00233B5B" w:rsidRPr="000A5B76" w:rsidRDefault="00000000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0AF01EA" w14:textId="77777777" w:rsidR="00233B5B" w:rsidRPr="000A5B76" w:rsidRDefault="00000000">
            <w:r w:rsidRPr="000A5B76">
              <w:rPr>
                <w:b/>
              </w:rPr>
              <w:t>Encadreur</w:t>
            </w:r>
          </w:p>
        </w:tc>
      </w:tr>
      <w:tr w:rsidR="00233B5B" w:rsidRPr="000A5B76" w14:paraId="56FF330B" w14:textId="77777777">
        <w:trPr>
          <w:jc w:val="center"/>
        </w:trPr>
        <w:tc>
          <w:tcPr>
            <w:tcW w:w="2108" w:type="dxa"/>
          </w:tcPr>
          <w:p w14:paraId="4173C42A" w14:textId="77777777" w:rsidR="00233B5B" w:rsidRPr="000A5B76" w:rsidRDefault="00233B5B"/>
        </w:tc>
        <w:tc>
          <w:tcPr>
            <w:tcW w:w="2108" w:type="dxa"/>
          </w:tcPr>
          <w:p w14:paraId="1139508F" w14:textId="77777777" w:rsidR="00233B5B" w:rsidRPr="000A5B76" w:rsidRDefault="00233B5B"/>
        </w:tc>
        <w:tc>
          <w:tcPr>
            <w:tcW w:w="2108" w:type="dxa"/>
          </w:tcPr>
          <w:p w14:paraId="5ED4347F" w14:textId="77777777" w:rsidR="00233B5B" w:rsidRPr="000A5B76" w:rsidRDefault="00233B5B"/>
        </w:tc>
        <w:tc>
          <w:tcPr>
            <w:tcW w:w="2108" w:type="dxa"/>
          </w:tcPr>
          <w:p w14:paraId="0DEECEF8" w14:textId="77777777" w:rsidR="00233B5B" w:rsidRPr="000A5B76" w:rsidRDefault="00233B5B"/>
        </w:tc>
        <w:tc>
          <w:tcPr>
            <w:tcW w:w="2108" w:type="dxa"/>
          </w:tcPr>
          <w:p w14:paraId="1D86C9FA" w14:textId="77777777" w:rsidR="00233B5B" w:rsidRPr="000A5B76" w:rsidRDefault="00233B5B"/>
        </w:tc>
      </w:tr>
    </w:tbl>
    <w:p w14:paraId="175601D1" w14:textId="77777777" w:rsidR="00233B5B" w:rsidRPr="000A5B76" w:rsidRDefault="00000000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233B5B" w:rsidRPr="000A5B76" w14:paraId="378748CC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59907A14" w14:textId="77777777" w:rsidR="00233B5B" w:rsidRPr="000A5B76" w:rsidRDefault="00000000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6A8323A" w14:textId="77777777" w:rsidR="00233B5B" w:rsidRPr="000A5B76" w:rsidRDefault="00000000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D9B9032" w14:textId="77777777" w:rsidR="00233B5B" w:rsidRPr="000A5B76" w:rsidRDefault="00000000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3F79FAF" w14:textId="77777777" w:rsidR="00233B5B" w:rsidRPr="000A5B76" w:rsidRDefault="00000000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DB5EE64" w14:textId="77777777" w:rsidR="00233B5B" w:rsidRPr="000A5B76" w:rsidRDefault="00000000">
            <w:r w:rsidRPr="000A5B76">
              <w:rPr>
                <w:b/>
              </w:rPr>
              <w:t>À revoir</w:t>
            </w:r>
          </w:p>
        </w:tc>
      </w:tr>
      <w:tr w:rsidR="00233B5B" w:rsidRPr="000A5B76" w14:paraId="399DA17F" w14:textId="77777777">
        <w:trPr>
          <w:jc w:val="center"/>
        </w:trPr>
        <w:tc>
          <w:tcPr>
            <w:tcW w:w="2108" w:type="dxa"/>
          </w:tcPr>
          <w:p w14:paraId="5C00851C" w14:textId="77777777" w:rsidR="00233B5B" w:rsidRPr="000A5B76" w:rsidRDefault="00233B5B"/>
        </w:tc>
        <w:tc>
          <w:tcPr>
            <w:tcW w:w="2108" w:type="dxa"/>
          </w:tcPr>
          <w:p w14:paraId="1AFF7C8F" w14:textId="77777777" w:rsidR="00233B5B" w:rsidRPr="000A5B76" w:rsidRDefault="00233B5B"/>
        </w:tc>
        <w:tc>
          <w:tcPr>
            <w:tcW w:w="2108" w:type="dxa"/>
          </w:tcPr>
          <w:p w14:paraId="565A3751" w14:textId="77777777" w:rsidR="00233B5B" w:rsidRPr="000A5B76" w:rsidRDefault="00233B5B"/>
        </w:tc>
        <w:tc>
          <w:tcPr>
            <w:tcW w:w="2108" w:type="dxa"/>
          </w:tcPr>
          <w:p w14:paraId="5E08EF32" w14:textId="77777777" w:rsidR="00233B5B" w:rsidRPr="000A5B76" w:rsidRDefault="00233B5B"/>
        </w:tc>
        <w:tc>
          <w:tcPr>
            <w:tcW w:w="2108" w:type="dxa"/>
          </w:tcPr>
          <w:p w14:paraId="17CD4A07" w14:textId="77777777" w:rsidR="00233B5B" w:rsidRPr="000A5B76" w:rsidRDefault="00233B5B"/>
        </w:tc>
      </w:tr>
      <w:tr w:rsidR="00233B5B" w:rsidRPr="000A5B76" w14:paraId="317C4A0F" w14:textId="77777777">
        <w:trPr>
          <w:jc w:val="center"/>
        </w:trPr>
        <w:tc>
          <w:tcPr>
            <w:tcW w:w="2108" w:type="dxa"/>
          </w:tcPr>
          <w:p w14:paraId="6F494C64" w14:textId="77777777" w:rsidR="00233B5B" w:rsidRPr="000A5B76" w:rsidRDefault="00233B5B"/>
        </w:tc>
        <w:tc>
          <w:tcPr>
            <w:tcW w:w="2108" w:type="dxa"/>
          </w:tcPr>
          <w:p w14:paraId="6A048E90" w14:textId="77777777" w:rsidR="00233B5B" w:rsidRPr="000A5B76" w:rsidRDefault="00233B5B"/>
        </w:tc>
        <w:tc>
          <w:tcPr>
            <w:tcW w:w="2108" w:type="dxa"/>
          </w:tcPr>
          <w:p w14:paraId="4BDE1C6E" w14:textId="77777777" w:rsidR="00233B5B" w:rsidRPr="000A5B76" w:rsidRDefault="00233B5B"/>
        </w:tc>
        <w:tc>
          <w:tcPr>
            <w:tcW w:w="2108" w:type="dxa"/>
          </w:tcPr>
          <w:p w14:paraId="22F573F1" w14:textId="77777777" w:rsidR="00233B5B" w:rsidRPr="000A5B76" w:rsidRDefault="00233B5B"/>
        </w:tc>
        <w:tc>
          <w:tcPr>
            <w:tcW w:w="2108" w:type="dxa"/>
          </w:tcPr>
          <w:p w14:paraId="3D6D9F12" w14:textId="77777777" w:rsidR="00233B5B" w:rsidRPr="000A5B76" w:rsidRDefault="00233B5B"/>
        </w:tc>
      </w:tr>
      <w:tr w:rsidR="00233B5B" w:rsidRPr="000A5B76" w14:paraId="56629783" w14:textId="77777777">
        <w:trPr>
          <w:jc w:val="center"/>
        </w:trPr>
        <w:tc>
          <w:tcPr>
            <w:tcW w:w="2108" w:type="dxa"/>
          </w:tcPr>
          <w:p w14:paraId="0831F719" w14:textId="77777777" w:rsidR="00233B5B" w:rsidRPr="000A5B76" w:rsidRDefault="00233B5B"/>
        </w:tc>
        <w:tc>
          <w:tcPr>
            <w:tcW w:w="2108" w:type="dxa"/>
          </w:tcPr>
          <w:p w14:paraId="7FE11ECB" w14:textId="77777777" w:rsidR="00233B5B" w:rsidRPr="000A5B76" w:rsidRDefault="00233B5B"/>
        </w:tc>
        <w:tc>
          <w:tcPr>
            <w:tcW w:w="2108" w:type="dxa"/>
          </w:tcPr>
          <w:p w14:paraId="7A675218" w14:textId="77777777" w:rsidR="00233B5B" w:rsidRPr="000A5B76" w:rsidRDefault="00233B5B"/>
        </w:tc>
        <w:tc>
          <w:tcPr>
            <w:tcW w:w="2108" w:type="dxa"/>
          </w:tcPr>
          <w:p w14:paraId="68C568C3" w14:textId="77777777" w:rsidR="00233B5B" w:rsidRPr="000A5B76" w:rsidRDefault="00233B5B"/>
        </w:tc>
        <w:tc>
          <w:tcPr>
            <w:tcW w:w="2108" w:type="dxa"/>
          </w:tcPr>
          <w:p w14:paraId="7850FF64" w14:textId="77777777" w:rsidR="00233B5B" w:rsidRPr="000A5B76" w:rsidRDefault="00233B5B"/>
        </w:tc>
      </w:tr>
      <w:tr w:rsidR="00233B5B" w:rsidRPr="000A5B76" w14:paraId="0D0ECC01" w14:textId="77777777">
        <w:trPr>
          <w:jc w:val="center"/>
        </w:trPr>
        <w:tc>
          <w:tcPr>
            <w:tcW w:w="2108" w:type="dxa"/>
          </w:tcPr>
          <w:p w14:paraId="1F5B63EB" w14:textId="77777777" w:rsidR="00233B5B" w:rsidRPr="000A5B76" w:rsidRDefault="00233B5B"/>
        </w:tc>
        <w:tc>
          <w:tcPr>
            <w:tcW w:w="2108" w:type="dxa"/>
          </w:tcPr>
          <w:p w14:paraId="1014F45B" w14:textId="77777777" w:rsidR="00233B5B" w:rsidRPr="000A5B76" w:rsidRDefault="00233B5B"/>
        </w:tc>
        <w:tc>
          <w:tcPr>
            <w:tcW w:w="2108" w:type="dxa"/>
          </w:tcPr>
          <w:p w14:paraId="0EEF1390" w14:textId="77777777" w:rsidR="00233B5B" w:rsidRPr="000A5B76" w:rsidRDefault="00233B5B"/>
        </w:tc>
        <w:tc>
          <w:tcPr>
            <w:tcW w:w="2108" w:type="dxa"/>
          </w:tcPr>
          <w:p w14:paraId="04CE4040" w14:textId="77777777" w:rsidR="00233B5B" w:rsidRPr="000A5B76" w:rsidRDefault="00233B5B"/>
        </w:tc>
        <w:tc>
          <w:tcPr>
            <w:tcW w:w="2108" w:type="dxa"/>
          </w:tcPr>
          <w:p w14:paraId="77838EEB" w14:textId="77777777" w:rsidR="00233B5B" w:rsidRPr="000A5B76" w:rsidRDefault="00233B5B"/>
        </w:tc>
      </w:tr>
      <w:tr w:rsidR="00233B5B" w:rsidRPr="000A5B76" w14:paraId="62C44E3E" w14:textId="77777777">
        <w:trPr>
          <w:jc w:val="center"/>
        </w:trPr>
        <w:tc>
          <w:tcPr>
            <w:tcW w:w="2108" w:type="dxa"/>
          </w:tcPr>
          <w:p w14:paraId="0BB4F4F2" w14:textId="77777777" w:rsidR="00233B5B" w:rsidRPr="000A5B76" w:rsidRDefault="00233B5B"/>
        </w:tc>
        <w:tc>
          <w:tcPr>
            <w:tcW w:w="2108" w:type="dxa"/>
          </w:tcPr>
          <w:p w14:paraId="38258C54" w14:textId="77777777" w:rsidR="00233B5B" w:rsidRPr="000A5B76" w:rsidRDefault="00233B5B"/>
        </w:tc>
        <w:tc>
          <w:tcPr>
            <w:tcW w:w="2108" w:type="dxa"/>
          </w:tcPr>
          <w:p w14:paraId="138556FF" w14:textId="77777777" w:rsidR="00233B5B" w:rsidRPr="000A5B76" w:rsidRDefault="00233B5B"/>
        </w:tc>
        <w:tc>
          <w:tcPr>
            <w:tcW w:w="2108" w:type="dxa"/>
          </w:tcPr>
          <w:p w14:paraId="7D673E5D" w14:textId="77777777" w:rsidR="00233B5B" w:rsidRPr="000A5B76" w:rsidRDefault="00233B5B"/>
        </w:tc>
        <w:tc>
          <w:tcPr>
            <w:tcW w:w="2108" w:type="dxa"/>
          </w:tcPr>
          <w:p w14:paraId="7CD06BCB" w14:textId="77777777" w:rsidR="00233B5B" w:rsidRPr="000A5B76" w:rsidRDefault="00233B5B"/>
        </w:tc>
      </w:tr>
      <w:tr w:rsidR="00233B5B" w:rsidRPr="000A5B76" w14:paraId="40607D92" w14:textId="77777777">
        <w:trPr>
          <w:jc w:val="center"/>
        </w:trPr>
        <w:tc>
          <w:tcPr>
            <w:tcW w:w="2108" w:type="dxa"/>
          </w:tcPr>
          <w:p w14:paraId="1FFA9856" w14:textId="77777777" w:rsidR="00233B5B" w:rsidRPr="000A5B76" w:rsidRDefault="00233B5B"/>
        </w:tc>
        <w:tc>
          <w:tcPr>
            <w:tcW w:w="2108" w:type="dxa"/>
          </w:tcPr>
          <w:p w14:paraId="6BB2DFB9" w14:textId="77777777" w:rsidR="00233B5B" w:rsidRPr="000A5B76" w:rsidRDefault="00233B5B"/>
        </w:tc>
        <w:tc>
          <w:tcPr>
            <w:tcW w:w="2108" w:type="dxa"/>
          </w:tcPr>
          <w:p w14:paraId="483DBD29" w14:textId="77777777" w:rsidR="00233B5B" w:rsidRPr="000A5B76" w:rsidRDefault="00233B5B"/>
        </w:tc>
        <w:tc>
          <w:tcPr>
            <w:tcW w:w="2108" w:type="dxa"/>
          </w:tcPr>
          <w:p w14:paraId="038E989A" w14:textId="77777777" w:rsidR="00233B5B" w:rsidRPr="000A5B76" w:rsidRDefault="00233B5B"/>
        </w:tc>
        <w:tc>
          <w:tcPr>
            <w:tcW w:w="2108" w:type="dxa"/>
          </w:tcPr>
          <w:p w14:paraId="10810319" w14:textId="77777777" w:rsidR="00233B5B" w:rsidRPr="000A5B76" w:rsidRDefault="00233B5B"/>
        </w:tc>
      </w:tr>
      <w:tr w:rsidR="00233B5B" w:rsidRPr="000A5B76" w14:paraId="63578E7F" w14:textId="77777777">
        <w:trPr>
          <w:jc w:val="center"/>
        </w:trPr>
        <w:tc>
          <w:tcPr>
            <w:tcW w:w="2108" w:type="dxa"/>
          </w:tcPr>
          <w:p w14:paraId="50BE1950" w14:textId="77777777" w:rsidR="00233B5B" w:rsidRPr="000A5B76" w:rsidRDefault="00233B5B"/>
        </w:tc>
        <w:tc>
          <w:tcPr>
            <w:tcW w:w="2108" w:type="dxa"/>
          </w:tcPr>
          <w:p w14:paraId="27DDF2A6" w14:textId="77777777" w:rsidR="00233B5B" w:rsidRPr="000A5B76" w:rsidRDefault="00233B5B"/>
        </w:tc>
        <w:tc>
          <w:tcPr>
            <w:tcW w:w="2108" w:type="dxa"/>
          </w:tcPr>
          <w:p w14:paraId="08B282F4" w14:textId="77777777" w:rsidR="00233B5B" w:rsidRPr="000A5B76" w:rsidRDefault="00233B5B"/>
        </w:tc>
        <w:tc>
          <w:tcPr>
            <w:tcW w:w="2108" w:type="dxa"/>
          </w:tcPr>
          <w:p w14:paraId="43568A68" w14:textId="77777777" w:rsidR="00233B5B" w:rsidRPr="000A5B76" w:rsidRDefault="00233B5B"/>
        </w:tc>
        <w:tc>
          <w:tcPr>
            <w:tcW w:w="2108" w:type="dxa"/>
          </w:tcPr>
          <w:p w14:paraId="6A08815C" w14:textId="77777777" w:rsidR="00233B5B" w:rsidRPr="000A5B76" w:rsidRDefault="00233B5B"/>
        </w:tc>
      </w:tr>
      <w:tr w:rsidR="00233B5B" w:rsidRPr="000A5B76" w14:paraId="57CD7C01" w14:textId="77777777">
        <w:trPr>
          <w:jc w:val="center"/>
        </w:trPr>
        <w:tc>
          <w:tcPr>
            <w:tcW w:w="2108" w:type="dxa"/>
          </w:tcPr>
          <w:p w14:paraId="31028371" w14:textId="77777777" w:rsidR="00233B5B" w:rsidRPr="000A5B76" w:rsidRDefault="00233B5B"/>
        </w:tc>
        <w:tc>
          <w:tcPr>
            <w:tcW w:w="2108" w:type="dxa"/>
          </w:tcPr>
          <w:p w14:paraId="48794FB5" w14:textId="77777777" w:rsidR="00233B5B" w:rsidRPr="000A5B76" w:rsidRDefault="00233B5B"/>
        </w:tc>
        <w:tc>
          <w:tcPr>
            <w:tcW w:w="2108" w:type="dxa"/>
          </w:tcPr>
          <w:p w14:paraId="70F39B6F" w14:textId="77777777" w:rsidR="00233B5B" w:rsidRPr="000A5B76" w:rsidRDefault="00233B5B"/>
        </w:tc>
        <w:tc>
          <w:tcPr>
            <w:tcW w:w="2108" w:type="dxa"/>
          </w:tcPr>
          <w:p w14:paraId="4C9ED281" w14:textId="77777777" w:rsidR="00233B5B" w:rsidRPr="000A5B76" w:rsidRDefault="00233B5B"/>
        </w:tc>
        <w:tc>
          <w:tcPr>
            <w:tcW w:w="2108" w:type="dxa"/>
          </w:tcPr>
          <w:p w14:paraId="03FE8F56" w14:textId="77777777" w:rsidR="00233B5B" w:rsidRPr="000A5B76" w:rsidRDefault="00233B5B"/>
        </w:tc>
      </w:tr>
    </w:tbl>
    <w:p w14:paraId="011B2130" w14:textId="77777777" w:rsidR="00233B5B" w:rsidRPr="000A5B76" w:rsidRDefault="00000000">
      <w:r w:rsidRPr="000A5B76">
        <w:br/>
        <w:t>Ce que j’ai appris aujourd’hui :</w:t>
      </w:r>
    </w:p>
    <w:p w14:paraId="08D4D45B" w14:textId="77777777" w:rsidR="00233B5B" w:rsidRPr="000A5B76" w:rsidRDefault="00000000">
      <w:r w:rsidRPr="000A5B76">
        <w:t>________________________________________________________________________</w:t>
      </w:r>
    </w:p>
    <w:p w14:paraId="67E35716" w14:textId="77777777" w:rsidR="00233B5B" w:rsidRPr="000A5B76" w:rsidRDefault="00000000">
      <w:r w:rsidRPr="000A5B76">
        <w:t>________________________________________________________________________</w:t>
      </w:r>
    </w:p>
    <w:p w14:paraId="1790DCE5" w14:textId="77777777" w:rsidR="00233B5B" w:rsidRPr="000A5B76" w:rsidRDefault="00000000">
      <w:r w:rsidRPr="000A5B76">
        <w:t>________________________________________________________________________</w:t>
      </w:r>
    </w:p>
    <w:p w14:paraId="2B76FC95" w14:textId="77777777" w:rsidR="00233B5B" w:rsidRPr="000A5B76" w:rsidRDefault="00000000">
      <w:r w:rsidRPr="000A5B76">
        <w:t>________________________________________________________________________</w:t>
      </w:r>
    </w:p>
    <w:p w14:paraId="0EC4AD3C" w14:textId="77777777" w:rsidR="00233B5B" w:rsidRPr="000A5B76" w:rsidRDefault="00000000">
      <w:r w:rsidRPr="000A5B76">
        <w:t>Difficultés / questions à poser :</w:t>
      </w:r>
    </w:p>
    <w:p w14:paraId="2A3686C1" w14:textId="77777777" w:rsidR="00233B5B" w:rsidRPr="000A5B76" w:rsidRDefault="00000000">
      <w:r w:rsidRPr="000A5B76">
        <w:t>________________________________________________________________________</w:t>
      </w:r>
    </w:p>
    <w:p w14:paraId="08DC572F" w14:textId="77777777" w:rsidR="00233B5B" w:rsidRPr="000A5B76" w:rsidRDefault="00000000">
      <w:r w:rsidRPr="000A5B76">
        <w:t>________________________________________________________________________</w:t>
      </w:r>
    </w:p>
    <w:p w14:paraId="08095AFA" w14:textId="77777777" w:rsidR="00233B5B" w:rsidRPr="000A5B76" w:rsidRDefault="00000000">
      <w:r w:rsidRPr="000A5B76">
        <w:lastRenderedPageBreak/>
        <w:t>________________________________________________________________________</w:t>
      </w:r>
    </w:p>
    <w:p w14:paraId="69F3E56F" w14:textId="77777777" w:rsidR="00233B5B" w:rsidRPr="000A5B76" w:rsidRDefault="00000000">
      <w:r w:rsidRPr="000A5B76">
        <w:t>Signature / visa de l’encadreur : ______________________________</w:t>
      </w:r>
    </w:p>
    <w:p w14:paraId="4CB5D181" w14:textId="77777777" w:rsidR="00233B5B" w:rsidRPr="000A5B76" w:rsidRDefault="00000000">
      <w:r w:rsidRPr="000A5B76">
        <w:br w:type="page"/>
      </w:r>
    </w:p>
    <w:p w14:paraId="76331734" w14:textId="77777777" w:rsidR="00233B5B" w:rsidRPr="000A5B76" w:rsidRDefault="00000000">
      <w:r w:rsidRPr="000A5B76">
        <w:rPr>
          <w:b/>
          <w:sz w:val="28"/>
        </w:rPr>
        <w:lastRenderedPageBreak/>
        <w:t>2. FICHE JOURNALIÈRE — JOUR 10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233B5B" w:rsidRPr="000A5B76" w14:paraId="463BA24B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210E21D3" w14:textId="77777777" w:rsidR="00233B5B" w:rsidRPr="000A5B76" w:rsidRDefault="00000000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6345FEA" w14:textId="77777777" w:rsidR="00233B5B" w:rsidRPr="000A5B76" w:rsidRDefault="00000000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25059B2" w14:textId="77777777" w:rsidR="00233B5B" w:rsidRPr="000A5B76" w:rsidRDefault="00000000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F8DB24B" w14:textId="77777777" w:rsidR="00233B5B" w:rsidRPr="000A5B76" w:rsidRDefault="00000000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9FDBCAA" w14:textId="77777777" w:rsidR="00233B5B" w:rsidRPr="000A5B76" w:rsidRDefault="00000000">
            <w:r w:rsidRPr="000A5B76">
              <w:rPr>
                <w:b/>
              </w:rPr>
              <w:t>Encadreur</w:t>
            </w:r>
          </w:p>
        </w:tc>
      </w:tr>
      <w:tr w:rsidR="00233B5B" w:rsidRPr="000A5B76" w14:paraId="22064407" w14:textId="77777777">
        <w:trPr>
          <w:jc w:val="center"/>
        </w:trPr>
        <w:tc>
          <w:tcPr>
            <w:tcW w:w="2108" w:type="dxa"/>
          </w:tcPr>
          <w:p w14:paraId="78CDFD98" w14:textId="77777777" w:rsidR="00233B5B" w:rsidRPr="000A5B76" w:rsidRDefault="00233B5B"/>
        </w:tc>
        <w:tc>
          <w:tcPr>
            <w:tcW w:w="2108" w:type="dxa"/>
          </w:tcPr>
          <w:p w14:paraId="1186B512" w14:textId="77777777" w:rsidR="00233B5B" w:rsidRPr="000A5B76" w:rsidRDefault="00233B5B"/>
        </w:tc>
        <w:tc>
          <w:tcPr>
            <w:tcW w:w="2108" w:type="dxa"/>
          </w:tcPr>
          <w:p w14:paraId="77DD28F6" w14:textId="77777777" w:rsidR="00233B5B" w:rsidRPr="000A5B76" w:rsidRDefault="00233B5B"/>
        </w:tc>
        <w:tc>
          <w:tcPr>
            <w:tcW w:w="2108" w:type="dxa"/>
          </w:tcPr>
          <w:p w14:paraId="7A7952C2" w14:textId="77777777" w:rsidR="00233B5B" w:rsidRPr="000A5B76" w:rsidRDefault="00233B5B"/>
        </w:tc>
        <w:tc>
          <w:tcPr>
            <w:tcW w:w="2108" w:type="dxa"/>
          </w:tcPr>
          <w:p w14:paraId="1B68E42D" w14:textId="77777777" w:rsidR="00233B5B" w:rsidRPr="000A5B76" w:rsidRDefault="00233B5B"/>
        </w:tc>
      </w:tr>
    </w:tbl>
    <w:p w14:paraId="656C846D" w14:textId="77777777" w:rsidR="00233B5B" w:rsidRPr="000A5B76" w:rsidRDefault="00000000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233B5B" w:rsidRPr="000A5B76" w14:paraId="3F07CE8F" w14:textId="77777777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0F21392B" w14:textId="77777777" w:rsidR="00233B5B" w:rsidRPr="000A5B76" w:rsidRDefault="00000000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89AEBDC" w14:textId="77777777" w:rsidR="00233B5B" w:rsidRPr="000A5B76" w:rsidRDefault="00000000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A57041B" w14:textId="77777777" w:rsidR="00233B5B" w:rsidRPr="000A5B76" w:rsidRDefault="00000000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7454797" w14:textId="77777777" w:rsidR="00233B5B" w:rsidRPr="000A5B76" w:rsidRDefault="00000000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7D84624" w14:textId="77777777" w:rsidR="00233B5B" w:rsidRPr="000A5B76" w:rsidRDefault="00000000">
            <w:r w:rsidRPr="000A5B76">
              <w:rPr>
                <w:b/>
              </w:rPr>
              <w:t>À revoir</w:t>
            </w:r>
          </w:p>
        </w:tc>
      </w:tr>
      <w:tr w:rsidR="00233B5B" w:rsidRPr="000A5B76" w14:paraId="0B45ACC3" w14:textId="77777777">
        <w:trPr>
          <w:jc w:val="center"/>
        </w:trPr>
        <w:tc>
          <w:tcPr>
            <w:tcW w:w="2108" w:type="dxa"/>
          </w:tcPr>
          <w:p w14:paraId="298C2AFA" w14:textId="77777777" w:rsidR="00233B5B" w:rsidRPr="000A5B76" w:rsidRDefault="00233B5B"/>
        </w:tc>
        <w:tc>
          <w:tcPr>
            <w:tcW w:w="2108" w:type="dxa"/>
          </w:tcPr>
          <w:p w14:paraId="0159894C" w14:textId="77777777" w:rsidR="00233B5B" w:rsidRPr="000A5B76" w:rsidRDefault="00233B5B"/>
        </w:tc>
        <w:tc>
          <w:tcPr>
            <w:tcW w:w="2108" w:type="dxa"/>
          </w:tcPr>
          <w:p w14:paraId="62F4DF3B" w14:textId="77777777" w:rsidR="00233B5B" w:rsidRPr="000A5B76" w:rsidRDefault="00233B5B"/>
        </w:tc>
        <w:tc>
          <w:tcPr>
            <w:tcW w:w="2108" w:type="dxa"/>
          </w:tcPr>
          <w:p w14:paraId="6724C43B" w14:textId="77777777" w:rsidR="00233B5B" w:rsidRPr="000A5B76" w:rsidRDefault="00233B5B"/>
        </w:tc>
        <w:tc>
          <w:tcPr>
            <w:tcW w:w="2108" w:type="dxa"/>
          </w:tcPr>
          <w:p w14:paraId="08890306" w14:textId="77777777" w:rsidR="00233B5B" w:rsidRPr="000A5B76" w:rsidRDefault="00233B5B"/>
        </w:tc>
      </w:tr>
      <w:tr w:rsidR="00233B5B" w:rsidRPr="000A5B76" w14:paraId="0C3AC0A0" w14:textId="77777777">
        <w:trPr>
          <w:jc w:val="center"/>
        </w:trPr>
        <w:tc>
          <w:tcPr>
            <w:tcW w:w="2108" w:type="dxa"/>
          </w:tcPr>
          <w:p w14:paraId="0B01756E" w14:textId="77777777" w:rsidR="00233B5B" w:rsidRPr="000A5B76" w:rsidRDefault="00233B5B"/>
        </w:tc>
        <w:tc>
          <w:tcPr>
            <w:tcW w:w="2108" w:type="dxa"/>
          </w:tcPr>
          <w:p w14:paraId="5202C677" w14:textId="77777777" w:rsidR="00233B5B" w:rsidRPr="000A5B76" w:rsidRDefault="00233B5B"/>
        </w:tc>
        <w:tc>
          <w:tcPr>
            <w:tcW w:w="2108" w:type="dxa"/>
          </w:tcPr>
          <w:p w14:paraId="4F84A456" w14:textId="77777777" w:rsidR="00233B5B" w:rsidRPr="000A5B76" w:rsidRDefault="00233B5B"/>
        </w:tc>
        <w:tc>
          <w:tcPr>
            <w:tcW w:w="2108" w:type="dxa"/>
          </w:tcPr>
          <w:p w14:paraId="2EA160AB" w14:textId="77777777" w:rsidR="00233B5B" w:rsidRPr="000A5B76" w:rsidRDefault="00233B5B"/>
        </w:tc>
        <w:tc>
          <w:tcPr>
            <w:tcW w:w="2108" w:type="dxa"/>
          </w:tcPr>
          <w:p w14:paraId="00064968" w14:textId="77777777" w:rsidR="00233B5B" w:rsidRPr="000A5B76" w:rsidRDefault="00233B5B"/>
        </w:tc>
      </w:tr>
      <w:tr w:rsidR="00233B5B" w:rsidRPr="000A5B76" w14:paraId="3BDE6F87" w14:textId="77777777">
        <w:trPr>
          <w:jc w:val="center"/>
        </w:trPr>
        <w:tc>
          <w:tcPr>
            <w:tcW w:w="2108" w:type="dxa"/>
          </w:tcPr>
          <w:p w14:paraId="44FC6330" w14:textId="77777777" w:rsidR="00233B5B" w:rsidRPr="000A5B76" w:rsidRDefault="00233B5B"/>
        </w:tc>
        <w:tc>
          <w:tcPr>
            <w:tcW w:w="2108" w:type="dxa"/>
          </w:tcPr>
          <w:p w14:paraId="2175FE40" w14:textId="77777777" w:rsidR="00233B5B" w:rsidRPr="000A5B76" w:rsidRDefault="00233B5B"/>
        </w:tc>
        <w:tc>
          <w:tcPr>
            <w:tcW w:w="2108" w:type="dxa"/>
          </w:tcPr>
          <w:p w14:paraId="46A7AE66" w14:textId="77777777" w:rsidR="00233B5B" w:rsidRPr="000A5B76" w:rsidRDefault="00233B5B"/>
        </w:tc>
        <w:tc>
          <w:tcPr>
            <w:tcW w:w="2108" w:type="dxa"/>
          </w:tcPr>
          <w:p w14:paraId="29DA4E08" w14:textId="77777777" w:rsidR="00233B5B" w:rsidRPr="000A5B76" w:rsidRDefault="00233B5B"/>
        </w:tc>
        <w:tc>
          <w:tcPr>
            <w:tcW w:w="2108" w:type="dxa"/>
          </w:tcPr>
          <w:p w14:paraId="36F04D9E" w14:textId="77777777" w:rsidR="00233B5B" w:rsidRPr="000A5B76" w:rsidRDefault="00233B5B"/>
        </w:tc>
      </w:tr>
      <w:tr w:rsidR="00233B5B" w:rsidRPr="000A5B76" w14:paraId="3FA325A6" w14:textId="77777777">
        <w:trPr>
          <w:jc w:val="center"/>
        </w:trPr>
        <w:tc>
          <w:tcPr>
            <w:tcW w:w="2108" w:type="dxa"/>
          </w:tcPr>
          <w:p w14:paraId="5F6972AC" w14:textId="77777777" w:rsidR="00233B5B" w:rsidRPr="000A5B76" w:rsidRDefault="00233B5B"/>
        </w:tc>
        <w:tc>
          <w:tcPr>
            <w:tcW w:w="2108" w:type="dxa"/>
          </w:tcPr>
          <w:p w14:paraId="6B610826" w14:textId="77777777" w:rsidR="00233B5B" w:rsidRPr="000A5B76" w:rsidRDefault="00233B5B"/>
        </w:tc>
        <w:tc>
          <w:tcPr>
            <w:tcW w:w="2108" w:type="dxa"/>
          </w:tcPr>
          <w:p w14:paraId="04828794" w14:textId="77777777" w:rsidR="00233B5B" w:rsidRPr="000A5B76" w:rsidRDefault="00233B5B"/>
        </w:tc>
        <w:tc>
          <w:tcPr>
            <w:tcW w:w="2108" w:type="dxa"/>
          </w:tcPr>
          <w:p w14:paraId="1E97F04A" w14:textId="77777777" w:rsidR="00233B5B" w:rsidRPr="000A5B76" w:rsidRDefault="00233B5B"/>
        </w:tc>
        <w:tc>
          <w:tcPr>
            <w:tcW w:w="2108" w:type="dxa"/>
          </w:tcPr>
          <w:p w14:paraId="45EA1136" w14:textId="77777777" w:rsidR="00233B5B" w:rsidRPr="000A5B76" w:rsidRDefault="00233B5B"/>
        </w:tc>
      </w:tr>
      <w:tr w:rsidR="00233B5B" w:rsidRPr="000A5B76" w14:paraId="255D70B4" w14:textId="77777777">
        <w:trPr>
          <w:jc w:val="center"/>
        </w:trPr>
        <w:tc>
          <w:tcPr>
            <w:tcW w:w="2108" w:type="dxa"/>
          </w:tcPr>
          <w:p w14:paraId="70E833C2" w14:textId="77777777" w:rsidR="00233B5B" w:rsidRPr="000A5B76" w:rsidRDefault="00233B5B"/>
        </w:tc>
        <w:tc>
          <w:tcPr>
            <w:tcW w:w="2108" w:type="dxa"/>
          </w:tcPr>
          <w:p w14:paraId="17168D3E" w14:textId="77777777" w:rsidR="00233B5B" w:rsidRPr="000A5B76" w:rsidRDefault="00233B5B"/>
        </w:tc>
        <w:tc>
          <w:tcPr>
            <w:tcW w:w="2108" w:type="dxa"/>
          </w:tcPr>
          <w:p w14:paraId="57354F6D" w14:textId="77777777" w:rsidR="00233B5B" w:rsidRPr="000A5B76" w:rsidRDefault="00233B5B"/>
        </w:tc>
        <w:tc>
          <w:tcPr>
            <w:tcW w:w="2108" w:type="dxa"/>
          </w:tcPr>
          <w:p w14:paraId="3334E283" w14:textId="77777777" w:rsidR="00233B5B" w:rsidRPr="000A5B76" w:rsidRDefault="00233B5B"/>
        </w:tc>
        <w:tc>
          <w:tcPr>
            <w:tcW w:w="2108" w:type="dxa"/>
          </w:tcPr>
          <w:p w14:paraId="0EE2943C" w14:textId="77777777" w:rsidR="00233B5B" w:rsidRPr="000A5B76" w:rsidRDefault="00233B5B"/>
        </w:tc>
      </w:tr>
      <w:tr w:rsidR="00233B5B" w:rsidRPr="000A5B76" w14:paraId="22A892AA" w14:textId="77777777">
        <w:trPr>
          <w:jc w:val="center"/>
        </w:trPr>
        <w:tc>
          <w:tcPr>
            <w:tcW w:w="2108" w:type="dxa"/>
          </w:tcPr>
          <w:p w14:paraId="0CB977FE" w14:textId="77777777" w:rsidR="00233B5B" w:rsidRPr="000A5B76" w:rsidRDefault="00233B5B"/>
        </w:tc>
        <w:tc>
          <w:tcPr>
            <w:tcW w:w="2108" w:type="dxa"/>
          </w:tcPr>
          <w:p w14:paraId="423D1381" w14:textId="77777777" w:rsidR="00233B5B" w:rsidRPr="000A5B76" w:rsidRDefault="00233B5B"/>
        </w:tc>
        <w:tc>
          <w:tcPr>
            <w:tcW w:w="2108" w:type="dxa"/>
          </w:tcPr>
          <w:p w14:paraId="3C221999" w14:textId="77777777" w:rsidR="00233B5B" w:rsidRPr="000A5B76" w:rsidRDefault="00233B5B"/>
        </w:tc>
        <w:tc>
          <w:tcPr>
            <w:tcW w:w="2108" w:type="dxa"/>
          </w:tcPr>
          <w:p w14:paraId="033CE557" w14:textId="77777777" w:rsidR="00233B5B" w:rsidRPr="000A5B76" w:rsidRDefault="00233B5B"/>
        </w:tc>
        <w:tc>
          <w:tcPr>
            <w:tcW w:w="2108" w:type="dxa"/>
          </w:tcPr>
          <w:p w14:paraId="5236FD84" w14:textId="77777777" w:rsidR="00233B5B" w:rsidRPr="000A5B76" w:rsidRDefault="00233B5B"/>
        </w:tc>
      </w:tr>
      <w:tr w:rsidR="00233B5B" w:rsidRPr="000A5B76" w14:paraId="2CA99291" w14:textId="77777777">
        <w:trPr>
          <w:jc w:val="center"/>
        </w:trPr>
        <w:tc>
          <w:tcPr>
            <w:tcW w:w="2108" w:type="dxa"/>
          </w:tcPr>
          <w:p w14:paraId="380F48D8" w14:textId="77777777" w:rsidR="00233B5B" w:rsidRPr="000A5B76" w:rsidRDefault="00233B5B"/>
        </w:tc>
        <w:tc>
          <w:tcPr>
            <w:tcW w:w="2108" w:type="dxa"/>
          </w:tcPr>
          <w:p w14:paraId="3D6A4C14" w14:textId="77777777" w:rsidR="00233B5B" w:rsidRPr="000A5B76" w:rsidRDefault="00233B5B"/>
        </w:tc>
        <w:tc>
          <w:tcPr>
            <w:tcW w:w="2108" w:type="dxa"/>
          </w:tcPr>
          <w:p w14:paraId="31F56B4A" w14:textId="77777777" w:rsidR="00233B5B" w:rsidRPr="000A5B76" w:rsidRDefault="00233B5B"/>
        </w:tc>
        <w:tc>
          <w:tcPr>
            <w:tcW w:w="2108" w:type="dxa"/>
          </w:tcPr>
          <w:p w14:paraId="2F21CF6C" w14:textId="77777777" w:rsidR="00233B5B" w:rsidRPr="000A5B76" w:rsidRDefault="00233B5B"/>
        </w:tc>
        <w:tc>
          <w:tcPr>
            <w:tcW w:w="2108" w:type="dxa"/>
          </w:tcPr>
          <w:p w14:paraId="3F1F3E66" w14:textId="77777777" w:rsidR="00233B5B" w:rsidRPr="000A5B76" w:rsidRDefault="00233B5B"/>
        </w:tc>
      </w:tr>
      <w:tr w:rsidR="00233B5B" w:rsidRPr="000A5B76" w14:paraId="0B3F5397" w14:textId="77777777">
        <w:trPr>
          <w:jc w:val="center"/>
        </w:trPr>
        <w:tc>
          <w:tcPr>
            <w:tcW w:w="2108" w:type="dxa"/>
          </w:tcPr>
          <w:p w14:paraId="00689168" w14:textId="77777777" w:rsidR="00233B5B" w:rsidRPr="000A5B76" w:rsidRDefault="00233B5B"/>
        </w:tc>
        <w:tc>
          <w:tcPr>
            <w:tcW w:w="2108" w:type="dxa"/>
          </w:tcPr>
          <w:p w14:paraId="469EF642" w14:textId="77777777" w:rsidR="00233B5B" w:rsidRPr="000A5B76" w:rsidRDefault="00233B5B"/>
        </w:tc>
        <w:tc>
          <w:tcPr>
            <w:tcW w:w="2108" w:type="dxa"/>
          </w:tcPr>
          <w:p w14:paraId="5B5A13A6" w14:textId="77777777" w:rsidR="00233B5B" w:rsidRPr="000A5B76" w:rsidRDefault="00233B5B"/>
        </w:tc>
        <w:tc>
          <w:tcPr>
            <w:tcW w:w="2108" w:type="dxa"/>
          </w:tcPr>
          <w:p w14:paraId="29B0AF15" w14:textId="77777777" w:rsidR="00233B5B" w:rsidRPr="000A5B76" w:rsidRDefault="00233B5B"/>
        </w:tc>
        <w:tc>
          <w:tcPr>
            <w:tcW w:w="2108" w:type="dxa"/>
          </w:tcPr>
          <w:p w14:paraId="7A39820E" w14:textId="77777777" w:rsidR="00233B5B" w:rsidRPr="000A5B76" w:rsidRDefault="00233B5B"/>
        </w:tc>
      </w:tr>
    </w:tbl>
    <w:p w14:paraId="17768F1D" w14:textId="77777777" w:rsidR="00233B5B" w:rsidRPr="000A5B76" w:rsidRDefault="00000000">
      <w:r w:rsidRPr="000A5B76">
        <w:br/>
        <w:t>Ce que j’ai appris aujourd’hui :</w:t>
      </w:r>
    </w:p>
    <w:p w14:paraId="3A5D1B69" w14:textId="77777777" w:rsidR="00233B5B" w:rsidRPr="000A5B76" w:rsidRDefault="00000000">
      <w:r w:rsidRPr="000A5B76">
        <w:t>________________________________________________________________________</w:t>
      </w:r>
    </w:p>
    <w:p w14:paraId="20F156C0" w14:textId="77777777" w:rsidR="00233B5B" w:rsidRPr="000A5B76" w:rsidRDefault="00000000">
      <w:r w:rsidRPr="000A5B76">
        <w:t>________________________________________________________________________</w:t>
      </w:r>
    </w:p>
    <w:p w14:paraId="6599C1CA" w14:textId="77777777" w:rsidR="00233B5B" w:rsidRPr="000A5B76" w:rsidRDefault="00000000">
      <w:r w:rsidRPr="000A5B76">
        <w:t>________________________________________________________________________</w:t>
      </w:r>
    </w:p>
    <w:p w14:paraId="56AC4B82" w14:textId="77777777" w:rsidR="00233B5B" w:rsidRPr="000A5B76" w:rsidRDefault="00000000">
      <w:r w:rsidRPr="000A5B76">
        <w:t>________________________________________________________________________</w:t>
      </w:r>
    </w:p>
    <w:p w14:paraId="2AD98DFF" w14:textId="77777777" w:rsidR="00233B5B" w:rsidRPr="000A5B76" w:rsidRDefault="00000000">
      <w:r w:rsidRPr="000A5B76">
        <w:t>Difficultés / questions à poser :</w:t>
      </w:r>
    </w:p>
    <w:p w14:paraId="77294C52" w14:textId="77777777" w:rsidR="00233B5B" w:rsidRPr="000A5B76" w:rsidRDefault="00000000">
      <w:r w:rsidRPr="000A5B76">
        <w:t>________________________________________________________________________</w:t>
      </w:r>
    </w:p>
    <w:p w14:paraId="0661DA15" w14:textId="77777777" w:rsidR="00233B5B" w:rsidRPr="000A5B76" w:rsidRDefault="00000000">
      <w:r w:rsidRPr="000A5B76">
        <w:t>________________________________________________________________________</w:t>
      </w:r>
    </w:p>
    <w:p w14:paraId="72F80781" w14:textId="77777777" w:rsidR="00233B5B" w:rsidRPr="000A5B76" w:rsidRDefault="00000000">
      <w:r w:rsidRPr="000A5B76">
        <w:lastRenderedPageBreak/>
        <w:t>________________________________________________________________________</w:t>
      </w:r>
    </w:p>
    <w:p w14:paraId="3044E2B0" w14:textId="77777777" w:rsidR="00233B5B" w:rsidRPr="000A5B76" w:rsidRDefault="00000000">
      <w:r w:rsidRPr="000A5B76">
        <w:t>Signature / visa de l’encadreur : ______________________________</w:t>
      </w:r>
    </w:p>
    <w:p w14:paraId="5DB95978" w14:textId="163A4C87" w:rsidR="003E75E4" w:rsidRPr="000A5B76" w:rsidRDefault="00000000">
      <w:r w:rsidRPr="000A5B76">
        <w:br w:type="page"/>
      </w:r>
    </w:p>
    <w:p w14:paraId="531C7A64" w14:textId="6DE048FF" w:rsidR="003E75E4" w:rsidRPr="000A5B76" w:rsidRDefault="003E75E4" w:rsidP="003E75E4">
      <w:r w:rsidRPr="000A5B76">
        <w:rPr>
          <w:b/>
          <w:sz w:val="28"/>
        </w:rPr>
        <w:lastRenderedPageBreak/>
        <w:t>2. FICHE JOURNALIÈRE — JOUR 11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3E75E4" w:rsidRPr="000A5B76" w14:paraId="2103BEF7" w14:textId="77777777" w:rsidTr="00460C82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06901E21" w14:textId="77777777" w:rsidR="003E75E4" w:rsidRPr="000A5B76" w:rsidRDefault="003E75E4" w:rsidP="00460C82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1E09C9F" w14:textId="77777777" w:rsidR="003E75E4" w:rsidRPr="000A5B76" w:rsidRDefault="003E75E4" w:rsidP="00460C82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0E5684A" w14:textId="77777777" w:rsidR="003E75E4" w:rsidRPr="000A5B76" w:rsidRDefault="003E75E4" w:rsidP="00460C82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BDEA144" w14:textId="77777777" w:rsidR="003E75E4" w:rsidRPr="000A5B76" w:rsidRDefault="003E75E4" w:rsidP="00460C82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6DDAB5C" w14:textId="77777777" w:rsidR="003E75E4" w:rsidRPr="000A5B76" w:rsidRDefault="003E75E4" w:rsidP="00460C82">
            <w:r w:rsidRPr="000A5B76">
              <w:rPr>
                <w:b/>
              </w:rPr>
              <w:t>Encadreur</w:t>
            </w:r>
          </w:p>
        </w:tc>
      </w:tr>
      <w:tr w:rsidR="003E75E4" w:rsidRPr="000A5B76" w14:paraId="1C4569FF" w14:textId="77777777" w:rsidTr="00460C82">
        <w:trPr>
          <w:jc w:val="center"/>
        </w:trPr>
        <w:tc>
          <w:tcPr>
            <w:tcW w:w="2108" w:type="dxa"/>
          </w:tcPr>
          <w:p w14:paraId="27C1DBB4" w14:textId="77777777" w:rsidR="003E75E4" w:rsidRPr="000A5B76" w:rsidRDefault="003E75E4" w:rsidP="00460C82"/>
        </w:tc>
        <w:tc>
          <w:tcPr>
            <w:tcW w:w="2108" w:type="dxa"/>
          </w:tcPr>
          <w:p w14:paraId="5316574A" w14:textId="77777777" w:rsidR="003E75E4" w:rsidRPr="000A5B76" w:rsidRDefault="003E75E4" w:rsidP="00460C82"/>
        </w:tc>
        <w:tc>
          <w:tcPr>
            <w:tcW w:w="2108" w:type="dxa"/>
          </w:tcPr>
          <w:p w14:paraId="1B1F95FD" w14:textId="77777777" w:rsidR="003E75E4" w:rsidRPr="000A5B76" w:rsidRDefault="003E75E4" w:rsidP="00460C82"/>
        </w:tc>
        <w:tc>
          <w:tcPr>
            <w:tcW w:w="2108" w:type="dxa"/>
          </w:tcPr>
          <w:p w14:paraId="25C9D82A" w14:textId="77777777" w:rsidR="003E75E4" w:rsidRPr="000A5B76" w:rsidRDefault="003E75E4" w:rsidP="00460C82"/>
        </w:tc>
        <w:tc>
          <w:tcPr>
            <w:tcW w:w="2108" w:type="dxa"/>
          </w:tcPr>
          <w:p w14:paraId="4B768126" w14:textId="77777777" w:rsidR="003E75E4" w:rsidRPr="000A5B76" w:rsidRDefault="003E75E4" w:rsidP="00460C82"/>
        </w:tc>
      </w:tr>
    </w:tbl>
    <w:p w14:paraId="2E001149" w14:textId="77777777" w:rsidR="003E75E4" w:rsidRPr="000A5B76" w:rsidRDefault="003E75E4" w:rsidP="003E75E4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3E75E4" w:rsidRPr="000A5B76" w14:paraId="1D86D68F" w14:textId="77777777" w:rsidTr="00460C82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53A3F975" w14:textId="77777777" w:rsidR="003E75E4" w:rsidRPr="000A5B76" w:rsidRDefault="003E75E4" w:rsidP="00460C82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4A5D279" w14:textId="77777777" w:rsidR="003E75E4" w:rsidRPr="000A5B76" w:rsidRDefault="003E75E4" w:rsidP="00460C82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888450B" w14:textId="77777777" w:rsidR="003E75E4" w:rsidRPr="000A5B76" w:rsidRDefault="003E75E4" w:rsidP="00460C82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ECDB614" w14:textId="77777777" w:rsidR="003E75E4" w:rsidRPr="000A5B76" w:rsidRDefault="003E75E4" w:rsidP="00460C82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4CED323" w14:textId="77777777" w:rsidR="003E75E4" w:rsidRPr="000A5B76" w:rsidRDefault="003E75E4" w:rsidP="00460C82">
            <w:r w:rsidRPr="000A5B76">
              <w:rPr>
                <w:b/>
              </w:rPr>
              <w:t>À revoir</w:t>
            </w:r>
          </w:p>
        </w:tc>
      </w:tr>
      <w:tr w:rsidR="003E75E4" w:rsidRPr="000A5B76" w14:paraId="3E8DF692" w14:textId="77777777" w:rsidTr="00460C82">
        <w:trPr>
          <w:jc w:val="center"/>
        </w:trPr>
        <w:tc>
          <w:tcPr>
            <w:tcW w:w="2108" w:type="dxa"/>
          </w:tcPr>
          <w:p w14:paraId="58E1F48E" w14:textId="77777777" w:rsidR="003E75E4" w:rsidRPr="000A5B76" w:rsidRDefault="003E75E4" w:rsidP="00460C82"/>
        </w:tc>
        <w:tc>
          <w:tcPr>
            <w:tcW w:w="2108" w:type="dxa"/>
          </w:tcPr>
          <w:p w14:paraId="6F6FC5CC" w14:textId="77777777" w:rsidR="003E75E4" w:rsidRPr="000A5B76" w:rsidRDefault="003E75E4" w:rsidP="00460C82"/>
        </w:tc>
        <w:tc>
          <w:tcPr>
            <w:tcW w:w="2108" w:type="dxa"/>
          </w:tcPr>
          <w:p w14:paraId="2E0417A0" w14:textId="77777777" w:rsidR="003E75E4" w:rsidRPr="000A5B76" w:rsidRDefault="003E75E4" w:rsidP="00460C82"/>
        </w:tc>
        <w:tc>
          <w:tcPr>
            <w:tcW w:w="2108" w:type="dxa"/>
          </w:tcPr>
          <w:p w14:paraId="6E0B19FB" w14:textId="77777777" w:rsidR="003E75E4" w:rsidRPr="000A5B76" w:rsidRDefault="003E75E4" w:rsidP="00460C82"/>
        </w:tc>
        <w:tc>
          <w:tcPr>
            <w:tcW w:w="2108" w:type="dxa"/>
          </w:tcPr>
          <w:p w14:paraId="3AF0AF9D" w14:textId="77777777" w:rsidR="003E75E4" w:rsidRPr="000A5B76" w:rsidRDefault="003E75E4" w:rsidP="00460C82"/>
        </w:tc>
      </w:tr>
      <w:tr w:rsidR="003E75E4" w:rsidRPr="000A5B76" w14:paraId="2023BE8E" w14:textId="77777777" w:rsidTr="00460C82">
        <w:trPr>
          <w:jc w:val="center"/>
        </w:trPr>
        <w:tc>
          <w:tcPr>
            <w:tcW w:w="2108" w:type="dxa"/>
          </w:tcPr>
          <w:p w14:paraId="67392564" w14:textId="77777777" w:rsidR="003E75E4" w:rsidRPr="000A5B76" w:rsidRDefault="003E75E4" w:rsidP="00460C82"/>
        </w:tc>
        <w:tc>
          <w:tcPr>
            <w:tcW w:w="2108" w:type="dxa"/>
          </w:tcPr>
          <w:p w14:paraId="165C4BD1" w14:textId="77777777" w:rsidR="003E75E4" w:rsidRPr="000A5B76" w:rsidRDefault="003E75E4" w:rsidP="00460C82"/>
        </w:tc>
        <w:tc>
          <w:tcPr>
            <w:tcW w:w="2108" w:type="dxa"/>
          </w:tcPr>
          <w:p w14:paraId="6DD54646" w14:textId="77777777" w:rsidR="003E75E4" w:rsidRPr="000A5B76" w:rsidRDefault="003E75E4" w:rsidP="00460C82"/>
        </w:tc>
        <w:tc>
          <w:tcPr>
            <w:tcW w:w="2108" w:type="dxa"/>
          </w:tcPr>
          <w:p w14:paraId="29F5D1DC" w14:textId="77777777" w:rsidR="003E75E4" w:rsidRPr="000A5B76" w:rsidRDefault="003E75E4" w:rsidP="00460C82"/>
        </w:tc>
        <w:tc>
          <w:tcPr>
            <w:tcW w:w="2108" w:type="dxa"/>
          </w:tcPr>
          <w:p w14:paraId="5680A416" w14:textId="77777777" w:rsidR="003E75E4" w:rsidRPr="000A5B76" w:rsidRDefault="003E75E4" w:rsidP="00460C82"/>
        </w:tc>
      </w:tr>
      <w:tr w:rsidR="003E75E4" w:rsidRPr="000A5B76" w14:paraId="681187DA" w14:textId="77777777" w:rsidTr="00460C82">
        <w:trPr>
          <w:jc w:val="center"/>
        </w:trPr>
        <w:tc>
          <w:tcPr>
            <w:tcW w:w="2108" w:type="dxa"/>
          </w:tcPr>
          <w:p w14:paraId="165209E8" w14:textId="77777777" w:rsidR="003E75E4" w:rsidRPr="000A5B76" w:rsidRDefault="003E75E4" w:rsidP="00460C82"/>
        </w:tc>
        <w:tc>
          <w:tcPr>
            <w:tcW w:w="2108" w:type="dxa"/>
          </w:tcPr>
          <w:p w14:paraId="6452C539" w14:textId="77777777" w:rsidR="003E75E4" w:rsidRPr="000A5B76" w:rsidRDefault="003E75E4" w:rsidP="00460C82"/>
        </w:tc>
        <w:tc>
          <w:tcPr>
            <w:tcW w:w="2108" w:type="dxa"/>
          </w:tcPr>
          <w:p w14:paraId="56650189" w14:textId="77777777" w:rsidR="003E75E4" w:rsidRPr="000A5B76" w:rsidRDefault="003E75E4" w:rsidP="00460C82"/>
        </w:tc>
        <w:tc>
          <w:tcPr>
            <w:tcW w:w="2108" w:type="dxa"/>
          </w:tcPr>
          <w:p w14:paraId="7BF8B8D6" w14:textId="77777777" w:rsidR="003E75E4" w:rsidRPr="000A5B76" w:rsidRDefault="003E75E4" w:rsidP="00460C82"/>
        </w:tc>
        <w:tc>
          <w:tcPr>
            <w:tcW w:w="2108" w:type="dxa"/>
          </w:tcPr>
          <w:p w14:paraId="0FD7E24E" w14:textId="77777777" w:rsidR="003E75E4" w:rsidRPr="000A5B76" w:rsidRDefault="003E75E4" w:rsidP="00460C82"/>
        </w:tc>
      </w:tr>
      <w:tr w:rsidR="003E75E4" w:rsidRPr="000A5B76" w14:paraId="15ADE642" w14:textId="77777777" w:rsidTr="00460C82">
        <w:trPr>
          <w:jc w:val="center"/>
        </w:trPr>
        <w:tc>
          <w:tcPr>
            <w:tcW w:w="2108" w:type="dxa"/>
          </w:tcPr>
          <w:p w14:paraId="039594E9" w14:textId="77777777" w:rsidR="003E75E4" w:rsidRPr="000A5B76" w:rsidRDefault="003E75E4" w:rsidP="00460C82"/>
        </w:tc>
        <w:tc>
          <w:tcPr>
            <w:tcW w:w="2108" w:type="dxa"/>
          </w:tcPr>
          <w:p w14:paraId="1C7E528A" w14:textId="77777777" w:rsidR="003E75E4" w:rsidRPr="000A5B76" w:rsidRDefault="003E75E4" w:rsidP="00460C82"/>
        </w:tc>
        <w:tc>
          <w:tcPr>
            <w:tcW w:w="2108" w:type="dxa"/>
          </w:tcPr>
          <w:p w14:paraId="35312BD6" w14:textId="77777777" w:rsidR="003E75E4" w:rsidRPr="000A5B76" w:rsidRDefault="003E75E4" w:rsidP="00460C82"/>
        </w:tc>
        <w:tc>
          <w:tcPr>
            <w:tcW w:w="2108" w:type="dxa"/>
          </w:tcPr>
          <w:p w14:paraId="3A6B70F5" w14:textId="77777777" w:rsidR="003E75E4" w:rsidRPr="000A5B76" w:rsidRDefault="003E75E4" w:rsidP="00460C82"/>
        </w:tc>
        <w:tc>
          <w:tcPr>
            <w:tcW w:w="2108" w:type="dxa"/>
          </w:tcPr>
          <w:p w14:paraId="46D93408" w14:textId="77777777" w:rsidR="003E75E4" w:rsidRPr="000A5B76" w:rsidRDefault="003E75E4" w:rsidP="00460C82"/>
        </w:tc>
      </w:tr>
      <w:tr w:rsidR="003E75E4" w:rsidRPr="000A5B76" w14:paraId="154CA547" w14:textId="77777777" w:rsidTr="00460C82">
        <w:trPr>
          <w:jc w:val="center"/>
        </w:trPr>
        <w:tc>
          <w:tcPr>
            <w:tcW w:w="2108" w:type="dxa"/>
          </w:tcPr>
          <w:p w14:paraId="4B67332A" w14:textId="77777777" w:rsidR="003E75E4" w:rsidRPr="000A5B76" w:rsidRDefault="003E75E4" w:rsidP="00460C82"/>
        </w:tc>
        <w:tc>
          <w:tcPr>
            <w:tcW w:w="2108" w:type="dxa"/>
          </w:tcPr>
          <w:p w14:paraId="5122AD25" w14:textId="77777777" w:rsidR="003E75E4" w:rsidRPr="000A5B76" w:rsidRDefault="003E75E4" w:rsidP="00460C82"/>
        </w:tc>
        <w:tc>
          <w:tcPr>
            <w:tcW w:w="2108" w:type="dxa"/>
          </w:tcPr>
          <w:p w14:paraId="3A594AF2" w14:textId="77777777" w:rsidR="003E75E4" w:rsidRPr="000A5B76" w:rsidRDefault="003E75E4" w:rsidP="00460C82"/>
        </w:tc>
        <w:tc>
          <w:tcPr>
            <w:tcW w:w="2108" w:type="dxa"/>
          </w:tcPr>
          <w:p w14:paraId="0E9CEBFA" w14:textId="77777777" w:rsidR="003E75E4" w:rsidRPr="000A5B76" w:rsidRDefault="003E75E4" w:rsidP="00460C82"/>
        </w:tc>
        <w:tc>
          <w:tcPr>
            <w:tcW w:w="2108" w:type="dxa"/>
          </w:tcPr>
          <w:p w14:paraId="351582EE" w14:textId="77777777" w:rsidR="003E75E4" w:rsidRPr="000A5B76" w:rsidRDefault="003E75E4" w:rsidP="00460C82"/>
        </w:tc>
      </w:tr>
      <w:tr w:rsidR="003E75E4" w:rsidRPr="000A5B76" w14:paraId="3FDE7A2D" w14:textId="77777777" w:rsidTr="00460C82">
        <w:trPr>
          <w:jc w:val="center"/>
        </w:trPr>
        <w:tc>
          <w:tcPr>
            <w:tcW w:w="2108" w:type="dxa"/>
          </w:tcPr>
          <w:p w14:paraId="386D4CD7" w14:textId="77777777" w:rsidR="003E75E4" w:rsidRPr="000A5B76" w:rsidRDefault="003E75E4" w:rsidP="00460C82"/>
        </w:tc>
        <w:tc>
          <w:tcPr>
            <w:tcW w:w="2108" w:type="dxa"/>
          </w:tcPr>
          <w:p w14:paraId="5429A8D9" w14:textId="77777777" w:rsidR="003E75E4" w:rsidRPr="000A5B76" w:rsidRDefault="003E75E4" w:rsidP="00460C82"/>
        </w:tc>
        <w:tc>
          <w:tcPr>
            <w:tcW w:w="2108" w:type="dxa"/>
          </w:tcPr>
          <w:p w14:paraId="5D3F7761" w14:textId="77777777" w:rsidR="003E75E4" w:rsidRPr="000A5B76" w:rsidRDefault="003E75E4" w:rsidP="00460C82"/>
        </w:tc>
        <w:tc>
          <w:tcPr>
            <w:tcW w:w="2108" w:type="dxa"/>
          </w:tcPr>
          <w:p w14:paraId="66D3A951" w14:textId="77777777" w:rsidR="003E75E4" w:rsidRPr="000A5B76" w:rsidRDefault="003E75E4" w:rsidP="00460C82"/>
        </w:tc>
        <w:tc>
          <w:tcPr>
            <w:tcW w:w="2108" w:type="dxa"/>
          </w:tcPr>
          <w:p w14:paraId="61136389" w14:textId="77777777" w:rsidR="003E75E4" w:rsidRPr="000A5B76" w:rsidRDefault="003E75E4" w:rsidP="00460C82"/>
        </w:tc>
      </w:tr>
      <w:tr w:rsidR="003E75E4" w:rsidRPr="000A5B76" w14:paraId="4DE4B4AD" w14:textId="77777777" w:rsidTr="00460C82">
        <w:trPr>
          <w:jc w:val="center"/>
        </w:trPr>
        <w:tc>
          <w:tcPr>
            <w:tcW w:w="2108" w:type="dxa"/>
          </w:tcPr>
          <w:p w14:paraId="5501F068" w14:textId="77777777" w:rsidR="003E75E4" w:rsidRPr="000A5B76" w:rsidRDefault="003E75E4" w:rsidP="00460C82"/>
        </w:tc>
        <w:tc>
          <w:tcPr>
            <w:tcW w:w="2108" w:type="dxa"/>
          </w:tcPr>
          <w:p w14:paraId="46709A60" w14:textId="77777777" w:rsidR="003E75E4" w:rsidRPr="000A5B76" w:rsidRDefault="003E75E4" w:rsidP="00460C82"/>
        </w:tc>
        <w:tc>
          <w:tcPr>
            <w:tcW w:w="2108" w:type="dxa"/>
          </w:tcPr>
          <w:p w14:paraId="68DF317C" w14:textId="77777777" w:rsidR="003E75E4" w:rsidRPr="000A5B76" w:rsidRDefault="003E75E4" w:rsidP="00460C82"/>
        </w:tc>
        <w:tc>
          <w:tcPr>
            <w:tcW w:w="2108" w:type="dxa"/>
          </w:tcPr>
          <w:p w14:paraId="557A4F5E" w14:textId="77777777" w:rsidR="003E75E4" w:rsidRPr="000A5B76" w:rsidRDefault="003E75E4" w:rsidP="00460C82"/>
        </w:tc>
        <w:tc>
          <w:tcPr>
            <w:tcW w:w="2108" w:type="dxa"/>
          </w:tcPr>
          <w:p w14:paraId="5043A383" w14:textId="77777777" w:rsidR="003E75E4" w:rsidRPr="000A5B76" w:rsidRDefault="003E75E4" w:rsidP="00460C82"/>
        </w:tc>
      </w:tr>
      <w:tr w:rsidR="003E75E4" w:rsidRPr="000A5B76" w14:paraId="5FB6599F" w14:textId="77777777" w:rsidTr="00460C82">
        <w:trPr>
          <w:jc w:val="center"/>
        </w:trPr>
        <w:tc>
          <w:tcPr>
            <w:tcW w:w="2108" w:type="dxa"/>
          </w:tcPr>
          <w:p w14:paraId="59F433C0" w14:textId="77777777" w:rsidR="003E75E4" w:rsidRPr="000A5B76" w:rsidRDefault="003E75E4" w:rsidP="00460C82"/>
        </w:tc>
        <w:tc>
          <w:tcPr>
            <w:tcW w:w="2108" w:type="dxa"/>
          </w:tcPr>
          <w:p w14:paraId="087243F7" w14:textId="77777777" w:rsidR="003E75E4" w:rsidRPr="000A5B76" w:rsidRDefault="003E75E4" w:rsidP="00460C82"/>
        </w:tc>
        <w:tc>
          <w:tcPr>
            <w:tcW w:w="2108" w:type="dxa"/>
          </w:tcPr>
          <w:p w14:paraId="22A60DD5" w14:textId="77777777" w:rsidR="003E75E4" w:rsidRPr="000A5B76" w:rsidRDefault="003E75E4" w:rsidP="00460C82"/>
        </w:tc>
        <w:tc>
          <w:tcPr>
            <w:tcW w:w="2108" w:type="dxa"/>
          </w:tcPr>
          <w:p w14:paraId="576D7992" w14:textId="77777777" w:rsidR="003E75E4" w:rsidRPr="000A5B76" w:rsidRDefault="003E75E4" w:rsidP="00460C82"/>
        </w:tc>
        <w:tc>
          <w:tcPr>
            <w:tcW w:w="2108" w:type="dxa"/>
          </w:tcPr>
          <w:p w14:paraId="1DDDC409" w14:textId="77777777" w:rsidR="003E75E4" w:rsidRPr="000A5B76" w:rsidRDefault="003E75E4" w:rsidP="00460C82"/>
        </w:tc>
      </w:tr>
    </w:tbl>
    <w:p w14:paraId="7199061F" w14:textId="77777777" w:rsidR="003E75E4" w:rsidRPr="000A5B76" w:rsidRDefault="003E75E4" w:rsidP="003E75E4">
      <w:r w:rsidRPr="000A5B76">
        <w:br/>
        <w:t>Ce que j’ai appris aujourd’hui :</w:t>
      </w:r>
    </w:p>
    <w:p w14:paraId="168CB98B" w14:textId="77777777" w:rsidR="003E75E4" w:rsidRPr="000A5B76" w:rsidRDefault="003E75E4" w:rsidP="003E75E4">
      <w:r w:rsidRPr="000A5B76">
        <w:t>________________________________________________________________________</w:t>
      </w:r>
    </w:p>
    <w:p w14:paraId="2FB6BABA" w14:textId="77777777" w:rsidR="003E75E4" w:rsidRPr="000A5B76" w:rsidRDefault="003E75E4" w:rsidP="003E75E4">
      <w:r w:rsidRPr="000A5B76">
        <w:t>________________________________________________________________________</w:t>
      </w:r>
    </w:p>
    <w:p w14:paraId="10263203" w14:textId="77777777" w:rsidR="003E75E4" w:rsidRPr="000A5B76" w:rsidRDefault="003E75E4" w:rsidP="003E75E4">
      <w:r w:rsidRPr="000A5B76">
        <w:t>________________________________________________________________________</w:t>
      </w:r>
    </w:p>
    <w:p w14:paraId="245958A9" w14:textId="77777777" w:rsidR="003E75E4" w:rsidRPr="000A5B76" w:rsidRDefault="003E75E4" w:rsidP="003E75E4">
      <w:r w:rsidRPr="000A5B76">
        <w:t>________________________________________________________________________</w:t>
      </w:r>
    </w:p>
    <w:p w14:paraId="12AB0E62" w14:textId="77777777" w:rsidR="003E75E4" w:rsidRPr="000A5B76" w:rsidRDefault="003E75E4" w:rsidP="003E75E4">
      <w:r w:rsidRPr="000A5B76">
        <w:t>Difficultés / questions à poser :</w:t>
      </w:r>
    </w:p>
    <w:p w14:paraId="475387EA" w14:textId="77777777" w:rsidR="003E75E4" w:rsidRPr="000A5B76" w:rsidRDefault="003E75E4" w:rsidP="003E75E4">
      <w:r w:rsidRPr="000A5B76">
        <w:t>________________________________________________________________________</w:t>
      </w:r>
    </w:p>
    <w:p w14:paraId="6A91EC54" w14:textId="77777777" w:rsidR="003E75E4" w:rsidRPr="000A5B76" w:rsidRDefault="003E75E4" w:rsidP="003E75E4">
      <w:r w:rsidRPr="000A5B76">
        <w:t>________________________________________________________________________</w:t>
      </w:r>
    </w:p>
    <w:p w14:paraId="7B2447ED" w14:textId="77777777" w:rsidR="003E75E4" w:rsidRPr="000A5B76" w:rsidRDefault="003E75E4" w:rsidP="003E75E4">
      <w:r w:rsidRPr="000A5B76">
        <w:lastRenderedPageBreak/>
        <w:t>________________________________________________________________________</w:t>
      </w:r>
    </w:p>
    <w:p w14:paraId="39E84124" w14:textId="77777777" w:rsidR="003E75E4" w:rsidRPr="000A5B76" w:rsidRDefault="003E75E4" w:rsidP="003E75E4">
      <w:r w:rsidRPr="000A5B76">
        <w:t>Signature / visa de l’encadreur : ______________________________</w:t>
      </w:r>
    </w:p>
    <w:p w14:paraId="1E17C73D" w14:textId="77777777" w:rsidR="003E75E4" w:rsidRPr="000A5B76" w:rsidRDefault="003E75E4" w:rsidP="003E75E4">
      <w:r w:rsidRPr="000A5B76">
        <w:br w:type="page"/>
      </w:r>
    </w:p>
    <w:p w14:paraId="381794AF" w14:textId="505D5805" w:rsidR="003E75E4" w:rsidRPr="003714C5" w:rsidRDefault="003E75E4" w:rsidP="003E75E4">
      <w:pPr>
        <w:tabs>
          <w:tab w:val="left" w:pos="1060"/>
        </w:tabs>
        <w:rPr>
          <w:sz w:val="28"/>
          <w:szCs w:val="28"/>
        </w:rPr>
      </w:pPr>
      <w:r w:rsidRPr="003714C5">
        <w:rPr>
          <w:b/>
          <w:sz w:val="28"/>
          <w:szCs w:val="28"/>
        </w:rPr>
        <w:lastRenderedPageBreak/>
        <w:t>2. FICHE JOURNALIÈRE — JOUR 12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3E75E4" w:rsidRPr="000A5B76" w14:paraId="6EDD99D2" w14:textId="77777777" w:rsidTr="00460C82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7BAFBF0F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0419936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F9F82B7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5664EA4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0E3D134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  <w:r w:rsidRPr="000A5B76">
              <w:rPr>
                <w:b/>
              </w:rPr>
              <w:t>Encadreur</w:t>
            </w:r>
          </w:p>
        </w:tc>
      </w:tr>
      <w:tr w:rsidR="003E75E4" w:rsidRPr="000A5B76" w14:paraId="7BCD5E76" w14:textId="77777777" w:rsidTr="00460C82">
        <w:trPr>
          <w:jc w:val="center"/>
        </w:trPr>
        <w:tc>
          <w:tcPr>
            <w:tcW w:w="2108" w:type="dxa"/>
          </w:tcPr>
          <w:p w14:paraId="4662F6B7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5D9F93D5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4DF74BE9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23281B50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54AC9498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</w:tr>
    </w:tbl>
    <w:p w14:paraId="10ADCD81" w14:textId="77777777" w:rsidR="003E75E4" w:rsidRPr="000A5B76" w:rsidRDefault="003E75E4" w:rsidP="003E75E4">
      <w:pPr>
        <w:tabs>
          <w:tab w:val="left" w:pos="1060"/>
        </w:tabs>
      </w:pPr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3E75E4" w:rsidRPr="000A5B76" w14:paraId="1C808D71" w14:textId="77777777" w:rsidTr="00460C82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76B1926B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54B1ACB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D4FA466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362E845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4758BCA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  <w:r w:rsidRPr="000A5B76">
              <w:rPr>
                <w:b/>
              </w:rPr>
              <w:t>À revoir</w:t>
            </w:r>
          </w:p>
        </w:tc>
      </w:tr>
      <w:tr w:rsidR="003E75E4" w:rsidRPr="000A5B76" w14:paraId="6265A936" w14:textId="77777777" w:rsidTr="00460C82">
        <w:trPr>
          <w:jc w:val="center"/>
        </w:trPr>
        <w:tc>
          <w:tcPr>
            <w:tcW w:w="2108" w:type="dxa"/>
          </w:tcPr>
          <w:p w14:paraId="0ABEDF5A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578B351E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1281AD4C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13E1F795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5EE3C0BB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</w:tr>
      <w:tr w:rsidR="003E75E4" w:rsidRPr="000A5B76" w14:paraId="2937D023" w14:textId="77777777" w:rsidTr="00460C82">
        <w:trPr>
          <w:jc w:val="center"/>
        </w:trPr>
        <w:tc>
          <w:tcPr>
            <w:tcW w:w="2108" w:type="dxa"/>
          </w:tcPr>
          <w:p w14:paraId="7119704E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77F64B8E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3EBD8417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078149CA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05F87F49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</w:tr>
      <w:tr w:rsidR="003E75E4" w:rsidRPr="000A5B76" w14:paraId="425339FE" w14:textId="77777777" w:rsidTr="00460C82">
        <w:trPr>
          <w:jc w:val="center"/>
        </w:trPr>
        <w:tc>
          <w:tcPr>
            <w:tcW w:w="2108" w:type="dxa"/>
          </w:tcPr>
          <w:p w14:paraId="5D38A688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615984BF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42468F51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27F500E7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7D3055A9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</w:tr>
      <w:tr w:rsidR="003E75E4" w:rsidRPr="000A5B76" w14:paraId="6668C936" w14:textId="77777777" w:rsidTr="00460C82">
        <w:trPr>
          <w:jc w:val="center"/>
        </w:trPr>
        <w:tc>
          <w:tcPr>
            <w:tcW w:w="2108" w:type="dxa"/>
          </w:tcPr>
          <w:p w14:paraId="0DE49A05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15F57601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04BCC315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5894B161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5B65AB48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</w:tr>
      <w:tr w:rsidR="003E75E4" w:rsidRPr="000A5B76" w14:paraId="34B84FB6" w14:textId="77777777" w:rsidTr="00460C82">
        <w:trPr>
          <w:jc w:val="center"/>
        </w:trPr>
        <w:tc>
          <w:tcPr>
            <w:tcW w:w="2108" w:type="dxa"/>
          </w:tcPr>
          <w:p w14:paraId="5CFC1793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4E213F03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6C7B4368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4FD5ED82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5D057076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</w:tr>
      <w:tr w:rsidR="003E75E4" w:rsidRPr="000A5B76" w14:paraId="4BD4D115" w14:textId="77777777" w:rsidTr="00460C82">
        <w:trPr>
          <w:jc w:val="center"/>
        </w:trPr>
        <w:tc>
          <w:tcPr>
            <w:tcW w:w="2108" w:type="dxa"/>
          </w:tcPr>
          <w:p w14:paraId="1DD6C1BA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52D2B06B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77C6ED62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258DB3C0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48359CFF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</w:tr>
      <w:tr w:rsidR="003E75E4" w:rsidRPr="000A5B76" w14:paraId="4768FAB6" w14:textId="77777777" w:rsidTr="00460C82">
        <w:trPr>
          <w:jc w:val="center"/>
        </w:trPr>
        <w:tc>
          <w:tcPr>
            <w:tcW w:w="2108" w:type="dxa"/>
          </w:tcPr>
          <w:p w14:paraId="3E65E26E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65AC5A98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201C61BF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7BDE9EC5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267DE939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</w:tr>
      <w:tr w:rsidR="003E75E4" w:rsidRPr="000A5B76" w14:paraId="50861856" w14:textId="77777777" w:rsidTr="00460C82">
        <w:trPr>
          <w:jc w:val="center"/>
        </w:trPr>
        <w:tc>
          <w:tcPr>
            <w:tcW w:w="2108" w:type="dxa"/>
          </w:tcPr>
          <w:p w14:paraId="2166EB24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04578173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2C0DC330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2705DAEF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  <w:tc>
          <w:tcPr>
            <w:tcW w:w="2108" w:type="dxa"/>
          </w:tcPr>
          <w:p w14:paraId="26ACDC24" w14:textId="77777777" w:rsidR="003E75E4" w:rsidRPr="000A5B76" w:rsidRDefault="003E75E4" w:rsidP="003E75E4">
            <w:pPr>
              <w:tabs>
                <w:tab w:val="left" w:pos="1060"/>
              </w:tabs>
              <w:spacing w:after="200" w:line="276" w:lineRule="auto"/>
            </w:pPr>
          </w:p>
        </w:tc>
      </w:tr>
    </w:tbl>
    <w:p w14:paraId="43606B1E" w14:textId="77777777" w:rsidR="003E75E4" w:rsidRPr="000A5B76" w:rsidRDefault="003E75E4" w:rsidP="003E75E4">
      <w:pPr>
        <w:tabs>
          <w:tab w:val="left" w:pos="1060"/>
        </w:tabs>
      </w:pPr>
      <w:r w:rsidRPr="000A5B76">
        <w:br/>
        <w:t>Ce que j’ai appris aujourd’hui :</w:t>
      </w:r>
    </w:p>
    <w:p w14:paraId="64FA2980" w14:textId="77777777" w:rsidR="003E75E4" w:rsidRPr="000A5B76" w:rsidRDefault="003E75E4" w:rsidP="003E75E4">
      <w:pPr>
        <w:tabs>
          <w:tab w:val="left" w:pos="1060"/>
        </w:tabs>
      </w:pPr>
      <w:r w:rsidRPr="000A5B76">
        <w:t>________________________________________________________________________</w:t>
      </w:r>
    </w:p>
    <w:p w14:paraId="6C16F7E7" w14:textId="77777777" w:rsidR="003E75E4" w:rsidRPr="000A5B76" w:rsidRDefault="003E75E4" w:rsidP="003E75E4">
      <w:pPr>
        <w:tabs>
          <w:tab w:val="left" w:pos="1060"/>
        </w:tabs>
      </w:pPr>
      <w:r w:rsidRPr="000A5B76">
        <w:t>________________________________________________________________________</w:t>
      </w:r>
    </w:p>
    <w:p w14:paraId="4831420B" w14:textId="77777777" w:rsidR="003E75E4" w:rsidRPr="000A5B76" w:rsidRDefault="003E75E4" w:rsidP="003E75E4">
      <w:pPr>
        <w:tabs>
          <w:tab w:val="left" w:pos="1060"/>
        </w:tabs>
      </w:pPr>
      <w:r w:rsidRPr="000A5B76">
        <w:t>________________________________________________________________________</w:t>
      </w:r>
    </w:p>
    <w:p w14:paraId="24BF73D8" w14:textId="77777777" w:rsidR="003E75E4" w:rsidRPr="000A5B76" w:rsidRDefault="003E75E4" w:rsidP="003E75E4">
      <w:pPr>
        <w:tabs>
          <w:tab w:val="left" w:pos="1060"/>
        </w:tabs>
      </w:pPr>
      <w:r w:rsidRPr="000A5B76">
        <w:lastRenderedPageBreak/>
        <w:t>________________________________________________________________________</w:t>
      </w:r>
    </w:p>
    <w:p w14:paraId="5FCBE2C2" w14:textId="77777777" w:rsidR="003E75E4" w:rsidRPr="000A5B76" w:rsidRDefault="003E75E4" w:rsidP="003E75E4">
      <w:pPr>
        <w:tabs>
          <w:tab w:val="left" w:pos="1060"/>
        </w:tabs>
      </w:pPr>
      <w:r w:rsidRPr="000A5B76">
        <w:t>Difficultés / questions à poser :</w:t>
      </w:r>
    </w:p>
    <w:p w14:paraId="2BC71CA5" w14:textId="77777777" w:rsidR="003E75E4" w:rsidRPr="000A5B76" w:rsidRDefault="003E75E4" w:rsidP="003E75E4">
      <w:pPr>
        <w:tabs>
          <w:tab w:val="left" w:pos="1060"/>
        </w:tabs>
      </w:pPr>
      <w:r w:rsidRPr="000A5B76">
        <w:t>________________________________________________________________________</w:t>
      </w:r>
    </w:p>
    <w:p w14:paraId="10A2BC90" w14:textId="77777777" w:rsidR="003E75E4" w:rsidRPr="000A5B76" w:rsidRDefault="003E75E4" w:rsidP="003E75E4">
      <w:pPr>
        <w:tabs>
          <w:tab w:val="left" w:pos="1060"/>
        </w:tabs>
      </w:pPr>
      <w:r w:rsidRPr="000A5B76">
        <w:t>________________________________________________________________________</w:t>
      </w:r>
    </w:p>
    <w:p w14:paraId="4E2892E3" w14:textId="77777777" w:rsidR="003E75E4" w:rsidRPr="000A5B76" w:rsidRDefault="003E75E4" w:rsidP="003E75E4">
      <w:pPr>
        <w:tabs>
          <w:tab w:val="left" w:pos="1060"/>
        </w:tabs>
      </w:pPr>
      <w:r w:rsidRPr="000A5B76">
        <w:t>________________________________________________________________________</w:t>
      </w:r>
    </w:p>
    <w:p w14:paraId="0597FF9C" w14:textId="77777777" w:rsidR="003E75E4" w:rsidRPr="000A5B76" w:rsidRDefault="003E75E4" w:rsidP="003E75E4">
      <w:pPr>
        <w:tabs>
          <w:tab w:val="left" w:pos="1060"/>
        </w:tabs>
      </w:pPr>
      <w:r w:rsidRPr="000A5B76">
        <w:t>Signature / visa de l’encadreur : ______________________________</w:t>
      </w:r>
    </w:p>
    <w:p w14:paraId="3335C1CA" w14:textId="77777777" w:rsidR="003E75E4" w:rsidRPr="000A5B76" w:rsidRDefault="003E75E4" w:rsidP="003E75E4">
      <w:pPr>
        <w:tabs>
          <w:tab w:val="left" w:pos="1060"/>
        </w:tabs>
      </w:pPr>
      <w:r w:rsidRPr="000A5B76">
        <w:br w:type="page"/>
      </w:r>
    </w:p>
    <w:p w14:paraId="05D0DCC7" w14:textId="31F7AA69" w:rsidR="003E75E4" w:rsidRPr="000A5B76" w:rsidRDefault="003E75E4" w:rsidP="003E75E4">
      <w:r w:rsidRPr="000A5B76">
        <w:rPr>
          <w:b/>
          <w:sz w:val="28"/>
        </w:rPr>
        <w:lastRenderedPageBreak/>
        <w:t>2. FICHE JOURNALIÈRE — JOUR 13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3E75E4" w:rsidRPr="000A5B76" w14:paraId="535E82BD" w14:textId="77777777" w:rsidTr="00460C82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38B27717" w14:textId="77777777" w:rsidR="003E75E4" w:rsidRPr="000A5B76" w:rsidRDefault="003E75E4" w:rsidP="00460C82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18F7B0F" w14:textId="77777777" w:rsidR="003E75E4" w:rsidRPr="000A5B76" w:rsidRDefault="003E75E4" w:rsidP="00460C82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870AFC9" w14:textId="77777777" w:rsidR="003E75E4" w:rsidRPr="000A5B76" w:rsidRDefault="003E75E4" w:rsidP="00460C82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6149AD8" w14:textId="77777777" w:rsidR="003E75E4" w:rsidRPr="000A5B76" w:rsidRDefault="003E75E4" w:rsidP="00460C82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F852EBB" w14:textId="77777777" w:rsidR="003E75E4" w:rsidRPr="000A5B76" w:rsidRDefault="003E75E4" w:rsidP="00460C82">
            <w:r w:rsidRPr="000A5B76">
              <w:rPr>
                <w:b/>
              </w:rPr>
              <w:t>Encadreur</w:t>
            </w:r>
          </w:p>
        </w:tc>
      </w:tr>
      <w:tr w:rsidR="003E75E4" w:rsidRPr="000A5B76" w14:paraId="2654318E" w14:textId="77777777" w:rsidTr="00460C82">
        <w:trPr>
          <w:jc w:val="center"/>
        </w:trPr>
        <w:tc>
          <w:tcPr>
            <w:tcW w:w="2108" w:type="dxa"/>
          </w:tcPr>
          <w:p w14:paraId="6BCA7F73" w14:textId="77777777" w:rsidR="003E75E4" w:rsidRPr="000A5B76" w:rsidRDefault="003E75E4" w:rsidP="00460C82"/>
        </w:tc>
        <w:tc>
          <w:tcPr>
            <w:tcW w:w="2108" w:type="dxa"/>
          </w:tcPr>
          <w:p w14:paraId="5288431B" w14:textId="77777777" w:rsidR="003E75E4" w:rsidRPr="000A5B76" w:rsidRDefault="003E75E4" w:rsidP="00460C82"/>
        </w:tc>
        <w:tc>
          <w:tcPr>
            <w:tcW w:w="2108" w:type="dxa"/>
          </w:tcPr>
          <w:p w14:paraId="5083450A" w14:textId="77777777" w:rsidR="003E75E4" w:rsidRPr="000A5B76" w:rsidRDefault="003E75E4" w:rsidP="00460C82"/>
        </w:tc>
        <w:tc>
          <w:tcPr>
            <w:tcW w:w="2108" w:type="dxa"/>
          </w:tcPr>
          <w:p w14:paraId="56FC6F7E" w14:textId="77777777" w:rsidR="003E75E4" w:rsidRPr="000A5B76" w:rsidRDefault="003E75E4" w:rsidP="00460C82"/>
        </w:tc>
        <w:tc>
          <w:tcPr>
            <w:tcW w:w="2108" w:type="dxa"/>
          </w:tcPr>
          <w:p w14:paraId="2D4E0CF7" w14:textId="77777777" w:rsidR="003E75E4" w:rsidRPr="000A5B76" w:rsidRDefault="003E75E4" w:rsidP="00460C82"/>
        </w:tc>
      </w:tr>
    </w:tbl>
    <w:p w14:paraId="06FDD58D" w14:textId="77777777" w:rsidR="003E75E4" w:rsidRPr="000A5B76" w:rsidRDefault="003E75E4" w:rsidP="003E75E4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3E75E4" w:rsidRPr="000A5B76" w14:paraId="480FAD9C" w14:textId="77777777" w:rsidTr="00460C82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52F64834" w14:textId="77777777" w:rsidR="003E75E4" w:rsidRPr="000A5B76" w:rsidRDefault="003E75E4" w:rsidP="00460C82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D3CE5C1" w14:textId="77777777" w:rsidR="003E75E4" w:rsidRPr="000A5B76" w:rsidRDefault="003E75E4" w:rsidP="00460C82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4470869" w14:textId="77777777" w:rsidR="003E75E4" w:rsidRPr="000A5B76" w:rsidRDefault="003E75E4" w:rsidP="00460C82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41A822E" w14:textId="77777777" w:rsidR="003E75E4" w:rsidRPr="000A5B76" w:rsidRDefault="003E75E4" w:rsidP="00460C82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800F6FA" w14:textId="77777777" w:rsidR="003E75E4" w:rsidRPr="000A5B76" w:rsidRDefault="003E75E4" w:rsidP="00460C82">
            <w:r w:rsidRPr="000A5B76">
              <w:rPr>
                <w:b/>
              </w:rPr>
              <w:t>À revoir</w:t>
            </w:r>
          </w:p>
        </w:tc>
      </w:tr>
      <w:tr w:rsidR="003E75E4" w:rsidRPr="000A5B76" w14:paraId="21EEE497" w14:textId="77777777" w:rsidTr="00460C82">
        <w:trPr>
          <w:jc w:val="center"/>
        </w:trPr>
        <w:tc>
          <w:tcPr>
            <w:tcW w:w="2108" w:type="dxa"/>
          </w:tcPr>
          <w:p w14:paraId="1C841CE1" w14:textId="77777777" w:rsidR="003E75E4" w:rsidRPr="000A5B76" w:rsidRDefault="003E75E4" w:rsidP="00460C82"/>
        </w:tc>
        <w:tc>
          <w:tcPr>
            <w:tcW w:w="2108" w:type="dxa"/>
          </w:tcPr>
          <w:p w14:paraId="1354AA19" w14:textId="77777777" w:rsidR="003E75E4" w:rsidRPr="000A5B76" w:rsidRDefault="003E75E4" w:rsidP="00460C82"/>
        </w:tc>
        <w:tc>
          <w:tcPr>
            <w:tcW w:w="2108" w:type="dxa"/>
          </w:tcPr>
          <w:p w14:paraId="320E4A10" w14:textId="77777777" w:rsidR="003E75E4" w:rsidRPr="000A5B76" w:rsidRDefault="003E75E4" w:rsidP="00460C82"/>
        </w:tc>
        <w:tc>
          <w:tcPr>
            <w:tcW w:w="2108" w:type="dxa"/>
          </w:tcPr>
          <w:p w14:paraId="693C1E81" w14:textId="77777777" w:rsidR="003E75E4" w:rsidRPr="000A5B76" w:rsidRDefault="003E75E4" w:rsidP="00460C82"/>
        </w:tc>
        <w:tc>
          <w:tcPr>
            <w:tcW w:w="2108" w:type="dxa"/>
          </w:tcPr>
          <w:p w14:paraId="426B1AC6" w14:textId="77777777" w:rsidR="003E75E4" w:rsidRPr="000A5B76" w:rsidRDefault="003E75E4" w:rsidP="00460C82"/>
        </w:tc>
      </w:tr>
      <w:tr w:rsidR="003E75E4" w:rsidRPr="000A5B76" w14:paraId="461222F1" w14:textId="77777777" w:rsidTr="00460C82">
        <w:trPr>
          <w:jc w:val="center"/>
        </w:trPr>
        <w:tc>
          <w:tcPr>
            <w:tcW w:w="2108" w:type="dxa"/>
          </w:tcPr>
          <w:p w14:paraId="64C43358" w14:textId="77777777" w:rsidR="003E75E4" w:rsidRPr="000A5B76" w:rsidRDefault="003E75E4" w:rsidP="00460C82"/>
        </w:tc>
        <w:tc>
          <w:tcPr>
            <w:tcW w:w="2108" w:type="dxa"/>
          </w:tcPr>
          <w:p w14:paraId="55F2A38A" w14:textId="77777777" w:rsidR="003E75E4" w:rsidRPr="000A5B76" w:rsidRDefault="003E75E4" w:rsidP="00460C82"/>
        </w:tc>
        <w:tc>
          <w:tcPr>
            <w:tcW w:w="2108" w:type="dxa"/>
          </w:tcPr>
          <w:p w14:paraId="5878C68A" w14:textId="77777777" w:rsidR="003E75E4" w:rsidRPr="000A5B76" w:rsidRDefault="003E75E4" w:rsidP="00460C82"/>
        </w:tc>
        <w:tc>
          <w:tcPr>
            <w:tcW w:w="2108" w:type="dxa"/>
          </w:tcPr>
          <w:p w14:paraId="2C657B12" w14:textId="77777777" w:rsidR="003E75E4" w:rsidRPr="000A5B76" w:rsidRDefault="003E75E4" w:rsidP="00460C82"/>
        </w:tc>
        <w:tc>
          <w:tcPr>
            <w:tcW w:w="2108" w:type="dxa"/>
          </w:tcPr>
          <w:p w14:paraId="4C2F1A56" w14:textId="77777777" w:rsidR="003E75E4" w:rsidRPr="000A5B76" w:rsidRDefault="003E75E4" w:rsidP="00460C82"/>
        </w:tc>
      </w:tr>
      <w:tr w:rsidR="003E75E4" w:rsidRPr="000A5B76" w14:paraId="18A21847" w14:textId="77777777" w:rsidTr="00460C82">
        <w:trPr>
          <w:jc w:val="center"/>
        </w:trPr>
        <w:tc>
          <w:tcPr>
            <w:tcW w:w="2108" w:type="dxa"/>
          </w:tcPr>
          <w:p w14:paraId="40D35F40" w14:textId="77777777" w:rsidR="003E75E4" w:rsidRPr="000A5B76" w:rsidRDefault="003E75E4" w:rsidP="00460C82"/>
        </w:tc>
        <w:tc>
          <w:tcPr>
            <w:tcW w:w="2108" w:type="dxa"/>
          </w:tcPr>
          <w:p w14:paraId="07FA0314" w14:textId="77777777" w:rsidR="003E75E4" w:rsidRPr="000A5B76" w:rsidRDefault="003E75E4" w:rsidP="00460C82"/>
        </w:tc>
        <w:tc>
          <w:tcPr>
            <w:tcW w:w="2108" w:type="dxa"/>
          </w:tcPr>
          <w:p w14:paraId="1D54CE2A" w14:textId="77777777" w:rsidR="003E75E4" w:rsidRPr="000A5B76" w:rsidRDefault="003E75E4" w:rsidP="00460C82"/>
        </w:tc>
        <w:tc>
          <w:tcPr>
            <w:tcW w:w="2108" w:type="dxa"/>
          </w:tcPr>
          <w:p w14:paraId="5975E810" w14:textId="77777777" w:rsidR="003E75E4" w:rsidRPr="000A5B76" w:rsidRDefault="003E75E4" w:rsidP="00460C82"/>
        </w:tc>
        <w:tc>
          <w:tcPr>
            <w:tcW w:w="2108" w:type="dxa"/>
          </w:tcPr>
          <w:p w14:paraId="1B54A09B" w14:textId="77777777" w:rsidR="003E75E4" w:rsidRPr="000A5B76" w:rsidRDefault="003E75E4" w:rsidP="00460C82"/>
        </w:tc>
      </w:tr>
      <w:tr w:rsidR="003E75E4" w:rsidRPr="000A5B76" w14:paraId="639FDD7D" w14:textId="77777777" w:rsidTr="00460C82">
        <w:trPr>
          <w:jc w:val="center"/>
        </w:trPr>
        <w:tc>
          <w:tcPr>
            <w:tcW w:w="2108" w:type="dxa"/>
          </w:tcPr>
          <w:p w14:paraId="1D8A1797" w14:textId="77777777" w:rsidR="003E75E4" w:rsidRPr="000A5B76" w:rsidRDefault="003E75E4" w:rsidP="00460C82"/>
        </w:tc>
        <w:tc>
          <w:tcPr>
            <w:tcW w:w="2108" w:type="dxa"/>
          </w:tcPr>
          <w:p w14:paraId="55B7AD62" w14:textId="77777777" w:rsidR="003E75E4" w:rsidRPr="000A5B76" w:rsidRDefault="003E75E4" w:rsidP="00460C82"/>
        </w:tc>
        <w:tc>
          <w:tcPr>
            <w:tcW w:w="2108" w:type="dxa"/>
          </w:tcPr>
          <w:p w14:paraId="028364EB" w14:textId="77777777" w:rsidR="003E75E4" w:rsidRPr="000A5B76" w:rsidRDefault="003E75E4" w:rsidP="00460C82"/>
        </w:tc>
        <w:tc>
          <w:tcPr>
            <w:tcW w:w="2108" w:type="dxa"/>
          </w:tcPr>
          <w:p w14:paraId="05C33675" w14:textId="77777777" w:rsidR="003E75E4" w:rsidRPr="000A5B76" w:rsidRDefault="003E75E4" w:rsidP="00460C82"/>
        </w:tc>
        <w:tc>
          <w:tcPr>
            <w:tcW w:w="2108" w:type="dxa"/>
          </w:tcPr>
          <w:p w14:paraId="2D0CEAFE" w14:textId="77777777" w:rsidR="003E75E4" w:rsidRPr="000A5B76" w:rsidRDefault="003E75E4" w:rsidP="00460C82"/>
        </w:tc>
      </w:tr>
      <w:tr w:rsidR="003E75E4" w:rsidRPr="000A5B76" w14:paraId="32EACD5C" w14:textId="77777777" w:rsidTr="00460C82">
        <w:trPr>
          <w:jc w:val="center"/>
        </w:trPr>
        <w:tc>
          <w:tcPr>
            <w:tcW w:w="2108" w:type="dxa"/>
          </w:tcPr>
          <w:p w14:paraId="07010374" w14:textId="77777777" w:rsidR="003E75E4" w:rsidRPr="000A5B76" w:rsidRDefault="003E75E4" w:rsidP="00460C82"/>
        </w:tc>
        <w:tc>
          <w:tcPr>
            <w:tcW w:w="2108" w:type="dxa"/>
          </w:tcPr>
          <w:p w14:paraId="4CEE3EAC" w14:textId="77777777" w:rsidR="003E75E4" w:rsidRPr="000A5B76" w:rsidRDefault="003E75E4" w:rsidP="00460C82"/>
        </w:tc>
        <w:tc>
          <w:tcPr>
            <w:tcW w:w="2108" w:type="dxa"/>
          </w:tcPr>
          <w:p w14:paraId="6AE73BE7" w14:textId="77777777" w:rsidR="003E75E4" w:rsidRPr="000A5B76" w:rsidRDefault="003E75E4" w:rsidP="00460C82"/>
        </w:tc>
        <w:tc>
          <w:tcPr>
            <w:tcW w:w="2108" w:type="dxa"/>
          </w:tcPr>
          <w:p w14:paraId="43F1EA94" w14:textId="77777777" w:rsidR="003E75E4" w:rsidRPr="000A5B76" w:rsidRDefault="003E75E4" w:rsidP="00460C82"/>
        </w:tc>
        <w:tc>
          <w:tcPr>
            <w:tcW w:w="2108" w:type="dxa"/>
          </w:tcPr>
          <w:p w14:paraId="32C10BB4" w14:textId="77777777" w:rsidR="003E75E4" w:rsidRPr="000A5B76" w:rsidRDefault="003E75E4" w:rsidP="00460C82"/>
        </w:tc>
      </w:tr>
      <w:tr w:rsidR="003E75E4" w:rsidRPr="000A5B76" w14:paraId="6BF975B5" w14:textId="77777777" w:rsidTr="00460C82">
        <w:trPr>
          <w:jc w:val="center"/>
        </w:trPr>
        <w:tc>
          <w:tcPr>
            <w:tcW w:w="2108" w:type="dxa"/>
          </w:tcPr>
          <w:p w14:paraId="74D51B82" w14:textId="77777777" w:rsidR="003E75E4" w:rsidRPr="000A5B76" w:rsidRDefault="003E75E4" w:rsidP="00460C82"/>
        </w:tc>
        <w:tc>
          <w:tcPr>
            <w:tcW w:w="2108" w:type="dxa"/>
          </w:tcPr>
          <w:p w14:paraId="2E8D494E" w14:textId="77777777" w:rsidR="003E75E4" w:rsidRPr="000A5B76" w:rsidRDefault="003E75E4" w:rsidP="00460C82"/>
        </w:tc>
        <w:tc>
          <w:tcPr>
            <w:tcW w:w="2108" w:type="dxa"/>
          </w:tcPr>
          <w:p w14:paraId="7D421192" w14:textId="77777777" w:rsidR="003E75E4" w:rsidRPr="000A5B76" w:rsidRDefault="003E75E4" w:rsidP="00460C82"/>
        </w:tc>
        <w:tc>
          <w:tcPr>
            <w:tcW w:w="2108" w:type="dxa"/>
          </w:tcPr>
          <w:p w14:paraId="6AA8FEE1" w14:textId="77777777" w:rsidR="003E75E4" w:rsidRPr="000A5B76" w:rsidRDefault="003E75E4" w:rsidP="00460C82"/>
        </w:tc>
        <w:tc>
          <w:tcPr>
            <w:tcW w:w="2108" w:type="dxa"/>
          </w:tcPr>
          <w:p w14:paraId="7046ECDB" w14:textId="77777777" w:rsidR="003E75E4" w:rsidRPr="000A5B76" w:rsidRDefault="003E75E4" w:rsidP="00460C82"/>
        </w:tc>
      </w:tr>
      <w:tr w:rsidR="003E75E4" w:rsidRPr="000A5B76" w14:paraId="4717BBE4" w14:textId="77777777" w:rsidTr="00460C82">
        <w:trPr>
          <w:jc w:val="center"/>
        </w:trPr>
        <w:tc>
          <w:tcPr>
            <w:tcW w:w="2108" w:type="dxa"/>
          </w:tcPr>
          <w:p w14:paraId="5C258D2C" w14:textId="77777777" w:rsidR="003E75E4" w:rsidRPr="000A5B76" w:rsidRDefault="003E75E4" w:rsidP="00460C82"/>
        </w:tc>
        <w:tc>
          <w:tcPr>
            <w:tcW w:w="2108" w:type="dxa"/>
          </w:tcPr>
          <w:p w14:paraId="27A5CAE5" w14:textId="77777777" w:rsidR="003E75E4" w:rsidRPr="000A5B76" w:rsidRDefault="003E75E4" w:rsidP="00460C82"/>
        </w:tc>
        <w:tc>
          <w:tcPr>
            <w:tcW w:w="2108" w:type="dxa"/>
          </w:tcPr>
          <w:p w14:paraId="1E657AFA" w14:textId="77777777" w:rsidR="003E75E4" w:rsidRPr="000A5B76" w:rsidRDefault="003E75E4" w:rsidP="00460C82"/>
        </w:tc>
        <w:tc>
          <w:tcPr>
            <w:tcW w:w="2108" w:type="dxa"/>
          </w:tcPr>
          <w:p w14:paraId="362B7CBF" w14:textId="77777777" w:rsidR="003E75E4" w:rsidRPr="000A5B76" w:rsidRDefault="003E75E4" w:rsidP="00460C82"/>
        </w:tc>
        <w:tc>
          <w:tcPr>
            <w:tcW w:w="2108" w:type="dxa"/>
          </w:tcPr>
          <w:p w14:paraId="3D5D8081" w14:textId="77777777" w:rsidR="003E75E4" w:rsidRPr="000A5B76" w:rsidRDefault="003E75E4" w:rsidP="00460C82"/>
        </w:tc>
      </w:tr>
      <w:tr w:rsidR="003E75E4" w:rsidRPr="000A5B76" w14:paraId="3029C336" w14:textId="77777777" w:rsidTr="00460C82">
        <w:trPr>
          <w:jc w:val="center"/>
        </w:trPr>
        <w:tc>
          <w:tcPr>
            <w:tcW w:w="2108" w:type="dxa"/>
          </w:tcPr>
          <w:p w14:paraId="748FEA4C" w14:textId="77777777" w:rsidR="003E75E4" w:rsidRPr="000A5B76" w:rsidRDefault="003E75E4" w:rsidP="00460C82"/>
        </w:tc>
        <w:tc>
          <w:tcPr>
            <w:tcW w:w="2108" w:type="dxa"/>
          </w:tcPr>
          <w:p w14:paraId="501C68F5" w14:textId="77777777" w:rsidR="003E75E4" w:rsidRPr="000A5B76" w:rsidRDefault="003E75E4" w:rsidP="00460C82"/>
        </w:tc>
        <w:tc>
          <w:tcPr>
            <w:tcW w:w="2108" w:type="dxa"/>
          </w:tcPr>
          <w:p w14:paraId="6CF368E0" w14:textId="77777777" w:rsidR="003E75E4" w:rsidRPr="000A5B76" w:rsidRDefault="003E75E4" w:rsidP="00460C82"/>
        </w:tc>
        <w:tc>
          <w:tcPr>
            <w:tcW w:w="2108" w:type="dxa"/>
          </w:tcPr>
          <w:p w14:paraId="510B4C77" w14:textId="77777777" w:rsidR="003E75E4" w:rsidRPr="000A5B76" w:rsidRDefault="003E75E4" w:rsidP="00460C82"/>
        </w:tc>
        <w:tc>
          <w:tcPr>
            <w:tcW w:w="2108" w:type="dxa"/>
          </w:tcPr>
          <w:p w14:paraId="39814B12" w14:textId="77777777" w:rsidR="003E75E4" w:rsidRPr="000A5B76" w:rsidRDefault="003E75E4" w:rsidP="00460C82"/>
        </w:tc>
      </w:tr>
    </w:tbl>
    <w:p w14:paraId="4D32C802" w14:textId="77777777" w:rsidR="003E75E4" w:rsidRPr="000A5B76" w:rsidRDefault="003E75E4" w:rsidP="003E75E4">
      <w:r w:rsidRPr="000A5B76">
        <w:br/>
        <w:t>Ce que j’ai appris aujourd’hui :</w:t>
      </w:r>
    </w:p>
    <w:p w14:paraId="302FC2F4" w14:textId="77777777" w:rsidR="003E75E4" w:rsidRPr="000A5B76" w:rsidRDefault="003E75E4" w:rsidP="003E75E4">
      <w:r w:rsidRPr="000A5B76">
        <w:t>________________________________________________________________________</w:t>
      </w:r>
    </w:p>
    <w:p w14:paraId="3356D665" w14:textId="77777777" w:rsidR="003E75E4" w:rsidRPr="000A5B76" w:rsidRDefault="003E75E4" w:rsidP="003E75E4">
      <w:r w:rsidRPr="000A5B76">
        <w:t>________________________________________________________________________</w:t>
      </w:r>
    </w:p>
    <w:p w14:paraId="256BACAC" w14:textId="77777777" w:rsidR="003E75E4" w:rsidRPr="000A5B76" w:rsidRDefault="003E75E4" w:rsidP="003E75E4">
      <w:r w:rsidRPr="000A5B76">
        <w:t>________________________________________________________________________</w:t>
      </w:r>
    </w:p>
    <w:p w14:paraId="2ECBFD01" w14:textId="77777777" w:rsidR="003E75E4" w:rsidRPr="000A5B76" w:rsidRDefault="003E75E4" w:rsidP="003E75E4">
      <w:r w:rsidRPr="000A5B76">
        <w:t>________________________________________________________________________</w:t>
      </w:r>
    </w:p>
    <w:p w14:paraId="62B5E3E1" w14:textId="77777777" w:rsidR="003E75E4" w:rsidRPr="000A5B76" w:rsidRDefault="003E75E4" w:rsidP="003E75E4">
      <w:r w:rsidRPr="000A5B76">
        <w:t>Difficultés / questions à poser :</w:t>
      </w:r>
    </w:p>
    <w:p w14:paraId="76F42ABE" w14:textId="77777777" w:rsidR="003E75E4" w:rsidRPr="000A5B76" w:rsidRDefault="003E75E4" w:rsidP="003E75E4">
      <w:r w:rsidRPr="000A5B76">
        <w:t>________________________________________________________________________</w:t>
      </w:r>
    </w:p>
    <w:p w14:paraId="1018AC78" w14:textId="77777777" w:rsidR="003E75E4" w:rsidRPr="000A5B76" w:rsidRDefault="003E75E4" w:rsidP="003E75E4">
      <w:r w:rsidRPr="000A5B76">
        <w:t>________________________________________________________________________</w:t>
      </w:r>
    </w:p>
    <w:p w14:paraId="1D9D2B5F" w14:textId="77777777" w:rsidR="003E75E4" w:rsidRPr="000A5B76" w:rsidRDefault="003E75E4" w:rsidP="003E75E4">
      <w:r w:rsidRPr="000A5B76">
        <w:lastRenderedPageBreak/>
        <w:t>________________________________________________________________________</w:t>
      </w:r>
    </w:p>
    <w:p w14:paraId="3195A2B2" w14:textId="77777777" w:rsidR="003E75E4" w:rsidRPr="000A5B76" w:rsidRDefault="003E75E4" w:rsidP="003E75E4">
      <w:r w:rsidRPr="000A5B76">
        <w:t>Signature / visa de l’encadreur : ______________________________</w:t>
      </w:r>
    </w:p>
    <w:p w14:paraId="548F4F92" w14:textId="2402493F" w:rsidR="000A5B76" w:rsidRDefault="003E75E4" w:rsidP="003E75E4">
      <w:r w:rsidRPr="000A5B76">
        <w:br w:type="page"/>
      </w:r>
    </w:p>
    <w:p w14:paraId="01B168C0" w14:textId="2E67C5A1" w:rsidR="000A5B76" w:rsidRPr="000A5B76" w:rsidRDefault="000A5B76" w:rsidP="000A5B76">
      <w:r w:rsidRPr="000A5B76">
        <w:rPr>
          <w:b/>
          <w:sz w:val="28"/>
        </w:rPr>
        <w:lastRenderedPageBreak/>
        <w:t>2. FICHE JOURNALIÈRE — JOUR 1</w:t>
      </w:r>
      <w:r>
        <w:rPr>
          <w:b/>
          <w:sz w:val="28"/>
        </w:rPr>
        <w:t>4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0A5B76" w:rsidRPr="000A5B76" w14:paraId="1D6D2144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0E0C35C4" w14:textId="77777777" w:rsidR="000A5B76" w:rsidRPr="000A5B76" w:rsidRDefault="000A5B76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5775389" w14:textId="77777777" w:rsidR="000A5B76" w:rsidRPr="000A5B76" w:rsidRDefault="000A5B76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DCC6325" w14:textId="77777777" w:rsidR="000A5B76" w:rsidRPr="000A5B76" w:rsidRDefault="000A5B76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5045B02" w14:textId="77777777" w:rsidR="000A5B76" w:rsidRPr="000A5B76" w:rsidRDefault="000A5B76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3242A08" w14:textId="77777777" w:rsidR="000A5B76" w:rsidRPr="000A5B76" w:rsidRDefault="000A5B76" w:rsidP="00161EC3">
            <w:r w:rsidRPr="000A5B76">
              <w:rPr>
                <w:b/>
              </w:rPr>
              <w:t>Encadreur</w:t>
            </w:r>
          </w:p>
        </w:tc>
      </w:tr>
      <w:tr w:rsidR="000A5B76" w:rsidRPr="000A5B76" w14:paraId="18B0E1A1" w14:textId="77777777" w:rsidTr="00161EC3">
        <w:trPr>
          <w:jc w:val="center"/>
        </w:trPr>
        <w:tc>
          <w:tcPr>
            <w:tcW w:w="2108" w:type="dxa"/>
          </w:tcPr>
          <w:p w14:paraId="7EA1F58F" w14:textId="77777777" w:rsidR="000A5B76" w:rsidRPr="000A5B76" w:rsidRDefault="000A5B76" w:rsidP="00161EC3"/>
        </w:tc>
        <w:tc>
          <w:tcPr>
            <w:tcW w:w="2108" w:type="dxa"/>
          </w:tcPr>
          <w:p w14:paraId="26566736" w14:textId="77777777" w:rsidR="000A5B76" w:rsidRPr="000A5B76" w:rsidRDefault="000A5B76" w:rsidP="00161EC3"/>
        </w:tc>
        <w:tc>
          <w:tcPr>
            <w:tcW w:w="2108" w:type="dxa"/>
          </w:tcPr>
          <w:p w14:paraId="5BC24A9F" w14:textId="77777777" w:rsidR="000A5B76" w:rsidRPr="000A5B76" w:rsidRDefault="000A5B76" w:rsidP="00161EC3"/>
        </w:tc>
        <w:tc>
          <w:tcPr>
            <w:tcW w:w="2108" w:type="dxa"/>
          </w:tcPr>
          <w:p w14:paraId="47B5A4F5" w14:textId="77777777" w:rsidR="000A5B76" w:rsidRPr="000A5B76" w:rsidRDefault="000A5B76" w:rsidP="00161EC3"/>
        </w:tc>
        <w:tc>
          <w:tcPr>
            <w:tcW w:w="2108" w:type="dxa"/>
          </w:tcPr>
          <w:p w14:paraId="1E8613C3" w14:textId="77777777" w:rsidR="000A5B76" w:rsidRPr="000A5B76" w:rsidRDefault="000A5B76" w:rsidP="00161EC3"/>
        </w:tc>
      </w:tr>
    </w:tbl>
    <w:p w14:paraId="54CCA365" w14:textId="77777777" w:rsidR="000A5B76" w:rsidRPr="000A5B76" w:rsidRDefault="000A5B76" w:rsidP="000A5B76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0A5B76" w:rsidRPr="000A5B76" w14:paraId="13D9865E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49A54596" w14:textId="77777777" w:rsidR="000A5B76" w:rsidRPr="000A5B76" w:rsidRDefault="000A5B76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46B7AE9" w14:textId="77777777" w:rsidR="000A5B76" w:rsidRPr="000A5B76" w:rsidRDefault="000A5B76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A571A4F" w14:textId="77777777" w:rsidR="000A5B76" w:rsidRPr="000A5B76" w:rsidRDefault="000A5B76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A98FE1F" w14:textId="77777777" w:rsidR="000A5B76" w:rsidRPr="000A5B76" w:rsidRDefault="000A5B76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A59D8A8" w14:textId="77777777" w:rsidR="000A5B76" w:rsidRPr="000A5B76" w:rsidRDefault="000A5B76" w:rsidP="00161EC3">
            <w:r w:rsidRPr="000A5B76">
              <w:rPr>
                <w:b/>
              </w:rPr>
              <w:t>À revoir</w:t>
            </w:r>
          </w:p>
        </w:tc>
      </w:tr>
      <w:tr w:rsidR="000A5B76" w:rsidRPr="000A5B76" w14:paraId="051E8B58" w14:textId="77777777" w:rsidTr="00161EC3">
        <w:trPr>
          <w:jc w:val="center"/>
        </w:trPr>
        <w:tc>
          <w:tcPr>
            <w:tcW w:w="2108" w:type="dxa"/>
          </w:tcPr>
          <w:p w14:paraId="1B0475C1" w14:textId="77777777" w:rsidR="000A5B76" w:rsidRPr="000A5B76" w:rsidRDefault="000A5B76" w:rsidP="00161EC3"/>
        </w:tc>
        <w:tc>
          <w:tcPr>
            <w:tcW w:w="2108" w:type="dxa"/>
          </w:tcPr>
          <w:p w14:paraId="15262A08" w14:textId="77777777" w:rsidR="000A5B76" w:rsidRPr="000A5B76" w:rsidRDefault="000A5B76" w:rsidP="00161EC3"/>
        </w:tc>
        <w:tc>
          <w:tcPr>
            <w:tcW w:w="2108" w:type="dxa"/>
          </w:tcPr>
          <w:p w14:paraId="7427423B" w14:textId="77777777" w:rsidR="000A5B76" w:rsidRPr="000A5B76" w:rsidRDefault="000A5B76" w:rsidP="00161EC3"/>
        </w:tc>
        <w:tc>
          <w:tcPr>
            <w:tcW w:w="2108" w:type="dxa"/>
          </w:tcPr>
          <w:p w14:paraId="2124BCA8" w14:textId="77777777" w:rsidR="000A5B76" w:rsidRPr="000A5B76" w:rsidRDefault="000A5B76" w:rsidP="00161EC3"/>
        </w:tc>
        <w:tc>
          <w:tcPr>
            <w:tcW w:w="2108" w:type="dxa"/>
          </w:tcPr>
          <w:p w14:paraId="1966502D" w14:textId="77777777" w:rsidR="000A5B76" w:rsidRPr="000A5B76" w:rsidRDefault="000A5B76" w:rsidP="00161EC3"/>
        </w:tc>
      </w:tr>
      <w:tr w:rsidR="000A5B76" w:rsidRPr="000A5B76" w14:paraId="1B337978" w14:textId="77777777" w:rsidTr="00161EC3">
        <w:trPr>
          <w:jc w:val="center"/>
        </w:trPr>
        <w:tc>
          <w:tcPr>
            <w:tcW w:w="2108" w:type="dxa"/>
          </w:tcPr>
          <w:p w14:paraId="7FD45CE5" w14:textId="77777777" w:rsidR="000A5B76" w:rsidRPr="000A5B76" w:rsidRDefault="000A5B76" w:rsidP="00161EC3"/>
        </w:tc>
        <w:tc>
          <w:tcPr>
            <w:tcW w:w="2108" w:type="dxa"/>
          </w:tcPr>
          <w:p w14:paraId="10FCCAA9" w14:textId="77777777" w:rsidR="000A5B76" w:rsidRPr="000A5B76" w:rsidRDefault="000A5B76" w:rsidP="00161EC3"/>
        </w:tc>
        <w:tc>
          <w:tcPr>
            <w:tcW w:w="2108" w:type="dxa"/>
          </w:tcPr>
          <w:p w14:paraId="4CF76679" w14:textId="77777777" w:rsidR="000A5B76" w:rsidRPr="000A5B76" w:rsidRDefault="000A5B76" w:rsidP="00161EC3"/>
        </w:tc>
        <w:tc>
          <w:tcPr>
            <w:tcW w:w="2108" w:type="dxa"/>
          </w:tcPr>
          <w:p w14:paraId="4A2308D2" w14:textId="77777777" w:rsidR="000A5B76" w:rsidRPr="000A5B76" w:rsidRDefault="000A5B76" w:rsidP="00161EC3"/>
        </w:tc>
        <w:tc>
          <w:tcPr>
            <w:tcW w:w="2108" w:type="dxa"/>
          </w:tcPr>
          <w:p w14:paraId="3D164A77" w14:textId="77777777" w:rsidR="000A5B76" w:rsidRPr="000A5B76" w:rsidRDefault="000A5B76" w:rsidP="00161EC3"/>
        </w:tc>
      </w:tr>
      <w:tr w:rsidR="000A5B76" w:rsidRPr="000A5B76" w14:paraId="7D8C7959" w14:textId="77777777" w:rsidTr="00161EC3">
        <w:trPr>
          <w:jc w:val="center"/>
        </w:trPr>
        <w:tc>
          <w:tcPr>
            <w:tcW w:w="2108" w:type="dxa"/>
          </w:tcPr>
          <w:p w14:paraId="20C7B9F3" w14:textId="77777777" w:rsidR="000A5B76" w:rsidRPr="000A5B76" w:rsidRDefault="000A5B76" w:rsidP="00161EC3"/>
        </w:tc>
        <w:tc>
          <w:tcPr>
            <w:tcW w:w="2108" w:type="dxa"/>
          </w:tcPr>
          <w:p w14:paraId="29357273" w14:textId="77777777" w:rsidR="000A5B76" w:rsidRPr="000A5B76" w:rsidRDefault="000A5B76" w:rsidP="00161EC3"/>
        </w:tc>
        <w:tc>
          <w:tcPr>
            <w:tcW w:w="2108" w:type="dxa"/>
          </w:tcPr>
          <w:p w14:paraId="02747116" w14:textId="77777777" w:rsidR="000A5B76" w:rsidRPr="000A5B76" w:rsidRDefault="000A5B76" w:rsidP="00161EC3"/>
        </w:tc>
        <w:tc>
          <w:tcPr>
            <w:tcW w:w="2108" w:type="dxa"/>
          </w:tcPr>
          <w:p w14:paraId="4822FB29" w14:textId="77777777" w:rsidR="000A5B76" w:rsidRPr="000A5B76" w:rsidRDefault="000A5B76" w:rsidP="00161EC3"/>
        </w:tc>
        <w:tc>
          <w:tcPr>
            <w:tcW w:w="2108" w:type="dxa"/>
          </w:tcPr>
          <w:p w14:paraId="010A2725" w14:textId="77777777" w:rsidR="000A5B76" w:rsidRPr="000A5B76" w:rsidRDefault="000A5B76" w:rsidP="00161EC3"/>
        </w:tc>
      </w:tr>
      <w:tr w:rsidR="000A5B76" w:rsidRPr="000A5B76" w14:paraId="57265EB5" w14:textId="77777777" w:rsidTr="00161EC3">
        <w:trPr>
          <w:jc w:val="center"/>
        </w:trPr>
        <w:tc>
          <w:tcPr>
            <w:tcW w:w="2108" w:type="dxa"/>
          </w:tcPr>
          <w:p w14:paraId="11185368" w14:textId="77777777" w:rsidR="000A5B76" w:rsidRPr="000A5B76" w:rsidRDefault="000A5B76" w:rsidP="00161EC3"/>
        </w:tc>
        <w:tc>
          <w:tcPr>
            <w:tcW w:w="2108" w:type="dxa"/>
          </w:tcPr>
          <w:p w14:paraId="6D447666" w14:textId="77777777" w:rsidR="000A5B76" w:rsidRPr="000A5B76" w:rsidRDefault="000A5B76" w:rsidP="00161EC3"/>
        </w:tc>
        <w:tc>
          <w:tcPr>
            <w:tcW w:w="2108" w:type="dxa"/>
          </w:tcPr>
          <w:p w14:paraId="767F1B0A" w14:textId="77777777" w:rsidR="000A5B76" w:rsidRPr="000A5B76" w:rsidRDefault="000A5B76" w:rsidP="00161EC3"/>
        </w:tc>
        <w:tc>
          <w:tcPr>
            <w:tcW w:w="2108" w:type="dxa"/>
          </w:tcPr>
          <w:p w14:paraId="053D55BC" w14:textId="77777777" w:rsidR="000A5B76" w:rsidRPr="000A5B76" w:rsidRDefault="000A5B76" w:rsidP="00161EC3"/>
        </w:tc>
        <w:tc>
          <w:tcPr>
            <w:tcW w:w="2108" w:type="dxa"/>
          </w:tcPr>
          <w:p w14:paraId="1D0EAD98" w14:textId="77777777" w:rsidR="000A5B76" w:rsidRPr="000A5B76" w:rsidRDefault="000A5B76" w:rsidP="00161EC3"/>
        </w:tc>
      </w:tr>
      <w:tr w:rsidR="000A5B76" w:rsidRPr="000A5B76" w14:paraId="52F62B68" w14:textId="77777777" w:rsidTr="00161EC3">
        <w:trPr>
          <w:jc w:val="center"/>
        </w:trPr>
        <w:tc>
          <w:tcPr>
            <w:tcW w:w="2108" w:type="dxa"/>
          </w:tcPr>
          <w:p w14:paraId="760C3252" w14:textId="77777777" w:rsidR="000A5B76" w:rsidRPr="000A5B76" w:rsidRDefault="000A5B76" w:rsidP="00161EC3"/>
        </w:tc>
        <w:tc>
          <w:tcPr>
            <w:tcW w:w="2108" w:type="dxa"/>
          </w:tcPr>
          <w:p w14:paraId="4CF37B8F" w14:textId="77777777" w:rsidR="000A5B76" w:rsidRPr="000A5B76" w:rsidRDefault="000A5B76" w:rsidP="00161EC3"/>
        </w:tc>
        <w:tc>
          <w:tcPr>
            <w:tcW w:w="2108" w:type="dxa"/>
          </w:tcPr>
          <w:p w14:paraId="33D7FBE2" w14:textId="77777777" w:rsidR="000A5B76" w:rsidRPr="000A5B76" w:rsidRDefault="000A5B76" w:rsidP="00161EC3"/>
        </w:tc>
        <w:tc>
          <w:tcPr>
            <w:tcW w:w="2108" w:type="dxa"/>
          </w:tcPr>
          <w:p w14:paraId="7FE6EC42" w14:textId="77777777" w:rsidR="000A5B76" w:rsidRPr="000A5B76" w:rsidRDefault="000A5B76" w:rsidP="00161EC3"/>
        </w:tc>
        <w:tc>
          <w:tcPr>
            <w:tcW w:w="2108" w:type="dxa"/>
          </w:tcPr>
          <w:p w14:paraId="5902940A" w14:textId="77777777" w:rsidR="000A5B76" w:rsidRPr="000A5B76" w:rsidRDefault="000A5B76" w:rsidP="00161EC3"/>
        </w:tc>
      </w:tr>
      <w:tr w:rsidR="000A5B76" w:rsidRPr="000A5B76" w14:paraId="66BED5CA" w14:textId="77777777" w:rsidTr="00161EC3">
        <w:trPr>
          <w:jc w:val="center"/>
        </w:trPr>
        <w:tc>
          <w:tcPr>
            <w:tcW w:w="2108" w:type="dxa"/>
          </w:tcPr>
          <w:p w14:paraId="48EC2493" w14:textId="77777777" w:rsidR="000A5B76" w:rsidRPr="000A5B76" w:rsidRDefault="000A5B76" w:rsidP="00161EC3"/>
        </w:tc>
        <w:tc>
          <w:tcPr>
            <w:tcW w:w="2108" w:type="dxa"/>
          </w:tcPr>
          <w:p w14:paraId="2643F58B" w14:textId="77777777" w:rsidR="000A5B76" w:rsidRPr="000A5B76" w:rsidRDefault="000A5B76" w:rsidP="00161EC3"/>
        </w:tc>
        <w:tc>
          <w:tcPr>
            <w:tcW w:w="2108" w:type="dxa"/>
          </w:tcPr>
          <w:p w14:paraId="182F9CAE" w14:textId="77777777" w:rsidR="000A5B76" w:rsidRPr="000A5B76" w:rsidRDefault="000A5B76" w:rsidP="00161EC3"/>
        </w:tc>
        <w:tc>
          <w:tcPr>
            <w:tcW w:w="2108" w:type="dxa"/>
          </w:tcPr>
          <w:p w14:paraId="759A881D" w14:textId="77777777" w:rsidR="000A5B76" w:rsidRPr="000A5B76" w:rsidRDefault="000A5B76" w:rsidP="00161EC3"/>
        </w:tc>
        <w:tc>
          <w:tcPr>
            <w:tcW w:w="2108" w:type="dxa"/>
          </w:tcPr>
          <w:p w14:paraId="4464B69F" w14:textId="77777777" w:rsidR="000A5B76" w:rsidRPr="000A5B76" w:rsidRDefault="000A5B76" w:rsidP="00161EC3"/>
        </w:tc>
      </w:tr>
      <w:tr w:rsidR="000A5B76" w:rsidRPr="000A5B76" w14:paraId="1BEA1F71" w14:textId="77777777" w:rsidTr="00161EC3">
        <w:trPr>
          <w:jc w:val="center"/>
        </w:trPr>
        <w:tc>
          <w:tcPr>
            <w:tcW w:w="2108" w:type="dxa"/>
          </w:tcPr>
          <w:p w14:paraId="421C9307" w14:textId="77777777" w:rsidR="000A5B76" w:rsidRPr="000A5B76" w:rsidRDefault="000A5B76" w:rsidP="00161EC3"/>
        </w:tc>
        <w:tc>
          <w:tcPr>
            <w:tcW w:w="2108" w:type="dxa"/>
          </w:tcPr>
          <w:p w14:paraId="5D415BEB" w14:textId="77777777" w:rsidR="000A5B76" w:rsidRPr="000A5B76" w:rsidRDefault="000A5B76" w:rsidP="00161EC3"/>
        </w:tc>
        <w:tc>
          <w:tcPr>
            <w:tcW w:w="2108" w:type="dxa"/>
          </w:tcPr>
          <w:p w14:paraId="2F70212F" w14:textId="77777777" w:rsidR="000A5B76" w:rsidRPr="000A5B76" w:rsidRDefault="000A5B76" w:rsidP="00161EC3"/>
        </w:tc>
        <w:tc>
          <w:tcPr>
            <w:tcW w:w="2108" w:type="dxa"/>
          </w:tcPr>
          <w:p w14:paraId="7BB5E79B" w14:textId="77777777" w:rsidR="000A5B76" w:rsidRPr="000A5B76" w:rsidRDefault="000A5B76" w:rsidP="00161EC3"/>
        </w:tc>
        <w:tc>
          <w:tcPr>
            <w:tcW w:w="2108" w:type="dxa"/>
          </w:tcPr>
          <w:p w14:paraId="0C8315DB" w14:textId="77777777" w:rsidR="000A5B76" w:rsidRPr="000A5B76" w:rsidRDefault="000A5B76" w:rsidP="00161EC3"/>
        </w:tc>
      </w:tr>
      <w:tr w:rsidR="000A5B76" w:rsidRPr="000A5B76" w14:paraId="476F51CF" w14:textId="77777777" w:rsidTr="00161EC3">
        <w:trPr>
          <w:jc w:val="center"/>
        </w:trPr>
        <w:tc>
          <w:tcPr>
            <w:tcW w:w="2108" w:type="dxa"/>
          </w:tcPr>
          <w:p w14:paraId="7FC50452" w14:textId="77777777" w:rsidR="000A5B76" w:rsidRPr="000A5B76" w:rsidRDefault="000A5B76" w:rsidP="00161EC3"/>
        </w:tc>
        <w:tc>
          <w:tcPr>
            <w:tcW w:w="2108" w:type="dxa"/>
          </w:tcPr>
          <w:p w14:paraId="4443A890" w14:textId="77777777" w:rsidR="000A5B76" w:rsidRPr="000A5B76" w:rsidRDefault="000A5B76" w:rsidP="00161EC3"/>
        </w:tc>
        <w:tc>
          <w:tcPr>
            <w:tcW w:w="2108" w:type="dxa"/>
          </w:tcPr>
          <w:p w14:paraId="72A67001" w14:textId="77777777" w:rsidR="000A5B76" w:rsidRPr="000A5B76" w:rsidRDefault="000A5B76" w:rsidP="00161EC3"/>
        </w:tc>
        <w:tc>
          <w:tcPr>
            <w:tcW w:w="2108" w:type="dxa"/>
          </w:tcPr>
          <w:p w14:paraId="7623D271" w14:textId="77777777" w:rsidR="000A5B76" w:rsidRPr="000A5B76" w:rsidRDefault="000A5B76" w:rsidP="00161EC3"/>
        </w:tc>
        <w:tc>
          <w:tcPr>
            <w:tcW w:w="2108" w:type="dxa"/>
          </w:tcPr>
          <w:p w14:paraId="574D3176" w14:textId="77777777" w:rsidR="000A5B76" w:rsidRPr="000A5B76" w:rsidRDefault="000A5B76" w:rsidP="00161EC3"/>
        </w:tc>
      </w:tr>
    </w:tbl>
    <w:p w14:paraId="14A25927" w14:textId="77777777" w:rsidR="000A5B76" w:rsidRPr="000A5B76" w:rsidRDefault="000A5B76" w:rsidP="000A5B76">
      <w:r w:rsidRPr="000A5B76">
        <w:br/>
        <w:t>Ce que j’ai appris aujourd’hui :</w:t>
      </w:r>
    </w:p>
    <w:p w14:paraId="3342F6AC" w14:textId="77777777" w:rsidR="000A5B76" w:rsidRPr="000A5B76" w:rsidRDefault="000A5B76" w:rsidP="000A5B76">
      <w:r w:rsidRPr="000A5B76">
        <w:t>________________________________________________________________________</w:t>
      </w:r>
    </w:p>
    <w:p w14:paraId="2AFE0598" w14:textId="77777777" w:rsidR="000A5B76" w:rsidRPr="000A5B76" w:rsidRDefault="000A5B76" w:rsidP="000A5B76">
      <w:r w:rsidRPr="000A5B76">
        <w:t>________________________________________________________________________</w:t>
      </w:r>
    </w:p>
    <w:p w14:paraId="6E295B47" w14:textId="77777777" w:rsidR="000A5B76" w:rsidRPr="000A5B76" w:rsidRDefault="000A5B76" w:rsidP="000A5B76">
      <w:r w:rsidRPr="000A5B76">
        <w:t>________________________________________________________________________</w:t>
      </w:r>
    </w:p>
    <w:p w14:paraId="439FA270" w14:textId="77777777" w:rsidR="000A5B76" w:rsidRPr="000A5B76" w:rsidRDefault="000A5B76" w:rsidP="000A5B76">
      <w:r w:rsidRPr="000A5B76">
        <w:t>________________________________________________________________________</w:t>
      </w:r>
    </w:p>
    <w:p w14:paraId="5E276F0A" w14:textId="77777777" w:rsidR="000A5B76" w:rsidRPr="000A5B76" w:rsidRDefault="000A5B76" w:rsidP="000A5B76">
      <w:r w:rsidRPr="000A5B76">
        <w:t>Difficultés / questions à poser :</w:t>
      </w:r>
    </w:p>
    <w:p w14:paraId="29DBAFFF" w14:textId="77777777" w:rsidR="000A5B76" w:rsidRPr="000A5B76" w:rsidRDefault="000A5B76" w:rsidP="000A5B76">
      <w:r w:rsidRPr="000A5B76">
        <w:t>________________________________________________________________________</w:t>
      </w:r>
    </w:p>
    <w:p w14:paraId="6BFB898C" w14:textId="77777777" w:rsidR="000A5B76" w:rsidRPr="000A5B76" w:rsidRDefault="000A5B76" w:rsidP="000A5B76">
      <w:r w:rsidRPr="000A5B76">
        <w:t>________________________________________________________________________</w:t>
      </w:r>
    </w:p>
    <w:p w14:paraId="2BD8BDBE" w14:textId="77777777" w:rsidR="000A5B76" w:rsidRPr="000A5B76" w:rsidRDefault="000A5B76" w:rsidP="000A5B76">
      <w:r w:rsidRPr="000A5B76">
        <w:lastRenderedPageBreak/>
        <w:t>________________________________________________________________________</w:t>
      </w:r>
    </w:p>
    <w:p w14:paraId="34F3DB7F" w14:textId="77777777" w:rsidR="000A5B76" w:rsidRPr="000A5B76" w:rsidRDefault="000A5B76" w:rsidP="000A5B76">
      <w:r w:rsidRPr="000A5B76">
        <w:t>Signature / visa de l’encadreur : ______________________________</w:t>
      </w:r>
    </w:p>
    <w:p w14:paraId="06C0BCC6" w14:textId="42F32DD8" w:rsidR="000A5B76" w:rsidRDefault="000A5B76">
      <w:r>
        <w:br w:type="page"/>
      </w:r>
    </w:p>
    <w:p w14:paraId="5F8C906D" w14:textId="3590CA6A" w:rsidR="000A5B76" w:rsidRPr="000A5B76" w:rsidRDefault="000A5B76" w:rsidP="000A5B76">
      <w:r w:rsidRPr="000A5B76">
        <w:rPr>
          <w:b/>
          <w:sz w:val="28"/>
        </w:rPr>
        <w:lastRenderedPageBreak/>
        <w:t>2. FICHE JOURNALIÈRE — JOUR 1</w:t>
      </w:r>
      <w:r>
        <w:rPr>
          <w:b/>
          <w:sz w:val="28"/>
        </w:rPr>
        <w:t>5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0A5B76" w:rsidRPr="000A5B76" w14:paraId="75ED2370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2E8D92EB" w14:textId="77777777" w:rsidR="000A5B76" w:rsidRPr="000A5B76" w:rsidRDefault="000A5B76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84A1BBD" w14:textId="77777777" w:rsidR="000A5B76" w:rsidRPr="000A5B76" w:rsidRDefault="000A5B76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E16D763" w14:textId="77777777" w:rsidR="000A5B76" w:rsidRPr="000A5B76" w:rsidRDefault="000A5B76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D51AD81" w14:textId="77777777" w:rsidR="000A5B76" w:rsidRPr="000A5B76" w:rsidRDefault="000A5B76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17A2512" w14:textId="77777777" w:rsidR="000A5B76" w:rsidRPr="000A5B76" w:rsidRDefault="000A5B76" w:rsidP="00161EC3">
            <w:r w:rsidRPr="000A5B76">
              <w:rPr>
                <w:b/>
              </w:rPr>
              <w:t>Encadreur</w:t>
            </w:r>
          </w:p>
        </w:tc>
      </w:tr>
      <w:tr w:rsidR="000A5B76" w:rsidRPr="000A5B76" w14:paraId="396FFF75" w14:textId="77777777" w:rsidTr="00161EC3">
        <w:trPr>
          <w:jc w:val="center"/>
        </w:trPr>
        <w:tc>
          <w:tcPr>
            <w:tcW w:w="2108" w:type="dxa"/>
          </w:tcPr>
          <w:p w14:paraId="2575824A" w14:textId="77777777" w:rsidR="000A5B76" w:rsidRPr="000A5B76" w:rsidRDefault="000A5B76" w:rsidP="00161EC3"/>
        </w:tc>
        <w:tc>
          <w:tcPr>
            <w:tcW w:w="2108" w:type="dxa"/>
          </w:tcPr>
          <w:p w14:paraId="28141B70" w14:textId="77777777" w:rsidR="000A5B76" w:rsidRPr="000A5B76" w:rsidRDefault="000A5B76" w:rsidP="00161EC3"/>
        </w:tc>
        <w:tc>
          <w:tcPr>
            <w:tcW w:w="2108" w:type="dxa"/>
          </w:tcPr>
          <w:p w14:paraId="266D6743" w14:textId="77777777" w:rsidR="000A5B76" w:rsidRPr="000A5B76" w:rsidRDefault="000A5B76" w:rsidP="00161EC3"/>
        </w:tc>
        <w:tc>
          <w:tcPr>
            <w:tcW w:w="2108" w:type="dxa"/>
          </w:tcPr>
          <w:p w14:paraId="4E1F4B6F" w14:textId="77777777" w:rsidR="000A5B76" w:rsidRPr="000A5B76" w:rsidRDefault="000A5B76" w:rsidP="00161EC3"/>
        </w:tc>
        <w:tc>
          <w:tcPr>
            <w:tcW w:w="2108" w:type="dxa"/>
          </w:tcPr>
          <w:p w14:paraId="219DAFDA" w14:textId="77777777" w:rsidR="000A5B76" w:rsidRPr="000A5B76" w:rsidRDefault="000A5B76" w:rsidP="00161EC3"/>
        </w:tc>
      </w:tr>
    </w:tbl>
    <w:p w14:paraId="18A80D5D" w14:textId="77777777" w:rsidR="000A5B76" w:rsidRPr="000A5B76" w:rsidRDefault="000A5B76" w:rsidP="000A5B76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0A5B76" w:rsidRPr="000A5B76" w14:paraId="21A1597C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021564CF" w14:textId="77777777" w:rsidR="000A5B76" w:rsidRPr="000A5B76" w:rsidRDefault="000A5B76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9C8F946" w14:textId="77777777" w:rsidR="000A5B76" w:rsidRPr="000A5B76" w:rsidRDefault="000A5B76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E0F9C04" w14:textId="77777777" w:rsidR="000A5B76" w:rsidRPr="000A5B76" w:rsidRDefault="000A5B76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7E12F05" w14:textId="77777777" w:rsidR="000A5B76" w:rsidRPr="000A5B76" w:rsidRDefault="000A5B76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4D59AD2" w14:textId="77777777" w:rsidR="000A5B76" w:rsidRPr="000A5B76" w:rsidRDefault="000A5B76" w:rsidP="00161EC3">
            <w:r w:rsidRPr="000A5B76">
              <w:rPr>
                <w:b/>
              </w:rPr>
              <w:t>À revoir</w:t>
            </w:r>
          </w:p>
        </w:tc>
      </w:tr>
      <w:tr w:rsidR="000A5B76" w:rsidRPr="000A5B76" w14:paraId="332C6B7D" w14:textId="77777777" w:rsidTr="00161EC3">
        <w:trPr>
          <w:jc w:val="center"/>
        </w:trPr>
        <w:tc>
          <w:tcPr>
            <w:tcW w:w="2108" w:type="dxa"/>
          </w:tcPr>
          <w:p w14:paraId="45F2B2CD" w14:textId="77777777" w:rsidR="000A5B76" w:rsidRPr="000A5B76" w:rsidRDefault="000A5B76" w:rsidP="00161EC3"/>
        </w:tc>
        <w:tc>
          <w:tcPr>
            <w:tcW w:w="2108" w:type="dxa"/>
          </w:tcPr>
          <w:p w14:paraId="0AC24AA0" w14:textId="77777777" w:rsidR="000A5B76" w:rsidRPr="000A5B76" w:rsidRDefault="000A5B76" w:rsidP="00161EC3"/>
        </w:tc>
        <w:tc>
          <w:tcPr>
            <w:tcW w:w="2108" w:type="dxa"/>
          </w:tcPr>
          <w:p w14:paraId="5AB5A208" w14:textId="77777777" w:rsidR="000A5B76" w:rsidRPr="000A5B76" w:rsidRDefault="000A5B76" w:rsidP="00161EC3"/>
        </w:tc>
        <w:tc>
          <w:tcPr>
            <w:tcW w:w="2108" w:type="dxa"/>
          </w:tcPr>
          <w:p w14:paraId="0515F8CF" w14:textId="77777777" w:rsidR="000A5B76" w:rsidRPr="000A5B76" w:rsidRDefault="000A5B76" w:rsidP="00161EC3"/>
        </w:tc>
        <w:tc>
          <w:tcPr>
            <w:tcW w:w="2108" w:type="dxa"/>
          </w:tcPr>
          <w:p w14:paraId="36F6BFE4" w14:textId="77777777" w:rsidR="000A5B76" w:rsidRPr="000A5B76" w:rsidRDefault="000A5B76" w:rsidP="00161EC3"/>
        </w:tc>
      </w:tr>
      <w:tr w:rsidR="000A5B76" w:rsidRPr="000A5B76" w14:paraId="52A3C9B6" w14:textId="77777777" w:rsidTr="00161EC3">
        <w:trPr>
          <w:jc w:val="center"/>
        </w:trPr>
        <w:tc>
          <w:tcPr>
            <w:tcW w:w="2108" w:type="dxa"/>
          </w:tcPr>
          <w:p w14:paraId="4A247632" w14:textId="77777777" w:rsidR="000A5B76" w:rsidRPr="000A5B76" w:rsidRDefault="000A5B76" w:rsidP="00161EC3"/>
        </w:tc>
        <w:tc>
          <w:tcPr>
            <w:tcW w:w="2108" w:type="dxa"/>
          </w:tcPr>
          <w:p w14:paraId="73D7498E" w14:textId="77777777" w:rsidR="000A5B76" w:rsidRPr="000A5B76" w:rsidRDefault="000A5B76" w:rsidP="00161EC3"/>
        </w:tc>
        <w:tc>
          <w:tcPr>
            <w:tcW w:w="2108" w:type="dxa"/>
          </w:tcPr>
          <w:p w14:paraId="252DD448" w14:textId="77777777" w:rsidR="000A5B76" w:rsidRPr="000A5B76" w:rsidRDefault="000A5B76" w:rsidP="00161EC3"/>
        </w:tc>
        <w:tc>
          <w:tcPr>
            <w:tcW w:w="2108" w:type="dxa"/>
          </w:tcPr>
          <w:p w14:paraId="6A35A632" w14:textId="77777777" w:rsidR="000A5B76" w:rsidRPr="000A5B76" w:rsidRDefault="000A5B76" w:rsidP="00161EC3"/>
        </w:tc>
        <w:tc>
          <w:tcPr>
            <w:tcW w:w="2108" w:type="dxa"/>
          </w:tcPr>
          <w:p w14:paraId="2735B66A" w14:textId="77777777" w:rsidR="000A5B76" w:rsidRPr="000A5B76" w:rsidRDefault="000A5B76" w:rsidP="00161EC3"/>
        </w:tc>
      </w:tr>
      <w:tr w:rsidR="000A5B76" w:rsidRPr="000A5B76" w14:paraId="02C658DB" w14:textId="77777777" w:rsidTr="00161EC3">
        <w:trPr>
          <w:jc w:val="center"/>
        </w:trPr>
        <w:tc>
          <w:tcPr>
            <w:tcW w:w="2108" w:type="dxa"/>
          </w:tcPr>
          <w:p w14:paraId="707E36B6" w14:textId="77777777" w:rsidR="000A5B76" w:rsidRPr="000A5B76" w:rsidRDefault="000A5B76" w:rsidP="00161EC3"/>
        </w:tc>
        <w:tc>
          <w:tcPr>
            <w:tcW w:w="2108" w:type="dxa"/>
          </w:tcPr>
          <w:p w14:paraId="3505DE07" w14:textId="77777777" w:rsidR="000A5B76" w:rsidRPr="000A5B76" w:rsidRDefault="000A5B76" w:rsidP="00161EC3"/>
        </w:tc>
        <w:tc>
          <w:tcPr>
            <w:tcW w:w="2108" w:type="dxa"/>
          </w:tcPr>
          <w:p w14:paraId="3D237A66" w14:textId="77777777" w:rsidR="000A5B76" w:rsidRPr="000A5B76" w:rsidRDefault="000A5B76" w:rsidP="00161EC3"/>
        </w:tc>
        <w:tc>
          <w:tcPr>
            <w:tcW w:w="2108" w:type="dxa"/>
          </w:tcPr>
          <w:p w14:paraId="151B7C51" w14:textId="77777777" w:rsidR="000A5B76" w:rsidRPr="000A5B76" w:rsidRDefault="000A5B76" w:rsidP="00161EC3"/>
        </w:tc>
        <w:tc>
          <w:tcPr>
            <w:tcW w:w="2108" w:type="dxa"/>
          </w:tcPr>
          <w:p w14:paraId="5A7CDA0F" w14:textId="77777777" w:rsidR="000A5B76" w:rsidRPr="000A5B76" w:rsidRDefault="000A5B76" w:rsidP="00161EC3"/>
        </w:tc>
      </w:tr>
      <w:tr w:rsidR="000A5B76" w:rsidRPr="000A5B76" w14:paraId="1DFE8CAE" w14:textId="77777777" w:rsidTr="00161EC3">
        <w:trPr>
          <w:jc w:val="center"/>
        </w:trPr>
        <w:tc>
          <w:tcPr>
            <w:tcW w:w="2108" w:type="dxa"/>
          </w:tcPr>
          <w:p w14:paraId="0E4B7026" w14:textId="77777777" w:rsidR="000A5B76" w:rsidRPr="000A5B76" w:rsidRDefault="000A5B76" w:rsidP="00161EC3"/>
        </w:tc>
        <w:tc>
          <w:tcPr>
            <w:tcW w:w="2108" w:type="dxa"/>
          </w:tcPr>
          <w:p w14:paraId="7F1A2A2F" w14:textId="77777777" w:rsidR="000A5B76" w:rsidRPr="000A5B76" w:rsidRDefault="000A5B76" w:rsidP="00161EC3"/>
        </w:tc>
        <w:tc>
          <w:tcPr>
            <w:tcW w:w="2108" w:type="dxa"/>
          </w:tcPr>
          <w:p w14:paraId="29D14FC0" w14:textId="77777777" w:rsidR="000A5B76" w:rsidRPr="000A5B76" w:rsidRDefault="000A5B76" w:rsidP="00161EC3"/>
        </w:tc>
        <w:tc>
          <w:tcPr>
            <w:tcW w:w="2108" w:type="dxa"/>
          </w:tcPr>
          <w:p w14:paraId="5DED4A32" w14:textId="77777777" w:rsidR="000A5B76" w:rsidRPr="000A5B76" w:rsidRDefault="000A5B76" w:rsidP="00161EC3"/>
        </w:tc>
        <w:tc>
          <w:tcPr>
            <w:tcW w:w="2108" w:type="dxa"/>
          </w:tcPr>
          <w:p w14:paraId="73444B02" w14:textId="77777777" w:rsidR="000A5B76" w:rsidRPr="000A5B76" w:rsidRDefault="000A5B76" w:rsidP="00161EC3"/>
        </w:tc>
      </w:tr>
      <w:tr w:rsidR="000A5B76" w:rsidRPr="000A5B76" w14:paraId="5D3BD6F0" w14:textId="77777777" w:rsidTr="00161EC3">
        <w:trPr>
          <w:jc w:val="center"/>
        </w:trPr>
        <w:tc>
          <w:tcPr>
            <w:tcW w:w="2108" w:type="dxa"/>
          </w:tcPr>
          <w:p w14:paraId="4967B9EA" w14:textId="77777777" w:rsidR="000A5B76" w:rsidRPr="000A5B76" w:rsidRDefault="000A5B76" w:rsidP="00161EC3"/>
        </w:tc>
        <w:tc>
          <w:tcPr>
            <w:tcW w:w="2108" w:type="dxa"/>
          </w:tcPr>
          <w:p w14:paraId="2B542385" w14:textId="77777777" w:rsidR="000A5B76" w:rsidRPr="000A5B76" w:rsidRDefault="000A5B76" w:rsidP="00161EC3"/>
        </w:tc>
        <w:tc>
          <w:tcPr>
            <w:tcW w:w="2108" w:type="dxa"/>
          </w:tcPr>
          <w:p w14:paraId="55E3732A" w14:textId="77777777" w:rsidR="000A5B76" w:rsidRPr="000A5B76" w:rsidRDefault="000A5B76" w:rsidP="00161EC3"/>
        </w:tc>
        <w:tc>
          <w:tcPr>
            <w:tcW w:w="2108" w:type="dxa"/>
          </w:tcPr>
          <w:p w14:paraId="11C607E6" w14:textId="77777777" w:rsidR="000A5B76" w:rsidRPr="000A5B76" w:rsidRDefault="000A5B76" w:rsidP="00161EC3"/>
        </w:tc>
        <w:tc>
          <w:tcPr>
            <w:tcW w:w="2108" w:type="dxa"/>
          </w:tcPr>
          <w:p w14:paraId="7529BCC5" w14:textId="77777777" w:rsidR="000A5B76" w:rsidRPr="000A5B76" w:rsidRDefault="000A5B76" w:rsidP="00161EC3"/>
        </w:tc>
      </w:tr>
      <w:tr w:rsidR="000A5B76" w:rsidRPr="000A5B76" w14:paraId="050B5F25" w14:textId="77777777" w:rsidTr="00161EC3">
        <w:trPr>
          <w:jc w:val="center"/>
        </w:trPr>
        <w:tc>
          <w:tcPr>
            <w:tcW w:w="2108" w:type="dxa"/>
          </w:tcPr>
          <w:p w14:paraId="5BB19B50" w14:textId="77777777" w:rsidR="000A5B76" w:rsidRPr="000A5B76" w:rsidRDefault="000A5B76" w:rsidP="00161EC3"/>
        </w:tc>
        <w:tc>
          <w:tcPr>
            <w:tcW w:w="2108" w:type="dxa"/>
          </w:tcPr>
          <w:p w14:paraId="47A03C01" w14:textId="77777777" w:rsidR="000A5B76" w:rsidRPr="000A5B76" w:rsidRDefault="000A5B76" w:rsidP="00161EC3"/>
        </w:tc>
        <w:tc>
          <w:tcPr>
            <w:tcW w:w="2108" w:type="dxa"/>
          </w:tcPr>
          <w:p w14:paraId="692ADA70" w14:textId="77777777" w:rsidR="000A5B76" w:rsidRPr="000A5B76" w:rsidRDefault="000A5B76" w:rsidP="00161EC3"/>
        </w:tc>
        <w:tc>
          <w:tcPr>
            <w:tcW w:w="2108" w:type="dxa"/>
          </w:tcPr>
          <w:p w14:paraId="2C0ADFFE" w14:textId="77777777" w:rsidR="000A5B76" w:rsidRPr="000A5B76" w:rsidRDefault="000A5B76" w:rsidP="00161EC3"/>
        </w:tc>
        <w:tc>
          <w:tcPr>
            <w:tcW w:w="2108" w:type="dxa"/>
          </w:tcPr>
          <w:p w14:paraId="383FDCEE" w14:textId="77777777" w:rsidR="000A5B76" w:rsidRPr="000A5B76" w:rsidRDefault="000A5B76" w:rsidP="00161EC3"/>
        </w:tc>
      </w:tr>
      <w:tr w:rsidR="000A5B76" w:rsidRPr="000A5B76" w14:paraId="0FA0AC66" w14:textId="77777777" w:rsidTr="00161EC3">
        <w:trPr>
          <w:jc w:val="center"/>
        </w:trPr>
        <w:tc>
          <w:tcPr>
            <w:tcW w:w="2108" w:type="dxa"/>
          </w:tcPr>
          <w:p w14:paraId="204DC943" w14:textId="77777777" w:rsidR="000A5B76" w:rsidRPr="000A5B76" w:rsidRDefault="000A5B76" w:rsidP="00161EC3"/>
        </w:tc>
        <w:tc>
          <w:tcPr>
            <w:tcW w:w="2108" w:type="dxa"/>
          </w:tcPr>
          <w:p w14:paraId="632ED95E" w14:textId="77777777" w:rsidR="000A5B76" w:rsidRPr="000A5B76" w:rsidRDefault="000A5B76" w:rsidP="00161EC3"/>
        </w:tc>
        <w:tc>
          <w:tcPr>
            <w:tcW w:w="2108" w:type="dxa"/>
          </w:tcPr>
          <w:p w14:paraId="1755D6AC" w14:textId="77777777" w:rsidR="000A5B76" w:rsidRPr="000A5B76" w:rsidRDefault="000A5B76" w:rsidP="00161EC3"/>
        </w:tc>
        <w:tc>
          <w:tcPr>
            <w:tcW w:w="2108" w:type="dxa"/>
          </w:tcPr>
          <w:p w14:paraId="5319510F" w14:textId="77777777" w:rsidR="000A5B76" w:rsidRPr="000A5B76" w:rsidRDefault="000A5B76" w:rsidP="00161EC3"/>
        </w:tc>
        <w:tc>
          <w:tcPr>
            <w:tcW w:w="2108" w:type="dxa"/>
          </w:tcPr>
          <w:p w14:paraId="0D479EB8" w14:textId="77777777" w:rsidR="000A5B76" w:rsidRPr="000A5B76" w:rsidRDefault="000A5B76" w:rsidP="00161EC3"/>
        </w:tc>
      </w:tr>
      <w:tr w:rsidR="000A5B76" w:rsidRPr="000A5B76" w14:paraId="18353C7C" w14:textId="77777777" w:rsidTr="00161EC3">
        <w:trPr>
          <w:jc w:val="center"/>
        </w:trPr>
        <w:tc>
          <w:tcPr>
            <w:tcW w:w="2108" w:type="dxa"/>
          </w:tcPr>
          <w:p w14:paraId="22027755" w14:textId="77777777" w:rsidR="000A5B76" w:rsidRPr="000A5B76" w:rsidRDefault="000A5B76" w:rsidP="00161EC3"/>
        </w:tc>
        <w:tc>
          <w:tcPr>
            <w:tcW w:w="2108" w:type="dxa"/>
          </w:tcPr>
          <w:p w14:paraId="53A8CD25" w14:textId="77777777" w:rsidR="000A5B76" w:rsidRPr="000A5B76" w:rsidRDefault="000A5B76" w:rsidP="00161EC3"/>
        </w:tc>
        <w:tc>
          <w:tcPr>
            <w:tcW w:w="2108" w:type="dxa"/>
          </w:tcPr>
          <w:p w14:paraId="0DD2F968" w14:textId="77777777" w:rsidR="000A5B76" w:rsidRPr="000A5B76" w:rsidRDefault="000A5B76" w:rsidP="00161EC3"/>
        </w:tc>
        <w:tc>
          <w:tcPr>
            <w:tcW w:w="2108" w:type="dxa"/>
          </w:tcPr>
          <w:p w14:paraId="71B6D302" w14:textId="77777777" w:rsidR="000A5B76" w:rsidRPr="000A5B76" w:rsidRDefault="000A5B76" w:rsidP="00161EC3"/>
        </w:tc>
        <w:tc>
          <w:tcPr>
            <w:tcW w:w="2108" w:type="dxa"/>
          </w:tcPr>
          <w:p w14:paraId="0DC9F7D4" w14:textId="77777777" w:rsidR="000A5B76" w:rsidRPr="000A5B76" w:rsidRDefault="000A5B76" w:rsidP="00161EC3"/>
        </w:tc>
      </w:tr>
    </w:tbl>
    <w:p w14:paraId="4D5E2AED" w14:textId="77777777" w:rsidR="000A5B76" w:rsidRPr="000A5B76" w:rsidRDefault="000A5B76" w:rsidP="000A5B76">
      <w:r w:rsidRPr="000A5B76">
        <w:br/>
        <w:t>Ce que j’ai appris aujourd’hui :</w:t>
      </w:r>
    </w:p>
    <w:p w14:paraId="30A1A3AF" w14:textId="77777777" w:rsidR="000A5B76" w:rsidRPr="000A5B76" w:rsidRDefault="000A5B76" w:rsidP="000A5B76">
      <w:r w:rsidRPr="000A5B76">
        <w:t>________________________________________________________________________</w:t>
      </w:r>
    </w:p>
    <w:p w14:paraId="44114565" w14:textId="77777777" w:rsidR="000A5B76" w:rsidRPr="000A5B76" w:rsidRDefault="000A5B76" w:rsidP="000A5B76">
      <w:r w:rsidRPr="000A5B76">
        <w:t>________________________________________________________________________</w:t>
      </w:r>
    </w:p>
    <w:p w14:paraId="659FFED8" w14:textId="77777777" w:rsidR="000A5B76" w:rsidRPr="000A5B76" w:rsidRDefault="000A5B76" w:rsidP="000A5B76">
      <w:r w:rsidRPr="000A5B76">
        <w:t>________________________________________________________________________</w:t>
      </w:r>
    </w:p>
    <w:p w14:paraId="4600856D" w14:textId="77777777" w:rsidR="000A5B76" w:rsidRPr="000A5B76" w:rsidRDefault="000A5B76" w:rsidP="000A5B76">
      <w:r w:rsidRPr="000A5B76">
        <w:t>________________________________________________________________________</w:t>
      </w:r>
    </w:p>
    <w:p w14:paraId="1D0B8216" w14:textId="77777777" w:rsidR="000A5B76" w:rsidRPr="000A5B76" w:rsidRDefault="000A5B76" w:rsidP="000A5B76">
      <w:r w:rsidRPr="000A5B76">
        <w:t>Difficultés / questions à poser :</w:t>
      </w:r>
    </w:p>
    <w:p w14:paraId="5D8A5783" w14:textId="77777777" w:rsidR="000A5B76" w:rsidRPr="000A5B76" w:rsidRDefault="000A5B76" w:rsidP="000A5B76">
      <w:r w:rsidRPr="000A5B76">
        <w:t>________________________________________________________________________</w:t>
      </w:r>
    </w:p>
    <w:p w14:paraId="1F4C2E69" w14:textId="77777777" w:rsidR="000A5B76" w:rsidRPr="000A5B76" w:rsidRDefault="000A5B76" w:rsidP="000A5B76">
      <w:r w:rsidRPr="000A5B76">
        <w:t>________________________________________________________________________</w:t>
      </w:r>
    </w:p>
    <w:p w14:paraId="489D2240" w14:textId="77777777" w:rsidR="000A5B76" w:rsidRPr="000A5B76" w:rsidRDefault="000A5B76" w:rsidP="000A5B76">
      <w:r w:rsidRPr="000A5B76">
        <w:lastRenderedPageBreak/>
        <w:t>________________________________________________________________________</w:t>
      </w:r>
    </w:p>
    <w:p w14:paraId="4F37BC41" w14:textId="77777777" w:rsidR="000A5B76" w:rsidRPr="000A5B76" w:rsidRDefault="000A5B76" w:rsidP="000A5B76">
      <w:r w:rsidRPr="000A5B76">
        <w:t>Signature / visa de l’encadreur : ______________________________</w:t>
      </w:r>
    </w:p>
    <w:p w14:paraId="06329D26" w14:textId="283DDCA3" w:rsidR="000A5B76" w:rsidRDefault="000A5B76"/>
    <w:p w14:paraId="5A928B34" w14:textId="77777777" w:rsidR="000A5B76" w:rsidRDefault="000A5B76"/>
    <w:p w14:paraId="2394F185" w14:textId="77777777" w:rsidR="003E75E4" w:rsidRPr="000A5B76" w:rsidRDefault="003E75E4" w:rsidP="003E75E4"/>
    <w:p w14:paraId="55969096" w14:textId="18EC63C4" w:rsidR="003E75E4" w:rsidRPr="000A5B76" w:rsidRDefault="003E75E4"/>
    <w:p w14:paraId="406FA5D9" w14:textId="77777777" w:rsidR="00233B5B" w:rsidRPr="000A5B76" w:rsidRDefault="00233B5B"/>
    <w:p w14:paraId="622EEEE8" w14:textId="1CFE9B89" w:rsidR="004B2EBA" w:rsidRDefault="004B2EBA" w:rsidP="004B2EBA">
      <w:pPr>
        <w:tabs>
          <w:tab w:val="left" w:pos="4360"/>
        </w:tabs>
        <w:rPr>
          <w:b/>
          <w:sz w:val="28"/>
        </w:rPr>
      </w:pPr>
      <w:r>
        <w:rPr>
          <w:b/>
          <w:sz w:val="28"/>
        </w:rPr>
        <w:tab/>
      </w:r>
    </w:p>
    <w:p w14:paraId="6EA188AB" w14:textId="77777777" w:rsidR="004B2EBA" w:rsidRDefault="004B2EBA">
      <w:pPr>
        <w:rPr>
          <w:b/>
          <w:sz w:val="28"/>
        </w:rPr>
      </w:pPr>
      <w:r>
        <w:rPr>
          <w:b/>
          <w:sz w:val="28"/>
        </w:rPr>
        <w:br w:type="page"/>
      </w:r>
    </w:p>
    <w:p w14:paraId="0B2C675A" w14:textId="6CA0F549" w:rsidR="003714C5" w:rsidRPr="000A5B76" w:rsidRDefault="003714C5" w:rsidP="003714C5">
      <w:r w:rsidRPr="000A5B76">
        <w:rPr>
          <w:b/>
          <w:sz w:val="28"/>
        </w:rPr>
        <w:lastRenderedPageBreak/>
        <w:t>2. FICHE JOURNALIÈRE — JOUR 1</w:t>
      </w:r>
      <w:r>
        <w:rPr>
          <w:b/>
          <w:sz w:val="28"/>
        </w:rPr>
        <w:t>6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3714C5" w:rsidRPr="000A5B76" w14:paraId="7D22A422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418597A6" w14:textId="77777777" w:rsidR="003714C5" w:rsidRPr="000A5B76" w:rsidRDefault="003714C5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D179EBC" w14:textId="77777777" w:rsidR="003714C5" w:rsidRPr="000A5B76" w:rsidRDefault="003714C5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E316D8F" w14:textId="77777777" w:rsidR="003714C5" w:rsidRPr="000A5B76" w:rsidRDefault="003714C5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944E9EE" w14:textId="77777777" w:rsidR="003714C5" w:rsidRPr="000A5B76" w:rsidRDefault="003714C5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3CF2747" w14:textId="77777777" w:rsidR="003714C5" w:rsidRPr="000A5B76" w:rsidRDefault="003714C5" w:rsidP="00161EC3">
            <w:r w:rsidRPr="000A5B76">
              <w:rPr>
                <w:b/>
              </w:rPr>
              <w:t>Encadreur</w:t>
            </w:r>
          </w:p>
        </w:tc>
      </w:tr>
      <w:tr w:rsidR="003714C5" w:rsidRPr="000A5B76" w14:paraId="75C7C589" w14:textId="77777777" w:rsidTr="00161EC3">
        <w:trPr>
          <w:jc w:val="center"/>
        </w:trPr>
        <w:tc>
          <w:tcPr>
            <w:tcW w:w="2108" w:type="dxa"/>
          </w:tcPr>
          <w:p w14:paraId="34FFA849" w14:textId="77777777" w:rsidR="003714C5" w:rsidRPr="000A5B76" w:rsidRDefault="003714C5" w:rsidP="00161EC3"/>
        </w:tc>
        <w:tc>
          <w:tcPr>
            <w:tcW w:w="2108" w:type="dxa"/>
          </w:tcPr>
          <w:p w14:paraId="4EE7BCC7" w14:textId="77777777" w:rsidR="003714C5" w:rsidRPr="000A5B76" w:rsidRDefault="003714C5" w:rsidP="00161EC3"/>
        </w:tc>
        <w:tc>
          <w:tcPr>
            <w:tcW w:w="2108" w:type="dxa"/>
          </w:tcPr>
          <w:p w14:paraId="2B420A57" w14:textId="77777777" w:rsidR="003714C5" w:rsidRPr="000A5B76" w:rsidRDefault="003714C5" w:rsidP="00161EC3"/>
        </w:tc>
        <w:tc>
          <w:tcPr>
            <w:tcW w:w="2108" w:type="dxa"/>
          </w:tcPr>
          <w:p w14:paraId="1F938299" w14:textId="77777777" w:rsidR="003714C5" w:rsidRPr="000A5B76" w:rsidRDefault="003714C5" w:rsidP="00161EC3"/>
        </w:tc>
        <w:tc>
          <w:tcPr>
            <w:tcW w:w="2108" w:type="dxa"/>
          </w:tcPr>
          <w:p w14:paraId="7905FCFF" w14:textId="77777777" w:rsidR="003714C5" w:rsidRPr="000A5B76" w:rsidRDefault="003714C5" w:rsidP="00161EC3"/>
        </w:tc>
      </w:tr>
    </w:tbl>
    <w:p w14:paraId="0BF1FF33" w14:textId="77777777" w:rsidR="003714C5" w:rsidRPr="000A5B76" w:rsidRDefault="003714C5" w:rsidP="003714C5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3714C5" w:rsidRPr="000A5B76" w14:paraId="54A2D656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5DD806B1" w14:textId="77777777" w:rsidR="003714C5" w:rsidRPr="000A5B76" w:rsidRDefault="003714C5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38592DC" w14:textId="77777777" w:rsidR="003714C5" w:rsidRPr="000A5B76" w:rsidRDefault="003714C5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65FE499" w14:textId="77777777" w:rsidR="003714C5" w:rsidRPr="000A5B76" w:rsidRDefault="003714C5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7D1CA40" w14:textId="77777777" w:rsidR="003714C5" w:rsidRPr="000A5B76" w:rsidRDefault="003714C5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648DF14" w14:textId="77777777" w:rsidR="003714C5" w:rsidRPr="000A5B76" w:rsidRDefault="003714C5" w:rsidP="00161EC3">
            <w:r w:rsidRPr="000A5B76">
              <w:rPr>
                <w:b/>
              </w:rPr>
              <w:t>À revoir</w:t>
            </w:r>
          </w:p>
        </w:tc>
      </w:tr>
      <w:tr w:rsidR="003714C5" w:rsidRPr="000A5B76" w14:paraId="1B59AAFE" w14:textId="77777777" w:rsidTr="00161EC3">
        <w:trPr>
          <w:jc w:val="center"/>
        </w:trPr>
        <w:tc>
          <w:tcPr>
            <w:tcW w:w="2108" w:type="dxa"/>
          </w:tcPr>
          <w:p w14:paraId="06057371" w14:textId="77777777" w:rsidR="003714C5" w:rsidRPr="000A5B76" w:rsidRDefault="003714C5" w:rsidP="00161EC3"/>
        </w:tc>
        <w:tc>
          <w:tcPr>
            <w:tcW w:w="2108" w:type="dxa"/>
          </w:tcPr>
          <w:p w14:paraId="1A2A737F" w14:textId="77777777" w:rsidR="003714C5" w:rsidRPr="000A5B76" w:rsidRDefault="003714C5" w:rsidP="00161EC3"/>
        </w:tc>
        <w:tc>
          <w:tcPr>
            <w:tcW w:w="2108" w:type="dxa"/>
          </w:tcPr>
          <w:p w14:paraId="699D8083" w14:textId="77777777" w:rsidR="003714C5" w:rsidRPr="000A5B76" w:rsidRDefault="003714C5" w:rsidP="00161EC3"/>
        </w:tc>
        <w:tc>
          <w:tcPr>
            <w:tcW w:w="2108" w:type="dxa"/>
          </w:tcPr>
          <w:p w14:paraId="5A581654" w14:textId="77777777" w:rsidR="003714C5" w:rsidRPr="000A5B76" w:rsidRDefault="003714C5" w:rsidP="00161EC3"/>
        </w:tc>
        <w:tc>
          <w:tcPr>
            <w:tcW w:w="2108" w:type="dxa"/>
          </w:tcPr>
          <w:p w14:paraId="005D6E36" w14:textId="77777777" w:rsidR="003714C5" w:rsidRPr="000A5B76" w:rsidRDefault="003714C5" w:rsidP="00161EC3"/>
        </w:tc>
      </w:tr>
      <w:tr w:rsidR="003714C5" w:rsidRPr="000A5B76" w14:paraId="59AA7CDF" w14:textId="77777777" w:rsidTr="00161EC3">
        <w:trPr>
          <w:jc w:val="center"/>
        </w:trPr>
        <w:tc>
          <w:tcPr>
            <w:tcW w:w="2108" w:type="dxa"/>
          </w:tcPr>
          <w:p w14:paraId="5A018D8B" w14:textId="77777777" w:rsidR="003714C5" w:rsidRPr="000A5B76" w:rsidRDefault="003714C5" w:rsidP="00161EC3"/>
        </w:tc>
        <w:tc>
          <w:tcPr>
            <w:tcW w:w="2108" w:type="dxa"/>
          </w:tcPr>
          <w:p w14:paraId="089FE95D" w14:textId="77777777" w:rsidR="003714C5" w:rsidRPr="000A5B76" w:rsidRDefault="003714C5" w:rsidP="00161EC3"/>
        </w:tc>
        <w:tc>
          <w:tcPr>
            <w:tcW w:w="2108" w:type="dxa"/>
          </w:tcPr>
          <w:p w14:paraId="79C83C6B" w14:textId="77777777" w:rsidR="003714C5" w:rsidRPr="000A5B76" w:rsidRDefault="003714C5" w:rsidP="00161EC3"/>
        </w:tc>
        <w:tc>
          <w:tcPr>
            <w:tcW w:w="2108" w:type="dxa"/>
          </w:tcPr>
          <w:p w14:paraId="11C2D873" w14:textId="77777777" w:rsidR="003714C5" w:rsidRPr="000A5B76" w:rsidRDefault="003714C5" w:rsidP="00161EC3"/>
        </w:tc>
        <w:tc>
          <w:tcPr>
            <w:tcW w:w="2108" w:type="dxa"/>
          </w:tcPr>
          <w:p w14:paraId="7AF665C0" w14:textId="77777777" w:rsidR="003714C5" w:rsidRPr="000A5B76" w:rsidRDefault="003714C5" w:rsidP="00161EC3"/>
        </w:tc>
      </w:tr>
      <w:tr w:rsidR="003714C5" w:rsidRPr="000A5B76" w14:paraId="3DAF587F" w14:textId="77777777" w:rsidTr="00161EC3">
        <w:trPr>
          <w:jc w:val="center"/>
        </w:trPr>
        <w:tc>
          <w:tcPr>
            <w:tcW w:w="2108" w:type="dxa"/>
          </w:tcPr>
          <w:p w14:paraId="7C85563E" w14:textId="77777777" w:rsidR="003714C5" w:rsidRPr="000A5B76" w:rsidRDefault="003714C5" w:rsidP="00161EC3"/>
        </w:tc>
        <w:tc>
          <w:tcPr>
            <w:tcW w:w="2108" w:type="dxa"/>
          </w:tcPr>
          <w:p w14:paraId="224A838F" w14:textId="77777777" w:rsidR="003714C5" w:rsidRPr="000A5B76" w:rsidRDefault="003714C5" w:rsidP="00161EC3"/>
        </w:tc>
        <w:tc>
          <w:tcPr>
            <w:tcW w:w="2108" w:type="dxa"/>
          </w:tcPr>
          <w:p w14:paraId="1FA5C251" w14:textId="77777777" w:rsidR="003714C5" w:rsidRPr="000A5B76" w:rsidRDefault="003714C5" w:rsidP="00161EC3"/>
        </w:tc>
        <w:tc>
          <w:tcPr>
            <w:tcW w:w="2108" w:type="dxa"/>
          </w:tcPr>
          <w:p w14:paraId="351C6E33" w14:textId="77777777" w:rsidR="003714C5" w:rsidRPr="000A5B76" w:rsidRDefault="003714C5" w:rsidP="00161EC3"/>
        </w:tc>
        <w:tc>
          <w:tcPr>
            <w:tcW w:w="2108" w:type="dxa"/>
          </w:tcPr>
          <w:p w14:paraId="1EBC6D07" w14:textId="77777777" w:rsidR="003714C5" w:rsidRPr="000A5B76" w:rsidRDefault="003714C5" w:rsidP="00161EC3"/>
        </w:tc>
      </w:tr>
      <w:tr w:rsidR="003714C5" w:rsidRPr="000A5B76" w14:paraId="084E88BB" w14:textId="77777777" w:rsidTr="00161EC3">
        <w:trPr>
          <w:jc w:val="center"/>
        </w:trPr>
        <w:tc>
          <w:tcPr>
            <w:tcW w:w="2108" w:type="dxa"/>
          </w:tcPr>
          <w:p w14:paraId="0AE2C766" w14:textId="77777777" w:rsidR="003714C5" w:rsidRPr="000A5B76" w:rsidRDefault="003714C5" w:rsidP="00161EC3"/>
        </w:tc>
        <w:tc>
          <w:tcPr>
            <w:tcW w:w="2108" w:type="dxa"/>
          </w:tcPr>
          <w:p w14:paraId="39083D91" w14:textId="77777777" w:rsidR="003714C5" w:rsidRPr="000A5B76" w:rsidRDefault="003714C5" w:rsidP="00161EC3"/>
        </w:tc>
        <w:tc>
          <w:tcPr>
            <w:tcW w:w="2108" w:type="dxa"/>
          </w:tcPr>
          <w:p w14:paraId="0C2EAF48" w14:textId="77777777" w:rsidR="003714C5" w:rsidRPr="000A5B76" w:rsidRDefault="003714C5" w:rsidP="00161EC3"/>
        </w:tc>
        <w:tc>
          <w:tcPr>
            <w:tcW w:w="2108" w:type="dxa"/>
          </w:tcPr>
          <w:p w14:paraId="76071B32" w14:textId="77777777" w:rsidR="003714C5" w:rsidRPr="000A5B76" w:rsidRDefault="003714C5" w:rsidP="00161EC3"/>
        </w:tc>
        <w:tc>
          <w:tcPr>
            <w:tcW w:w="2108" w:type="dxa"/>
          </w:tcPr>
          <w:p w14:paraId="09AB364B" w14:textId="77777777" w:rsidR="003714C5" w:rsidRPr="000A5B76" w:rsidRDefault="003714C5" w:rsidP="00161EC3"/>
        </w:tc>
      </w:tr>
      <w:tr w:rsidR="003714C5" w:rsidRPr="000A5B76" w14:paraId="6B163C1A" w14:textId="77777777" w:rsidTr="00161EC3">
        <w:trPr>
          <w:jc w:val="center"/>
        </w:trPr>
        <w:tc>
          <w:tcPr>
            <w:tcW w:w="2108" w:type="dxa"/>
          </w:tcPr>
          <w:p w14:paraId="47E02B3A" w14:textId="77777777" w:rsidR="003714C5" w:rsidRPr="000A5B76" w:rsidRDefault="003714C5" w:rsidP="00161EC3"/>
        </w:tc>
        <w:tc>
          <w:tcPr>
            <w:tcW w:w="2108" w:type="dxa"/>
          </w:tcPr>
          <w:p w14:paraId="7DE719DF" w14:textId="77777777" w:rsidR="003714C5" w:rsidRPr="000A5B76" w:rsidRDefault="003714C5" w:rsidP="00161EC3"/>
        </w:tc>
        <w:tc>
          <w:tcPr>
            <w:tcW w:w="2108" w:type="dxa"/>
          </w:tcPr>
          <w:p w14:paraId="25D87CFE" w14:textId="77777777" w:rsidR="003714C5" w:rsidRPr="000A5B76" w:rsidRDefault="003714C5" w:rsidP="00161EC3"/>
        </w:tc>
        <w:tc>
          <w:tcPr>
            <w:tcW w:w="2108" w:type="dxa"/>
          </w:tcPr>
          <w:p w14:paraId="7D3FF536" w14:textId="77777777" w:rsidR="003714C5" w:rsidRPr="000A5B76" w:rsidRDefault="003714C5" w:rsidP="00161EC3"/>
        </w:tc>
        <w:tc>
          <w:tcPr>
            <w:tcW w:w="2108" w:type="dxa"/>
          </w:tcPr>
          <w:p w14:paraId="19AF09C3" w14:textId="77777777" w:rsidR="003714C5" w:rsidRPr="000A5B76" w:rsidRDefault="003714C5" w:rsidP="00161EC3"/>
        </w:tc>
      </w:tr>
      <w:tr w:rsidR="003714C5" w:rsidRPr="000A5B76" w14:paraId="1D126E23" w14:textId="77777777" w:rsidTr="00161EC3">
        <w:trPr>
          <w:jc w:val="center"/>
        </w:trPr>
        <w:tc>
          <w:tcPr>
            <w:tcW w:w="2108" w:type="dxa"/>
          </w:tcPr>
          <w:p w14:paraId="4F0CAF79" w14:textId="77777777" w:rsidR="003714C5" w:rsidRPr="000A5B76" w:rsidRDefault="003714C5" w:rsidP="00161EC3"/>
        </w:tc>
        <w:tc>
          <w:tcPr>
            <w:tcW w:w="2108" w:type="dxa"/>
          </w:tcPr>
          <w:p w14:paraId="34B4A2E1" w14:textId="77777777" w:rsidR="003714C5" w:rsidRPr="000A5B76" w:rsidRDefault="003714C5" w:rsidP="00161EC3"/>
        </w:tc>
        <w:tc>
          <w:tcPr>
            <w:tcW w:w="2108" w:type="dxa"/>
          </w:tcPr>
          <w:p w14:paraId="10D95720" w14:textId="77777777" w:rsidR="003714C5" w:rsidRPr="000A5B76" w:rsidRDefault="003714C5" w:rsidP="00161EC3"/>
        </w:tc>
        <w:tc>
          <w:tcPr>
            <w:tcW w:w="2108" w:type="dxa"/>
          </w:tcPr>
          <w:p w14:paraId="7CF021BD" w14:textId="77777777" w:rsidR="003714C5" w:rsidRPr="000A5B76" w:rsidRDefault="003714C5" w:rsidP="00161EC3"/>
        </w:tc>
        <w:tc>
          <w:tcPr>
            <w:tcW w:w="2108" w:type="dxa"/>
          </w:tcPr>
          <w:p w14:paraId="234B5BEE" w14:textId="77777777" w:rsidR="003714C5" w:rsidRPr="000A5B76" w:rsidRDefault="003714C5" w:rsidP="00161EC3"/>
        </w:tc>
      </w:tr>
      <w:tr w:rsidR="003714C5" w:rsidRPr="000A5B76" w14:paraId="051EAE29" w14:textId="77777777" w:rsidTr="00161EC3">
        <w:trPr>
          <w:jc w:val="center"/>
        </w:trPr>
        <w:tc>
          <w:tcPr>
            <w:tcW w:w="2108" w:type="dxa"/>
          </w:tcPr>
          <w:p w14:paraId="671802CA" w14:textId="77777777" w:rsidR="003714C5" w:rsidRPr="000A5B76" w:rsidRDefault="003714C5" w:rsidP="00161EC3"/>
        </w:tc>
        <w:tc>
          <w:tcPr>
            <w:tcW w:w="2108" w:type="dxa"/>
          </w:tcPr>
          <w:p w14:paraId="1F2FE390" w14:textId="77777777" w:rsidR="003714C5" w:rsidRPr="000A5B76" w:rsidRDefault="003714C5" w:rsidP="00161EC3"/>
        </w:tc>
        <w:tc>
          <w:tcPr>
            <w:tcW w:w="2108" w:type="dxa"/>
          </w:tcPr>
          <w:p w14:paraId="0B39DF89" w14:textId="77777777" w:rsidR="003714C5" w:rsidRPr="000A5B76" w:rsidRDefault="003714C5" w:rsidP="00161EC3"/>
        </w:tc>
        <w:tc>
          <w:tcPr>
            <w:tcW w:w="2108" w:type="dxa"/>
          </w:tcPr>
          <w:p w14:paraId="4641448A" w14:textId="77777777" w:rsidR="003714C5" w:rsidRPr="000A5B76" w:rsidRDefault="003714C5" w:rsidP="00161EC3"/>
        </w:tc>
        <w:tc>
          <w:tcPr>
            <w:tcW w:w="2108" w:type="dxa"/>
          </w:tcPr>
          <w:p w14:paraId="50EF3DB2" w14:textId="77777777" w:rsidR="003714C5" w:rsidRPr="000A5B76" w:rsidRDefault="003714C5" w:rsidP="00161EC3"/>
        </w:tc>
      </w:tr>
      <w:tr w:rsidR="003714C5" w:rsidRPr="000A5B76" w14:paraId="6CFA7910" w14:textId="77777777" w:rsidTr="00161EC3">
        <w:trPr>
          <w:jc w:val="center"/>
        </w:trPr>
        <w:tc>
          <w:tcPr>
            <w:tcW w:w="2108" w:type="dxa"/>
          </w:tcPr>
          <w:p w14:paraId="050BFBDE" w14:textId="77777777" w:rsidR="003714C5" w:rsidRPr="000A5B76" w:rsidRDefault="003714C5" w:rsidP="00161EC3"/>
        </w:tc>
        <w:tc>
          <w:tcPr>
            <w:tcW w:w="2108" w:type="dxa"/>
          </w:tcPr>
          <w:p w14:paraId="37CA2421" w14:textId="77777777" w:rsidR="003714C5" w:rsidRPr="000A5B76" w:rsidRDefault="003714C5" w:rsidP="00161EC3"/>
        </w:tc>
        <w:tc>
          <w:tcPr>
            <w:tcW w:w="2108" w:type="dxa"/>
          </w:tcPr>
          <w:p w14:paraId="60D8CD78" w14:textId="77777777" w:rsidR="003714C5" w:rsidRPr="000A5B76" w:rsidRDefault="003714C5" w:rsidP="00161EC3"/>
        </w:tc>
        <w:tc>
          <w:tcPr>
            <w:tcW w:w="2108" w:type="dxa"/>
          </w:tcPr>
          <w:p w14:paraId="784F595F" w14:textId="77777777" w:rsidR="003714C5" w:rsidRPr="000A5B76" w:rsidRDefault="003714C5" w:rsidP="00161EC3"/>
        </w:tc>
        <w:tc>
          <w:tcPr>
            <w:tcW w:w="2108" w:type="dxa"/>
          </w:tcPr>
          <w:p w14:paraId="1724771E" w14:textId="77777777" w:rsidR="003714C5" w:rsidRPr="000A5B76" w:rsidRDefault="003714C5" w:rsidP="00161EC3"/>
        </w:tc>
      </w:tr>
    </w:tbl>
    <w:p w14:paraId="6003395F" w14:textId="77777777" w:rsidR="003714C5" w:rsidRPr="000A5B76" w:rsidRDefault="003714C5" w:rsidP="003714C5">
      <w:r w:rsidRPr="000A5B76">
        <w:br/>
        <w:t>Ce que j’ai appris aujourd’hui :</w:t>
      </w:r>
    </w:p>
    <w:p w14:paraId="76BCD457" w14:textId="77777777" w:rsidR="003714C5" w:rsidRPr="000A5B76" w:rsidRDefault="003714C5" w:rsidP="003714C5">
      <w:r w:rsidRPr="000A5B76">
        <w:t>________________________________________________________________________</w:t>
      </w:r>
    </w:p>
    <w:p w14:paraId="452AFDD9" w14:textId="77777777" w:rsidR="003714C5" w:rsidRPr="000A5B76" w:rsidRDefault="003714C5" w:rsidP="003714C5">
      <w:r w:rsidRPr="000A5B76">
        <w:t>________________________________________________________________________</w:t>
      </w:r>
    </w:p>
    <w:p w14:paraId="1D594B92" w14:textId="77777777" w:rsidR="003714C5" w:rsidRPr="000A5B76" w:rsidRDefault="003714C5" w:rsidP="003714C5">
      <w:r w:rsidRPr="000A5B76">
        <w:t>________________________________________________________________________</w:t>
      </w:r>
    </w:p>
    <w:p w14:paraId="05B4DC6F" w14:textId="77777777" w:rsidR="003714C5" w:rsidRPr="000A5B76" w:rsidRDefault="003714C5" w:rsidP="003714C5">
      <w:r w:rsidRPr="000A5B76">
        <w:t>________________________________________________________________________</w:t>
      </w:r>
    </w:p>
    <w:p w14:paraId="0679513D" w14:textId="77777777" w:rsidR="003714C5" w:rsidRPr="000A5B76" w:rsidRDefault="003714C5" w:rsidP="003714C5">
      <w:r w:rsidRPr="000A5B76">
        <w:t>Difficultés / questions à poser :</w:t>
      </w:r>
    </w:p>
    <w:p w14:paraId="772E4C80" w14:textId="77777777" w:rsidR="003714C5" w:rsidRPr="000A5B76" w:rsidRDefault="003714C5" w:rsidP="003714C5">
      <w:r w:rsidRPr="000A5B76">
        <w:t>________________________________________________________________________</w:t>
      </w:r>
    </w:p>
    <w:p w14:paraId="4639C54F" w14:textId="77777777" w:rsidR="003714C5" w:rsidRPr="000A5B76" w:rsidRDefault="003714C5" w:rsidP="003714C5">
      <w:r w:rsidRPr="000A5B76">
        <w:t>________________________________________________________________________</w:t>
      </w:r>
    </w:p>
    <w:p w14:paraId="31533673" w14:textId="77777777" w:rsidR="003714C5" w:rsidRPr="000A5B76" w:rsidRDefault="003714C5" w:rsidP="003714C5">
      <w:r w:rsidRPr="000A5B76">
        <w:lastRenderedPageBreak/>
        <w:t>________________________________________________________________________</w:t>
      </w:r>
    </w:p>
    <w:p w14:paraId="605CAFF1" w14:textId="77777777" w:rsidR="003714C5" w:rsidRPr="000A5B76" w:rsidRDefault="003714C5" w:rsidP="003714C5">
      <w:r w:rsidRPr="000A5B76">
        <w:t>Signature / visa de l’encadreur : ______________________________</w:t>
      </w:r>
    </w:p>
    <w:p w14:paraId="5FA229EB" w14:textId="77777777" w:rsidR="000A5B76" w:rsidRDefault="000A5B76">
      <w:pPr>
        <w:rPr>
          <w:b/>
          <w:sz w:val="28"/>
        </w:rPr>
      </w:pPr>
    </w:p>
    <w:p w14:paraId="053D950F" w14:textId="77777777" w:rsidR="000A5B76" w:rsidRDefault="000A5B76">
      <w:pPr>
        <w:rPr>
          <w:b/>
          <w:sz w:val="28"/>
        </w:rPr>
      </w:pPr>
    </w:p>
    <w:p w14:paraId="65FF471D" w14:textId="77777777" w:rsidR="000A5B76" w:rsidRDefault="000A5B76">
      <w:pPr>
        <w:rPr>
          <w:b/>
          <w:sz w:val="28"/>
        </w:rPr>
      </w:pPr>
    </w:p>
    <w:p w14:paraId="06F8B703" w14:textId="77777777" w:rsidR="000A5B76" w:rsidRDefault="000A5B76">
      <w:pPr>
        <w:rPr>
          <w:b/>
          <w:sz w:val="28"/>
        </w:rPr>
      </w:pPr>
    </w:p>
    <w:p w14:paraId="49F4EBB6" w14:textId="77777777" w:rsidR="004B2EBA" w:rsidRDefault="004B2EBA">
      <w:pPr>
        <w:rPr>
          <w:b/>
          <w:sz w:val="28"/>
        </w:rPr>
      </w:pPr>
    </w:p>
    <w:p w14:paraId="234A4446" w14:textId="77777777" w:rsidR="004B2EBA" w:rsidRDefault="004B2EBA">
      <w:pPr>
        <w:rPr>
          <w:b/>
          <w:sz w:val="28"/>
        </w:rPr>
      </w:pPr>
    </w:p>
    <w:p w14:paraId="2E94CC86" w14:textId="77777777" w:rsidR="004B2EBA" w:rsidRDefault="004B2EBA">
      <w:pPr>
        <w:rPr>
          <w:b/>
          <w:sz w:val="28"/>
        </w:rPr>
      </w:pPr>
    </w:p>
    <w:p w14:paraId="7AA7A450" w14:textId="77777777" w:rsidR="004B2EBA" w:rsidRDefault="004B2EBA">
      <w:pPr>
        <w:rPr>
          <w:b/>
          <w:sz w:val="28"/>
        </w:rPr>
      </w:pPr>
    </w:p>
    <w:p w14:paraId="15F9B4A0" w14:textId="77777777" w:rsidR="004B2EBA" w:rsidRDefault="004B2EBA">
      <w:pPr>
        <w:rPr>
          <w:b/>
          <w:sz w:val="28"/>
        </w:rPr>
      </w:pPr>
    </w:p>
    <w:p w14:paraId="296C6C9E" w14:textId="77777777" w:rsidR="00D70074" w:rsidRDefault="00D70074" w:rsidP="00460301">
      <w:pPr>
        <w:rPr>
          <w:b/>
          <w:sz w:val="28"/>
        </w:rPr>
      </w:pPr>
    </w:p>
    <w:p w14:paraId="2AA3F4AC" w14:textId="77777777" w:rsidR="00CF7016" w:rsidRDefault="00CF7016" w:rsidP="00460301">
      <w:pPr>
        <w:rPr>
          <w:b/>
          <w:sz w:val="28"/>
        </w:rPr>
      </w:pPr>
    </w:p>
    <w:p w14:paraId="444A46A3" w14:textId="77777777" w:rsidR="00CF7016" w:rsidRDefault="00CF7016" w:rsidP="00460301">
      <w:pPr>
        <w:rPr>
          <w:b/>
          <w:sz w:val="28"/>
        </w:rPr>
      </w:pPr>
    </w:p>
    <w:p w14:paraId="2DDDAEDD" w14:textId="77777777" w:rsidR="00CF7016" w:rsidRDefault="00CF7016" w:rsidP="00460301">
      <w:pPr>
        <w:rPr>
          <w:b/>
          <w:sz w:val="28"/>
        </w:rPr>
      </w:pPr>
    </w:p>
    <w:p w14:paraId="499FEFC0" w14:textId="77777777" w:rsidR="00CF7016" w:rsidRDefault="00CF7016" w:rsidP="00460301">
      <w:pPr>
        <w:rPr>
          <w:b/>
          <w:sz w:val="28"/>
        </w:rPr>
      </w:pPr>
    </w:p>
    <w:p w14:paraId="57B4359E" w14:textId="77777777" w:rsidR="00CF7016" w:rsidRDefault="00CF7016" w:rsidP="00460301">
      <w:pPr>
        <w:rPr>
          <w:b/>
          <w:sz w:val="28"/>
        </w:rPr>
      </w:pPr>
    </w:p>
    <w:p w14:paraId="5506A936" w14:textId="77777777" w:rsidR="00CF7016" w:rsidRDefault="00CF7016" w:rsidP="00460301">
      <w:pPr>
        <w:rPr>
          <w:b/>
          <w:sz w:val="28"/>
        </w:rPr>
      </w:pPr>
    </w:p>
    <w:p w14:paraId="25AB7341" w14:textId="3779C1A5" w:rsidR="00460301" w:rsidRPr="000A5B76" w:rsidRDefault="00460301" w:rsidP="00460301">
      <w:r w:rsidRPr="000A5B76">
        <w:rPr>
          <w:b/>
          <w:sz w:val="28"/>
        </w:rPr>
        <w:lastRenderedPageBreak/>
        <w:t>2. FICHE JOURNALIÈRE — JOUR 1</w:t>
      </w:r>
      <w:r>
        <w:rPr>
          <w:b/>
          <w:sz w:val="28"/>
        </w:rPr>
        <w:t>7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460301" w:rsidRPr="000A5B76" w14:paraId="2091E353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3D713C23" w14:textId="77777777" w:rsidR="00460301" w:rsidRPr="000A5B76" w:rsidRDefault="00460301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C1CD50B" w14:textId="77777777" w:rsidR="00460301" w:rsidRPr="000A5B76" w:rsidRDefault="00460301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925E807" w14:textId="77777777" w:rsidR="00460301" w:rsidRPr="000A5B76" w:rsidRDefault="00460301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E4336FF" w14:textId="77777777" w:rsidR="00460301" w:rsidRPr="000A5B76" w:rsidRDefault="00460301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3A1C866" w14:textId="77777777" w:rsidR="00460301" w:rsidRPr="000A5B76" w:rsidRDefault="00460301" w:rsidP="00161EC3">
            <w:r w:rsidRPr="000A5B76">
              <w:rPr>
                <w:b/>
              </w:rPr>
              <w:t>Encadreur</w:t>
            </w:r>
          </w:p>
        </w:tc>
      </w:tr>
      <w:tr w:rsidR="00460301" w:rsidRPr="000A5B76" w14:paraId="38BB9D9C" w14:textId="77777777" w:rsidTr="00161EC3">
        <w:trPr>
          <w:jc w:val="center"/>
        </w:trPr>
        <w:tc>
          <w:tcPr>
            <w:tcW w:w="2108" w:type="dxa"/>
          </w:tcPr>
          <w:p w14:paraId="17CA9AC8" w14:textId="77777777" w:rsidR="00460301" w:rsidRPr="000A5B76" w:rsidRDefault="00460301" w:rsidP="00161EC3"/>
        </w:tc>
        <w:tc>
          <w:tcPr>
            <w:tcW w:w="2108" w:type="dxa"/>
          </w:tcPr>
          <w:p w14:paraId="52A0A3E7" w14:textId="77777777" w:rsidR="00460301" w:rsidRPr="000A5B76" w:rsidRDefault="00460301" w:rsidP="00161EC3"/>
        </w:tc>
        <w:tc>
          <w:tcPr>
            <w:tcW w:w="2108" w:type="dxa"/>
          </w:tcPr>
          <w:p w14:paraId="77BCA610" w14:textId="77777777" w:rsidR="00460301" w:rsidRPr="000A5B76" w:rsidRDefault="00460301" w:rsidP="00161EC3"/>
        </w:tc>
        <w:tc>
          <w:tcPr>
            <w:tcW w:w="2108" w:type="dxa"/>
          </w:tcPr>
          <w:p w14:paraId="1B3BA927" w14:textId="77777777" w:rsidR="00460301" w:rsidRPr="000A5B76" w:rsidRDefault="00460301" w:rsidP="00161EC3"/>
        </w:tc>
        <w:tc>
          <w:tcPr>
            <w:tcW w:w="2108" w:type="dxa"/>
          </w:tcPr>
          <w:p w14:paraId="5AD50207" w14:textId="77777777" w:rsidR="00460301" w:rsidRPr="000A5B76" w:rsidRDefault="00460301" w:rsidP="00161EC3"/>
        </w:tc>
      </w:tr>
    </w:tbl>
    <w:p w14:paraId="109A4610" w14:textId="77777777" w:rsidR="00460301" w:rsidRPr="000A5B76" w:rsidRDefault="00460301" w:rsidP="00460301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460301" w:rsidRPr="000A5B76" w14:paraId="718E954A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097E85DE" w14:textId="77777777" w:rsidR="00460301" w:rsidRPr="000A5B76" w:rsidRDefault="00460301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5E25603" w14:textId="77777777" w:rsidR="00460301" w:rsidRPr="000A5B76" w:rsidRDefault="00460301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70A8C0D" w14:textId="77777777" w:rsidR="00460301" w:rsidRPr="000A5B76" w:rsidRDefault="00460301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AABBC32" w14:textId="77777777" w:rsidR="00460301" w:rsidRPr="000A5B76" w:rsidRDefault="00460301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95F8C1A" w14:textId="77777777" w:rsidR="00460301" w:rsidRPr="000A5B76" w:rsidRDefault="00460301" w:rsidP="00161EC3">
            <w:r w:rsidRPr="000A5B76">
              <w:rPr>
                <w:b/>
              </w:rPr>
              <w:t>À revoir</w:t>
            </w:r>
          </w:p>
        </w:tc>
      </w:tr>
      <w:tr w:rsidR="00460301" w:rsidRPr="000A5B76" w14:paraId="109E24C2" w14:textId="77777777" w:rsidTr="00161EC3">
        <w:trPr>
          <w:jc w:val="center"/>
        </w:trPr>
        <w:tc>
          <w:tcPr>
            <w:tcW w:w="2108" w:type="dxa"/>
          </w:tcPr>
          <w:p w14:paraId="06021B8B" w14:textId="77777777" w:rsidR="00460301" w:rsidRPr="000A5B76" w:rsidRDefault="00460301" w:rsidP="00161EC3"/>
        </w:tc>
        <w:tc>
          <w:tcPr>
            <w:tcW w:w="2108" w:type="dxa"/>
          </w:tcPr>
          <w:p w14:paraId="19E74717" w14:textId="77777777" w:rsidR="00460301" w:rsidRPr="000A5B76" w:rsidRDefault="00460301" w:rsidP="00161EC3"/>
        </w:tc>
        <w:tc>
          <w:tcPr>
            <w:tcW w:w="2108" w:type="dxa"/>
          </w:tcPr>
          <w:p w14:paraId="589EFB8B" w14:textId="77777777" w:rsidR="00460301" w:rsidRPr="000A5B76" w:rsidRDefault="00460301" w:rsidP="00161EC3"/>
        </w:tc>
        <w:tc>
          <w:tcPr>
            <w:tcW w:w="2108" w:type="dxa"/>
          </w:tcPr>
          <w:p w14:paraId="6624FA8E" w14:textId="77777777" w:rsidR="00460301" w:rsidRPr="000A5B76" w:rsidRDefault="00460301" w:rsidP="00161EC3"/>
        </w:tc>
        <w:tc>
          <w:tcPr>
            <w:tcW w:w="2108" w:type="dxa"/>
          </w:tcPr>
          <w:p w14:paraId="33AD0B7A" w14:textId="77777777" w:rsidR="00460301" w:rsidRPr="000A5B76" w:rsidRDefault="00460301" w:rsidP="00161EC3"/>
        </w:tc>
      </w:tr>
      <w:tr w:rsidR="00460301" w:rsidRPr="000A5B76" w14:paraId="40669CAA" w14:textId="77777777" w:rsidTr="00161EC3">
        <w:trPr>
          <w:jc w:val="center"/>
        </w:trPr>
        <w:tc>
          <w:tcPr>
            <w:tcW w:w="2108" w:type="dxa"/>
          </w:tcPr>
          <w:p w14:paraId="1DF4ED5C" w14:textId="77777777" w:rsidR="00460301" w:rsidRPr="000A5B76" w:rsidRDefault="00460301" w:rsidP="00161EC3"/>
        </w:tc>
        <w:tc>
          <w:tcPr>
            <w:tcW w:w="2108" w:type="dxa"/>
          </w:tcPr>
          <w:p w14:paraId="5842B5D1" w14:textId="77777777" w:rsidR="00460301" w:rsidRPr="000A5B76" w:rsidRDefault="00460301" w:rsidP="00161EC3"/>
        </w:tc>
        <w:tc>
          <w:tcPr>
            <w:tcW w:w="2108" w:type="dxa"/>
          </w:tcPr>
          <w:p w14:paraId="1245F323" w14:textId="77777777" w:rsidR="00460301" w:rsidRPr="000A5B76" w:rsidRDefault="00460301" w:rsidP="00161EC3"/>
        </w:tc>
        <w:tc>
          <w:tcPr>
            <w:tcW w:w="2108" w:type="dxa"/>
          </w:tcPr>
          <w:p w14:paraId="208D41E2" w14:textId="77777777" w:rsidR="00460301" w:rsidRPr="000A5B76" w:rsidRDefault="00460301" w:rsidP="00161EC3"/>
        </w:tc>
        <w:tc>
          <w:tcPr>
            <w:tcW w:w="2108" w:type="dxa"/>
          </w:tcPr>
          <w:p w14:paraId="66254F78" w14:textId="77777777" w:rsidR="00460301" w:rsidRPr="000A5B76" w:rsidRDefault="00460301" w:rsidP="00161EC3"/>
        </w:tc>
      </w:tr>
      <w:tr w:rsidR="00460301" w:rsidRPr="000A5B76" w14:paraId="6A3E34C9" w14:textId="77777777" w:rsidTr="00161EC3">
        <w:trPr>
          <w:jc w:val="center"/>
        </w:trPr>
        <w:tc>
          <w:tcPr>
            <w:tcW w:w="2108" w:type="dxa"/>
          </w:tcPr>
          <w:p w14:paraId="3B94F914" w14:textId="77777777" w:rsidR="00460301" w:rsidRPr="000A5B76" w:rsidRDefault="00460301" w:rsidP="00161EC3"/>
        </w:tc>
        <w:tc>
          <w:tcPr>
            <w:tcW w:w="2108" w:type="dxa"/>
          </w:tcPr>
          <w:p w14:paraId="5D244D81" w14:textId="77777777" w:rsidR="00460301" w:rsidRPr="000A5B76" w:rsidRDefault="00460301" w:rsidP="00161EC3"/>
        </w:tc>
        <w:tc>
          <w:tcPr>
            <w:tcW w:w="2108" w:type="dxa"/>
          </w:tcPr>
          <w:p w14:paraId="54BE3484" w14:textId="77777777" w:rsidR="00460301" w:rsidRPr="000A5B76" w:rsidRDefault="00460301" w:rsidP="00161EC3"/>
        </w:tc>
        <w:tc>
          <w:tcPr>
            <w:tcW w:w="2108" w:type="dxa"/>
          </w:tcPr>
          <w:p w14:paraId="1FF17FF3" w14:textId="77777777" w:rsidR="00460301" w:rsidRPr="000A5B76" w:rsidRDefault="00460301" w:rsidP="00161EC3"/>
        </w:tc>
        <w:tc>
          <w:tcPr>
            <w:tcW w:w="2108" w:type="dxa"/>
          </w:tcPr>
          <w:p w14:paraId="0EC65882" w14:textId="77777777" w:rsidR="00460301" w:rsidRPr="000A5B76" w:rsidRDefault="00460301" w:rsidP="00161EC3"/>
        </w:tc>
      </w:tr>
      <w:tr w:rsidR="00460301" w:rsidRPr="000A5B76" w14:paraId="00D6F55E" w14:textId="77777777" w:rsidTr="00161EC3">
        <w:trPr>
          <w:jc w:val="center"/>
        </w:trPr>
        <w:tc>
          <w:tcPr>
            <w:tcW w:w="2108" w:type="dxa"/>
          </w:tcPr>
          <w:p w14:paraId="6F7C00BF" w14:textId="77777777" w:rsidR="00460301" w:rsidRPr="000A5B76" w:rsidRDefault="00460301" w:rsidP="00161EC3"/>
        </w:tc>
        <w:tc>
          <w:tcPr>
            <w:tcW w:w="2108" w:type="dxa"/>
          </w:tcPr>
          <w:p w14:paraId="033597A7" w14:textId="77777777" w:rsidR="00460301" w:rsidRPr="000A5B76" w:rsidRDefault="00460301" w:rsidP="00161EC3"/>
        </w:tc>
        <w:tc>
          <w:tcPr>
            <w:tcW w:w="2108" w:type="dxa"/>
          </w:tcPr>
          <w:p w14:paraId="3A078350" w14:textId="77777777" w:rsidR="00460301" w:rsidRPr="000A5B76" w:rsidRDefault="00460301" w:rsidP="00161EC3"/>
        </w:tc>
        <w:tc>
          <w:tcPr>
            <w:tcW w:w="2108" w:type="dxa"/>
          </w:tcPr>
          <w:p w14:paraId="4D455CE5" w14:textId="77777777" w:rsidR="00460301" w:rsidRPr="000A5B76" w:rsidRDefault="00460301" w:rsidP="00161EC3"/>
        </w:tc>
        <w:tc>
          <w:tcPr>
            <w:tcW w:w="2108" w:type="dxa"/>
          </w:tcPr>
          <w:p w14:paraId="79099CF2" w14:textId="77777777" w:rsidR="00460301" w:rsidRPr="000A5B76" w:rsidRDefault="00460301" w:rsidP="00161EC3"/>
        </w:tc>
      </w:tr>
      <w:tr w:rsidR="00460301" w:rsidRPr="000A5B76" w14:paraId="743077C9" w14:textId="77777777" w:rsidTr="00161EC3">
        <w:trPr>
          <w:jc w:val="center"/>
        </w:trPr>
        <w:tc>
          <w:tcPr>
            <w:tcW w:w="2108" w:type="dxa"/>
          </w:tcPr>
          <w:p w14:paraId="518FB797" w14:textId="77777777" w:rsidR="00460301" w:rsidRPr="000A5B76" w:rsidRDefault="00460301" w:rsidP="00161EC3"/>
        </w:tc>
        <w:tc>
          <w:tcPr>
            <w:tcW w:w="2108" w:type="dxa"/>
          </w:tcPr>
          <w:p w14:paraId="11830EA6" w14:textId="77777777" w:rsidR="00460301" w:rsidRPr="000A5B76" w:rsidRDefault="00460301" w:rsidP="00161EC3"/>
        </w:tc>
        <w:tc>
          <w:tcPr>
            <w:tcW w:w="2108" w:type="dxa"/>
          </w:tcPr>
          <w:p w14:paraId="6BD5BFBB" w14:textId="77777777" w:rsidR="00460301" w:rsidRPr="000A5B76" w:rsidRDefault="00460301" w:rsidP="00161EC3"/>
        </w:tc>
        <w:tc>
          <w:tcPr>
            <w:tcW w:w="2108" w:type="dxa"/>
          </w:tcPr>
          <w:p w14:paraId="02296971" w14:textId="77777777" w:rsidR="00460301" w:rsidRPr="000A5B76" w:rsidRDefault="00460301" w:rsidP="00161EC3"/>
        </w:tc>
        <w:tc>
          <w:tcPr>
            <w:tcW w:w="2108" w:type="dxa"/>
          </w:tcPr>
          <w:p w14:paraId="09BEB4F3" w14:textId="77777777" w:rsidR="00460301" w:rsidRPr="000A5B76" w:rsidRDefault="00460301" w:rsidP="00161EC3"/>
        </w:tc>
      </w:tr>
      <w:tr w:rsidR="00460301" w:rsidRPr="000A5B76" w14:paraId="044B3D9E" w14:textId="77777777" w:rsidTr="00161EC3">
        <w:trPr>
          <w:jc w:val="center"/>
        </w:trPr>
        <w:tc>
          <w:tcPr>
            <w:tcW w:w="2108" w:type="dxa"/>
          </w:tcPr>
          <w:p w14:paraId="027062FC" w14:textId="77777777" w:rsidR="00460301" w:rsidRPr="000A5B76" w:rsidRDefault="00460301" w:rsidP="00161EC3"/>
        </w:tc>
        <w:tc>
          <w:tcPr>
            <w:tcW w:w="2108" w:type="dxa"/>
          </w:tcPr>
          <w:p w14:paraId="2C920363" w14:textId="77777777" w:rsidR="00460301" w:rsidRPr="000A5B76" w:rsidRDefault="00460301" w:rsidP="00161EC3"/>
        </w:tc>
        <w:tc>
          <w:tcPr>
            <w:tcW w:w="2108" w:type="dxa"/>
          </w:tcPr>
          <w:p w14:paraId="7898BC63" w14:textId="77777777" w:rsidR="00460301" w:rsidRPr="000A5B76" w:rsidRDefault="00460301" w:rsidP="00161EC3"/>
        </w:tc>
        <w:tc>
          <w:tcPr>
            <w:tcW w:w="2108" w:type="dxa"/>
          </w:tcPr>
          <w:p w14:paraId="1680277D" w14:textId="77777777" w:rsidR="00460301" w:rsidRPr="000A5B76" w:rsidRDefault="00460301" w:rsidP="00161EC3"/>
        </w:tc>
        <w:tc>
          <w:tcPr>
            <w:tcW w:w="2108" w:type="dxa"/>
          </w:tcPr>
          <w:p w14:paraId="4D77B443" w14:textId="77777777" w:rsidR="00460301" w:rsidRPr="000A5B76" w:rsidRDefault="00460301" w:rsidP="00161EC3"/>
        </w:tc>
      </w:tr>
      <w:tr w:rsidR="00460301" w:rsidRPr="000A5B76" w14:paraId="1F4A9EF6" w14:textId="77777777" w:rsidTr="00161EC3">
        <w:trPr>
          <w:jc w:val="center"/>
        </w:trPr>
        <w:tc>
          <w:tcPr>
            <w:tcW w:w="2108" w:type="dxa"/>
          </w:tcPr>
          <w:p w14:paraId="5587909E" w14:textId="77777777" w:rsidR="00460301" w:rsidRPr="000A5B76" w:rsidRDefault="00460301" w:rsidP="00161EC3"/>
        </w:tc>
        <w:tc>
          <w:tcPr>
            <w:tcW w:w="2108" w:type="dxa"/>
          </w:tcPr>
          <w:p w14:paraId="4CC3DC68" w14:textId="77777777" w:rsidR="00460301" w:rsidRPr="000A5B76" w:rsidRDefault="00460301" w:rsidP="00161EC3"/>
        </w:tc>
        <w:tc>
          <w:tcPr>
            <w:tcW w:w="2108" w:type="dxa"/>
          </w:tcPr>
          <w:p w14:paraId="10EB67E9" w14:textId="77777777" w:rsidR="00460301" w:rsidRPr="000A5B76" w:rsidRDefault="00460301" w:rsidP="00161EC3"/>
        </w:tc>
        <w:tc>
          <w:tcPr>
            <w:tcW w:w="2108" w:type="dxa"/>
          </w:tcPr>
          <w:p w14:paraId="31FE1F3A" w14:textId="77777777" w:rsidR="00460301" w:rsidRPr="000A5B76" w:rsidRDefault="00460301" w:rsidP="00161EC3"/>
        </w:tc>
        <w:tc>
          <w:tcPr>
            <w:tcW w:w="2108" w:type="dxa"/>
          </w:tcPr>
          <w:p w14:paraId="7D00B5C7" w14:textId="77777777" w:rsidR="00460301" w:rsidRPr="000A5B76" w:rsidRDefault="00460301" w:rsidP="00161EC3"/>
        </w:tc>
      </w:tr>
      <w:tr w:rsidR="00460301" w:rsidRPr="000A5B76" w14:paraId="36547748" w14:textId="77777777" w:rsidTr="00161EC3">
        <w:trPr>
          <w:jc w:val="center"/>
        </w:trPr>
        <w:tc>
          <w:tcPr>
            <w:tcW w:w="2108" w:type="dxa"/>
          </w:tcPr>
          <w:p w14:paraId="0CC10D06" w14:textId="77777777" w:rsidR="00460301" w:rsidRPr="000A5B76" w:rsidRDefault="00460301" w:rsidP="00161EC3"/>
        </w:tc>
        <w:tc>
          <w:tcPr>
            <w:tcW w:w="2108" w:type="dxa"/>
          </w:tcPr>
          <w:p w14:paraId="651D67DC" w14:textId="77777777" w:rsidR="00460301" w:rsidRPr="000A5B76" w:rsidRDefault="00460301" w:rsidP="00161EC3"/>
        </w:tc>
        <w:tc>
          <w:tcPr>
            <w:tcW w:w="2108" w:type="dxa"/>
          </w:tcPr>
          <w:p w14:paraId="3426441B" w14:textId="77777777" w:rsidR="00460301" w:rsidRPr="000A5B76" w:rsidRDefault="00460301" w:rsidP="00161EC3"/>
        </w:tc>
        <w:tc>
          <w:tcPr>
            <w:tcW w:w="2108" w:type="dxa"/>
          </w:tcPr>
          <w:p w14:paraId="3B0F89D7" w14:textId="77777777" w:rsidR="00460301" w:rsidRPr="000A5B76" w:rsidRDefault="00460301" w:rsidP="00161EC3"/>
        </w:tc>
        <w:tc>
          <w:tcPr>
            <w:tcW w:w="2108" w:type="dxa"/>
          </w:tcPr>
          <w:p w14:paraId="5E27C243" w14:textId="77777777" w:rsidR="00460301" w:rsidRPr="000A5B76" w:rsidRDefault="00460301" w:rsidP="00161EC3"/>
        </w:tc>
      </w:tr>
    </w:tbl>
    <w:p w14:paraId="6170D10F" w14:textId="77777777" w:rsidR="00460301" w:rsidRPr="000A5B76" w:rsidRDefault="00460301" w:rsidP="00460301">
      <w:r w:rsidRPr="000A5B76">
        <w:br/>
        <w:t>Ce que j’ai appris aujourd’hui :</w:t>
      </w:r>
    </w:p>
    <w:p w14:paraId="4011065D" w14:textId="77777777" w:rsidR="00460301" w:rsidRPr="000A5B76" w:rsidRDefault="00460301" w:rsidP="00460301">
      <w:r w:rsidRPr="000A5B76">
        <w:t>________________________________________________________________________</w:t>
      </w:r>
    </w:p>
    <w:p w14:paraId="682DF66C" w14:textId="77777777" w:rsidR="00460301" w:rsidRPr="000A5B76" w:rsidRDefault="00460301" w:rsidP="00460301">
      <w:r w:rsidRPr="000A5B76">
        <w:t>________________________________________________________________________</w:t>
      </w:r>
    </w:p>
    <w:p w14:paraId="465388DE" w14:textId="77777777" w:rsidR="00460301" w:rsidRPr="000A5B76" w:rsidRDefault="00460301" w:rsidP="00460301">
      <w:r w:rsidRPr="000A5B76">
        <w:t>________________________________________________________________________</w:t>
      </w:r>
    </w:p>
    <w:p w14:paraId="0DB67B40" w14:textId="77777777" w:rsidR="00460301" w:rsidRPr="000A5B76" w:rsidRDefault="00460301" w:rsidP="00460301">
      <w:r w:rsidRPr="000A5B76">
        <w:t>________________________________________________________________________</w:t>
      </w:r>
    </w:p>
    <w:p w14:paraId="2CA30E7B" w14:textId="77777777" w:rsidR="00460301" w:rsidRPr="000A5B76" w:rsidRDefault="00460301" w:rsidP="00460301">
      <w:r w:rsidRPr="000A5B76">
        <w:t>Difficultés / questions à poser :</w:t>
      </w:r>
    </w:p>
    <w:p w14:paraId="066F626C" w14:textId="77777777" w:rsidR="00460301" w:rsidRPr="000A5B76" w:rsidRDefault="00460301" w:rsidP="00460301">
      <w:r w:rsidRPr="000A5B76">
        <w:t>________________________________________________________________________</w:t>
      </w:r>
    </w:p>
    <w:p w14:paraId="7A1F85A0" w14:textId="77777777" w:rsidR="00460301" w:rsidRPr="000A5B76" w:rsidRDefault="00460301" w:rsidP="00460301">
      <w:r w:rsidRPr="000A5B76">
        <w:t>________________________________________________________________________</w:t>
      </w:r>
    </w:p>
    <w:p w14:paraId="26563467" w14:textId="77777777" w:rsidR="00460301" w:rsidRPr="000A5B76" w:rsidRDefault="00460301" w:rsidP="00460301">
      <w:r w:rsidRPr="000A5B76">
        <w:lastRenderedPageBreak/>
        <w:t>________________________________________________________________________</w:t>
      </w:r>
    </w:p>
    <w:p w14:paraId="54250ED6" w14:textId="77777777" w:rsidR="00460301" w:rsidRPr="000A5B76" w:rsidRDefault="00460301" w:rsidP="00460301">
      <w:r w:rsidRPr="000A5B76">
        <w:t>Signature / visa de l’encadreur : ______________________________</w:t>
      </w:r>
    </w:p>
    <w:p w14:paraId="52C613B5" w14:textId="77777777" w:rsidR="004B2EBA" w:rsidRDefault="004B2EBA">
      <w:pPr>
        <w:rPr>
          <w:b/>
          <w:sz w:val="28"/>
        </w:rPr>
      </w:pPr>
    </w:p>
    <w:p w14:paraId="4FF9C412" w14:textId="77777777" w:rsidR="004B2EBA" w:rsidRDefault="004B2EBA">
      <w:pPr>
        <w:rPr>
          <w:b/>
          <w:sz w:val="28"/>
        </w:rPr>
      </w:pPr>
    </w:p>
    <w:p w14:paraId="2994CF37" w14:textId="77777777" w:rsidR="004B2EBA" w:rsidRDefault="004B2EBA">
      <w:pPr>
        <w:rPr>
          <w:b/>
          <w:sz w:val="28"/>
        </w:rPr>
      </w:pPr>
    </w:p>
    <w:p w14:paraId="061195AA" w14:textId="77777777" w:rsidR="004B2EBA" w:rsidRDefault="004B2EBA">
      <w:pPr>
        <w:rPr>
          <w:b/>
          <w:sz w:val="28"/>
        </w:rPr>
      </w:pPr>
    </w:p>
    <w:p w14:paraId="0CB3427F" w14:textId="77777777" w:rsidR="004B2EBA" w:rsidRDefault="004B2EBA">
      <w:pPr>
        <w:rPr>
          <w:b/>
          <w:sz w:val="28"/>
        </w:rPr>
      </w:pPr>
    </w:p>
    <w:p w14:paraId="3CE2B74F" w14:textId="77777777" w:rsidR="004B2EBA" w:rsidRDefault="004B2EBA">
      <w:pPr>
        <w:rPr>
          <w:b/>
          <w:sz w:val="28"/>
        </w:rPr>
      </w:pPr>
    </w:p>
    <w:p w14:paraId="51F7C59A" w14:textId="77777777" w:rsidR="004B2EBA" w:rsidRDefault="004B2EBA">
      <w:pPr>
        <w:rPr>
          <w:b/>
          <w:sz w:val="28"/>
        </w:rPr>
      </w:pPr>
    </w:p>
    <w:p w14:paraId="109CE878" w14:textId="77777777" w:rsidR="004B2EBA" w:rsidRDefault="004B2EBA">
      <w:pPr>
        <w:rPr>
          <w:b/>
          <w:sz w:val="28"/>
        </w:rPr>
      </w:pPr>
    </w:p>
    <w:p w14:paraId="7EA633D4" w14:textId="77777777" w:rsidR="004B2EBA" w:rsidRDefault="004B2EBA">
      <w:pPr>
        <w:rPr>
          <w:b/>
          <w:sz w:val="28"/>
        </w:rPr>
      </w:pPr>
    </w:p>
    <w:p w14:paraId="066A990F" w14:textId="77777777" w:rsidR="00D70074" w:rsidRDefault="00D70074" w:rsidP="00B129F4">
      <w:pPr>
        <w:rPr>
          <w:b/>
          <w:sz w:val="28"/>
        </w:rPr>
      </w:pPr>
    </w:p>
    <w:p w14:paraId="54093AF2" w14:textId="77777777" w:rsidR="00CF7016" w:rsidRDefault="00CF7016" w:rsidP="00B129F4">
      <w:pPr>
        <w:rPr>
          <w:b/>
          <w:sz w:val="28"/>
        </w:rPr>
      </w:pPr>
    </w:p>
    <w:p w14:paraId="5B7621B6" w14:textId="77777777" w:rsidR="00CF7016" w:rsidRDefault="00CF7016" w:rsidP="00B129F4">
      <w:pPr>
        <w:rPr>
          <w:b/>
          <w:sz w:val="28"/>
        </w:rPr>
      </w:pPr>
    </w:p>
    <w:p w14:paraId="11D507A5" w14:textId="77777777" w:rsidR="00CF7016" w:rsidRDefault="00CF7016" w:rsidP="00B129F4">
      <w:pPr>
        <w:rPr>
          <w:b/>
          <w:sz w:val="28"/>
        </w:rPr>
      </w:pPr>
    </w:p>
    <w:p w14:paraId="055F51E6" w14:textId="77777777" w:rsidR="00CF7016" w:rsidRDefault="00CF7016" w:rsidP="00B129F4">
      <w:pPr>
        <w:rPr>
          <w:b/>
          <w:sz w:val="28"/>
        </w:rPr>
      </w:pPr>
    </w:p>
    <w:p w14:paraId="03CE3EB5" w14:textId="77777777" w:rsidR="00CF7016" w:rsidRDefault="00CF7016" w:rsidP="00B129F4">
      <w:pPr>
        <w:rPr>
          <w:b/>
          <w:sz w:val="28"/>
        </w:rPr>
      </w:pPr>
    </w:p>
    <w:p w14:paraId="6593D298" w14:textId="77777777" w:rsidR="00CF7016" w:rsidRDefault="00CF7016" w:rsidP="00B129F4">
      <w:pPr>
        <w:rPr>
          <w:b/>
          <w:sz w:val="28"/>
        </w:rPr>
      </w:pPr>
    </w:p>
    <w:p w14:paraId="2AF19CB6" w14:textId="1A485FE7" w:rsidR="00B129F4" w:rsidRPr="000A5B76" w:rsidRDefault="00B129F4" w:rsidP="00B129F4">
      <w:r w:rsidRPr="000A5B76">
        <w:rPr>
          <w:b/>
          <w:sz w:val="28"/>
        </w:rPr>
        <w:lastRenderedPageBreak/>
        <w:t>2. FICHE JOURNALIÈRE — JOUR 1</w:t>
      </w:r>
      <w:r>
        <w:rPr>
          <w:b/>
          <w:sz w:val="28"/>
        </w:rPr>
        <w:t>8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B129F4" w:rsidRPr="000A5B76" w14:paraId="0E0C8FF2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1215CB0F" w14:textId="77777777" w:rsidR="00B129F4" w:rsidRPr="000A5B76" w:rsidRDefault="00B129F4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91BC93A" w14:textId="77777777" w:rsidR="00B129F4" w:rsidRPr="000A5B76" w:rsidRDefault="00B129F4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A039A8C" w14:textId="77777777" w:rsidR="00B129F4" w:rsidRPr="000A5B76" w:rsidRDefault="00B129F4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74CDCF4" w14:textId="77777777" w:rsidR="00B129F4" w:rsidRPr="000A5B76" w:rsidRDefault="00B129F4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AC54C4A" w14:textId="77777777" w:rsidR="00B129F4" w:rsidRPr="000A5B76" w:rsidRDefault="00B129F4" w:rsidP="00161EC3">
            <w:r w:rsidRPr="000A5B76">
              <w:rPr>
                <w:b/>
              </w:rPr>
              <w:t>Encadreur</w:t>
            </w:r>
          </w:p>
        </w:tc>
      </w:tr>
      <w:tr w:rsidR="00B129F4" w:rsidRPr="000A5B76" w14:paraId="71FC5CF3" w14:textId="77777777" w:rsidTr="00161EC3">
        <w:trPr>
          <w:jc w:val="center"/>
        </w:trPr>
        <w:tc>
          <w:tcPr>
            <w:tcW w:w="2108" w:type="dxa"/>
          </w:tcPr>
          <w:p w14:paraId="12FB0152" w14:textId="77777777" w:rsidR="00B129F4" w:rsidRPr="000A5B76" w:rsidRDefault="00B129F4" w:rsidP="00161EC3"/>
        </w:tc>
        <w:tc>
          <w:tcPr>
            <w:tcW w:w="2108" w:type="dxa"/>
          </w:tcPr>
          <w:p w14:paraId="426E686D" w14:textId="77777777" w:rsidR="00B129F4" w:rsidRPr="000A5B76" w:rsidRDefault="00B129F4" w:rsidP="00161EC3"/>
        </w:tc>
        <w:tc>
          <w:tcPr>
            <w:tcW w:w="2108" w:type="dxa"/>
          </w:tcPr>
          <w:p w14:paraId="20A8FBEF" w14:textId="77777777" w:rsidR="00B129F4" w:rsidRPr="000A5B76" w:rsidRDefault="00B129F4" w:rsidP="00161EC3"/>
        </w:tc>
        <w:tc>
          <w:tcPr>
            <w:tcW w:w="2108" w:type="dxa"/>
          </w:tcPr>
          <w:p w14:paraId="0DD5CD9A" w14:textId="77777777" w:rsidR="00B129F4" w:rsidRPr="000A5B76" w:rsidRDefault="00B129F4" w:rsidP="00161EC3"/>
        </w:tc>
        <w:tc>
          <w:tcPr>
            <w:tcW w:w="2108" w:type="dxa"/>
          </w:tcPr>
          <w:p w14:paraId="5E3D5540" w14:textId="77777777" w:rsidR="00B129F4" w:rsidRPr="000A5B76" w:rsidRDefault="00B129F4" w:rsidP="00161EC3"/>
        </w:tc>
      </w:tr>
    </w:tbl>
    <w:p w14:paraId="7986DB46" w14:textId="77777777" w:rsidR="00B129F4" w:rsidRPr="000A5B76" w:rsidRDefault="00B129F4" w:rsidP="00B129F4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B129F4" w:rsidRPr="000A5B76" w14:paraId="1E600E6C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4596F627" w14:textId="77777777" w:rsidR="00B129F4" w:rsidRPr="000A5B76" w:rsidRDefault="00B129F4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B6E1B65" w14:textId="77777777" w:rsidR="00B129F4" w:rsidRPr="000A5B76" w:rsidRDefault="00B129F4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A1DDABD" w14:textId="77777777" w:rsidR="00B129F4" w:rsidRPr="000A5B76" w:rsidRDefault="00B129F4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65D77D3" w14:textId="77777777" w:rsidR="00B129F4" w:rsidRPr="000A5B76" w:rsidRDefault="00B129F4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ACABA77" w14:textId="77777777" w:rsidR="00B129F4" w:rsidRPr="000A5B76" w:rsidRDefault="00B129F4" w:rsidP="00161EC3">
            <w:r w:rsidRPr="000A5B76">
              <w:rPr>
                <w:b/>
              </w:rPr>
              <w:t>À revoir</w:t>
            </w:r>
          </w:p>
        </w:tc>
      </w:tr>
      <w:tr w:rsidR="00B129F4" w:rsidRPr="000A5B76" w14:paraId="7BA69A97" w14:textId="77777777" w:rsidTr="00161EC3">
        <w:trPr>
          <w:jc w:val="center"/>
        </w:trPr>
        <w:tc>
          <w:tcPr>
            <w:tcW w:w="2108" w:type="dxa"/>
          </w:tcPr>
          <w:p w14:paraId="6615F8A2" w14:textId="77777777" w:rsidR="00B129F4" w:rsidRPr="000A5B76" w:rsidRDefault="00B129F4" w:rsidP="00161EC3"/>
        </w:tc>
        <w:tc>
          <w:tcPr>
            <w:tcW w:w="2108" w:type="dxa"/>
          </w:tcPr>
          <w:p w14:paraId="73F04FEA" w14:textId="77777777" w:rsidR="00B129F4" w:rsidRPr="000A5B76" w:rsidRDefault="00B129F4" w:rsidP="00161EC3"/>
        </w:tc>
        <w:tc>
          <w:tcPr>
            <w:tcW w:w="2108" w:type="dxa"/>
          </w:tcPr>
          <w:p w14:paraId="6536C7E1" w14:textId="77777777" w:rsidR="00B129F4" w:rsidRPr="000A5B76" w:rsidRDefault="00B129F4" w:rsidP="00161EC3"/>
        </w:tc>
        <w:tc>
          <w:tcPr>
            <w:tcW w:w="2108" w:type="dxa"/>
          </w:tcPr>
          <w:p w14:paraId="019EF6F5" w14:textId="77777777" w:rsidR="00B129F4" w:rsidRPr="000A5B76" w:rsidRDefault="00B129F4" w:rsidP="00161EC3"/>
        </w:tc>
        <w:tc>
          <w:tcPr>
            <w:tcW w:w="2108" w:type="dxa"/>
          </w:tcPr>
          <w:p w14:paraId="4A74BDEA" w14:textId="77777777" w:rsidR="00B129F4" w:rsidRPr="000A5B76" w:rsidRDefault="00B129F4" w:rsidP="00161EC3"/>
        </w:tc>
      </w:tr>
      <w:tr w:rsidR="00B129F4" w:rsidRPr="000A5B76" w14:paraId="64020A43" w14:textId="77777777" w:rsidTr="00161EC3">
        <w:trPr>
          <w:jc w:val="center"/>
        </w:trPr>
        <w:tc>
          <w:tcPr>
            <w:tcW w:w="2108" w:type="dxa"/>
          </w:tcPr>
          <w:p w14:paraId="41857D54" w14:textId="77777777" w:rsidR="00B129F4" w:rsidRPr="000A5B76" w:rsidRDefault="00B129F4" w:rsidP="00161EC3"/>
        </w:tc>
        <w:tc>
          <w:tcPr>
            <w:tcW w:w="2108" w:type="dxa"/>
          </w:tcPr>
          <w:p w14:paraId="3925DDB4" w14:textId="77777777" w:rsidR="00B129F4" w:rsidRPr="000A5B76" w:rsidRDefault="00B129F4" w:rsidP="00161EC3"/>
        </w:tc>
        <w:tc>
          <w:tcPr>
            <w:tcW w:w="2108" w:type="dxa"/>
          </w:tcPr>
          <w:p w14:paraId="7CB7023A" w14:textId="77777777" w:rsidR="00B129F4" w:rsidRPr="000A5B76" w:rsidRDefault="00B129F4" w:rsidP="00161EC3"/>
        </w:tc>
        <w:tc>
          <w:tcPr>
            <w:tcW w:w="2108" w:type="dxa"/>
          </w:tcPr>
          <w:p w14:paraId="13DD61FC" w14:textId="77777777" w:rsidR="00B129F4" w:rsidRPr="000A5B76" w:rsidRDefault="00B129F4" w:rsidP="00161EC3"/>
        </w:tc>
        <w:tc>
          <w:tcPr>
            <w:tcW w:w="2108" w:type="dxa"/>
          </w:tcPr>
          <w:p w14:paraId="2F04BE37" w14:textId="77777777" w:rsidR="00B129F4" w:rsidRPr="000A5B76" w:rsidRDefault="00B129F4" w:rsidP="00161EC3"/>
        </w:tc>
      </w:tr>
      <w:tr w:rsidR="00B129F4" w:rsidRPr="000A5B76" w14:paraId="0234B4F2" w14:textId="77777777" w:rsidTr="00161EC3">
        <w:trPr>
          <w:jc w:val="center"/>
        </w:trPr>
        <w:tc>
          <w:tcPr>
            <w:tcW w:w="2108" w:type="dxa"/>
          </w:tcPr>
          <w:p w14:paraId="3D5094B7" w14:textId="77777777" w:rsidR="00B129F4" w:rsidRPr="000A5B76" w:rsidRDefault="00B129F4" w:rsidP="00161EC3"/>
        </w:tc>
        <w:tc>
          <w:tcPr>
            <w:tcW w:w="2108" w:type="dxa"/>
          </w:tcPr>
          <w:p w14:paraId="57660B4B" w14:textId="77777777" w:rsidR="00B129F4" w:rsidRPr="000A5B76" w:rsidRDefault="00B129F4" w:rsidP="00161EC3"/>
        </w:tc>
        <w:tc>
          <w:tcPr>
            <w:tcW w:w="2108" w:type="dxa"/>
          </w:tcPr>
          <w:p w14:paraId="00CC1BC9" w14:textId="77777777" w:rsidR="00B129F4" w:rsidRPr="000A5B76" w:rsidRDefault="00B129F4" w:rsidP="00161EC3"/>
        </w:tc>
        <w:tc>
          <w:tcPr>
            <w:tcW w:w="2108" w:type="dxa"/>
          </w:tcPr>
          <w:p w14:paraId="315291D6" w14:textId="77777777" w:rsidR="00B129F4" w:rsidRPr="000A5B76" w:rsidRDefault="00B129F4" w:rsidP="00161EC3"/>
        </w:tc>
        <w:tc>
          <w:tcPr>
            <w:tcW w:w="2108" w:type="dxa"/>
          </w:tcPr>
          <w:p w14:paraId="47B191D7" w14:textId="77777777" w:rsidR="00B129F4" w:rsidRPr="000A5B76" w:rsidRDefault="00B129F4" w:rsidP="00161EC3"/>
        </w:tc>
      </w:tr>
      <w:tr w:rsidR="00B129F4" w:rsidRPr="000A5B76" w14:paraId="6AD72621" w14:textId="77777777" w:rsidTr="00161EC3">
        <w:trPr>
          <w:jc w:val="center"/>
        </w:trPr>
        <w:tc>
          <w:tcPr>
            <w:tcW w:w="2108" w:type="dxa"/>
          </w:tcPr>
          <w:p w14:paraId="3B0E5CD0" w14:textId="77777777" w:rsidR="00B129F4" w:rsidRPr="000A5B76" w:rsidRDefault="00B129F4" w:rsidP="00161EC3"/>
        </w:tc>
        <w:tc>
          <w:tcPr>
            <w:tcW w:w="2108" w:type="dxa"/>
          </w:tcPr>
          <w:p w14:paraId="310B7A8C" w14:textId="77777777" w:rsidR="00B129F4" w:rsidRPr="000A5B76" w:rsidRDefault="00B129F4" w:rsidP="00161EC3"/>
        </w:tc>
        <w:tc>
          <w:tcPr>
            <w:tcW w:w="2108" w:type="dxa"/>
          </w:tcPr>
          <w:p w14:paraId="20691551" w14:textId="77777777" w:rsidR="00B129F4" w:rsidRPr="000A5B76" w:rsidRDefault="00B129F4" w:rsidP="00161EC3"/>
        </w:tc>
        <w:tc>
          <w:tcPr>
            <w:tcW w:w="2108" w:type="dxa"/>
          </w:tcPr>
          <w:p w14:paraId="7A6390B3" w14:textId="77777777" w:rsidR="00B129F4" w:rsidRPr="000A5B76" w:rsidRDefault="00B129F4" w:rsidP="00161EC3"/>
        </w:tc>
        <w:tc>
          <w:tcPr>
            <w:tcW w:w="2108" w:type="dxa"/>
          </w:tcPr>
          <w:p w14:paraId="58B31FC8" w14:textId="77777777" w:rsidR="00B129F4" w:rsidRPr="000A5B76" w:rsidRDefault="00B129F4" w:rsidP="00161EC3"/>
        </w:tc>
      </w:tr>
      <w:tr w:rsidR="00B129F4" w:rsidRPr="000A5B76" w14:paraId="7747D3E1" w14:textId="77777777" w:rsidTr="00161EC3">
        <w:trPr>
          <w:jc w:val="center"/>
        </w:trPr>
        <w:tc>
          <w:tcPr>
            <w:tcW w:w="2108" w:type="dxa"/>
          </w:tcPr>
          <w:p w14:paraId="5ADE9E19" w14:textId="77777777" w:rsidR="00B129F4" w:rsidRPr="000A5B76" w:rsidRDefault="00B129F4" w:rsidP="00161EC3"/>
        </w:tc>
        <w:tc>
          <w:tcPr>
            <w:tcW w:w="2108" w:type="dxa"/>
          </w:tcPr>
          <w:p w14:paraId="29640451" w14:textId="77777777" w:rsidR="00B129F4" w:rsidRPr="000A5B76" w:rsidRDefault="00B129F4" w:rsidP="00161EC3"/>
        </w:tc>
        <w:tc>
          <w:tcPr>
            <w:tcW w:w="2108" w:type="dxa"/>
          </w:tcPr>
          <w:p w14:paraId="7D066C17" w14:textId="77777777" w:rsidR="00B129F4" w:rsidRPr="000A5B76" w:rsidRDefault="00B129F4" w:rsidP="00161EC3"/>
        </w:tc>
        <w:tc>
          <w:tcPr>
            <w:tcW w:w="2108" w:type="dxa"/>
          </w:tcPr>
          <w:p w14:paraId="7A6DB84C" w14:textId="77777777" w:rsidR="00B129F4" w:rsidRPr="000A5B76" w:rsidRDefault="00B129F4" w:rsidP="00161EC3"/>
        </w:tc>
        <w:tc>
          <w:tcPr>
            <w:tcW w:w="2108" w:type="dxa"/>
          </w:tcPr>
          <w:p w14:paraId="5E4424E2" w14:textId="77777777" w:rsidR="00B129F4" w:rsidRPr="000A5B76" w:rsidRDefault="00B129F4" w:rsidP="00161EC3"/>
        </w:tc>
      </w:tr>
      <w:tr w:rsidR="00B129F4" w:rsidRPr="000A5B76" w14:paraId="1E566A29" w14:textId="77777777" w:rsidTr="00161EC3">
        <w:trPr>
          <w:jc w:val="center"/>
        </w:trPr>
        <w:tc>
          <w:tcPr>
            <w:tcW w:w="2108" w:type="dxa"/>
          </w:tcPr>
          <w:p w14:paraId="19986084" w14:textId="77777777" w:rsidR="00B129F4" w:rsidRPr="000A5B76" w:rsidRDefault="00B129F4" w:rsidP="00161EC3"/>
        </w:tc>
        <w:tc>
          <w:tcPr>
            <w:tcW w:w="2108" w:type="dxa"/>
          </w:tcPr>
          <w:p w14:paraId="05BB7283" w14:textId="77777777" w:rsidR="00B129F4" w:rsidRPr="000A5B76" w:rsidRDefault="00B129F4" w:rsidP="00161EC3"/>
        </w:tc>
        <w:tc>
          <w:tcPr>
            <w:tcW w:w="2108" w:type="dxa"/>
          </w:tcPr>
          <w:p w14:paraId="0324B4CE" w14:textId="77777777" w:rsidR="00B129F4" w:rsidRPr="000A5B76" w:rsidRDefault="00B129F4" w:rsidP="00161EC3"/>
        </w:tc>
        <w:tc>
          <w:tcPr>
            <w:tcW w:w="2108" w:type="dxa"/>
          </w:tcPr>
          <w:p w14:paraId="3238F291" w14:textId="77777777" w:rsidR="00B129F4" w:rsidRPr="000A5B76" w:rsidRDefault="00B129F4" w:rsidP="00161EC3"/>
        </w:tc>
        <w:tc>
          <w:tcPr>
            <w:tcW w:w="2108" w:type="dxa"/>
          </w:tcPr>
          <w:p w14:paraId="4DBE7334" w14:textId="77777777" w:rsidR="00B129F4" w:rsidRPr="000A5B76" w:rsidRDefault="00B129F4" w:rsidP="00161EC3"/>
        </w:tc>
      </w:tr>
      <w:tr w:rsidR="00B129F4" w:rsidRPr="000A5B76" w14:paraId="2B85244E" w14:textId="77777777" w:rsidTr="00161EC3">
        <w:trPr>
          <w:jc w:val="center"/>
        </w:trPr>
        <w:tc>
          <w:tcPr>
            <w:tcW w:w="2108" w:type="dxa"/>
          </w:tcPr>
          <w:p w14:paraId="74335952" w14:textId="77777777" w:rsidR="00B129F4" w:rsidRPr="000A5B76" w:rsidRDefault="00B129F4" w:rsidP="00161EC3"/>
        </w:tc>
        <w:tc>
          <w:tcPr>
            <w:tcW w:w="2108" w:type="dxa"/>
          </w:tcPr>
          <w:p w14:paraId="70F681FE" w14:textId="77777777" w:rsidR="00B129F4" w:rsidRPr="000A5B76" w:rsidRDefault="00B129F4" w:rsidP="00161EC3"/>
        </w:tc>
        <w:tc>
          <w:tcPr>
            <w:tcW w:w="2108" w:type="dxa"/>
          </w:tcPr>
          <w:p w14:paraId="3BE5D9FF" w14:textId="77777777" w:rsidR="00B129F4" w:rsidRPr="000A5B76" w:rsidRDefault="00B129F4" w:rsidP="00161EC3"/>
        </w:tc>
        <w:tc>
          <w:tcPr>
            <w:tcW w:w="2108" w:type="dxa"/>
          </w:tcPr>
          <w:p w14:paraId="7BE8D4B0" w14:textId="77777777" w:rsidR="00B129F4" w:rsidRPr="000A5B76" w:rsidRDefault="00B129F4" w:rsidP="00161EC3"/>
        </w:tc>
        <w:tc>
          <w:tcPr>
            <w:tcW w:w="2108" w:type="dxa"/>
          </w:tcPr>
          <w:p w14:paraId="2E3467F6" w14:textId="77777777" w:rsidR="00B129F4" w:rsidRPr="000A5B76" w:rsidRDefault="00B129F4" w:rsidP="00161EC3"/>
        </w:tc>
      </w:tr>
      <w:tr w:rsidR="00B129F4" w:rsidRPr="000A5B76" w14:paraId="0F6C73C0" w14:textId="77777777" w:rsidTr="00161EC3">
        <w:trPr>
          <w:jc w:val="center"/>
        </w:trPr>
        <w:tc>
          <w:tcPr>
            <w:tcW w:w="2108" w:type="dxa"/>
          </w:tcPr>
          <w:p w14:paraId="2DCE994E" w14:textId="77777777" w:rsidR="00B129F4" w:rsidRPr="000A5B76" w:rsidRDefault="00B129F4" w:rsidP="00161EC3"/>
        </w:tc>
        <w:tc>
          <w:tcPr>
            <w:tcW w:w="2108" w:type="dxa"/>
          </w:tcPr>
          <w:p w14:paraId="69DC1E6C" w14:textId="77777777" w:rsidR="00B129F4" w:rsidRPr="000A5B76" w:rsidRDefault="00B129F4" w:rsidP="00161EC3"/>
        </w:tc>
        <w:tc>
          <w:tcPr>
            <w:tcW w:w="2108" w:type="dxa"/>
          </w:tcPr>
          <w:p w14:paraId="3C881450" w14:textId="77777777" w:rsidR="00B129F4" w:rsidRPr="000A5B76" w:rsidRDefault="00B129F4" w:rsidP="00161EC3"/>
        </w:tc>
        <w:tc>
          <w:tcPr>
            <w:tcW w:w="2108" w:type="dxa"/>
          </w:tcPr>
          <w:p w14:paraId="4B801D4D" w14:textId="77777777" w:rsidR="00B129F4" w:rsidRPr="000A5B76" w:rsidRDefault="00B129F4" w:rsidP="00161EC3"/>
        </w:tc>
        <w:tc>
          <w:tcPr>
            <w:tcW w:w="2108" w:type="dxa"/>
          </w:tcPr>
          <w:p w14:paraId="0CF0DD74" w14:textId="77777777" w:rsidR="00B129F4" w:rsidRPr="000A5B76" w:rsidRDefault="00B129F4" w:rsidP="00161EC3"/>
        </w:tc>
      </w:tr>
    </w:tbl>
    <w:p w14:paraId="4EA1409A" w14:textId="77777777" w:rsidR="00B129F4" w:rsidRPr="000A5B76" w:rsidRDefault="00B129F4" w:rsidP="00B129F4">
      <w:r w:rsidRPr="000A5B76">
        <w:br/>
        <w:t>Ce que j’ai appris aujourd’hui :</w:t>
      </w:r>
    </w:p>
    <w:p w14:paraId="1B382219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5380DDDE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11CC5DC0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683548E4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5F3A513B" w14:textId="77777777" w:rsidR="00B129F4" w:rsidRPr="000A5B76" w:rsidRDefault="00B129F4" w:rsidP="00B129F4">
      <w:r w:rsidRPr="000A5B76">
        <w:t>Difficultés / questions à poser :</w:t>
      </w:r>
    </w:p>
    <w:p w14:paraId="5B4B2EAE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6E4AB8C7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439F95E4" w14:textId="77777777" w:rsidR="00B129F4" w:rsidRPr="000A5B76" w:rsidRDefault="00B129F4" w:rsidP="00B129F4">
      <w:r w:rsidRPr="000A5B76">
        <w:lastRenderedPageBreak/>
        <w:t>________________________________________________________________________</w:t>
      </w:r>
    </w:p>
    <w:p w14:paraId="5C461F5F" w14:textId="77777777" w:rsidR="00B129F4" w:rsidRPr="000A5B76" w:rsidRDefault="00B129F4" w:rsidP="00B129F4">
      <w:r w:rsidRPr="000A5B76">
        <w:t>Signature / visa de l’encadreur : ______________________________</w:t>
      </w:r>
    </w:p>
    <w:p w14:paraId="4E15709C" w14:textId="77777777" w:rsidR="004B2EBA" w:rsidRDefault="004B2EBA">
      <w:pPr>
        <w:rPr>
          <w:b/>
          <w:sz w:val="28"/>
        </w:rPr>
      </w:pPr>
    </w:p>
    <w:p w14:paraId="0D69F2BC" w14:textId="77777777" w:rsidR="004B2EBA" w:rsidRDefault="004B2EBA">
      <w:pPr>
        <w:rPr>
          <w:b/>
          <w:sz w:val="28"/>
        </w:rPr>
      </w:pPr>
    </w:p>
    <w:p w14:paraId="59B9CE4C" w14:textId="77777777" w:rsidR="004B2EBA" w:rsidRDefault="004B2EBA">
      <w:pPr>
        <w:rPr>
          <w:b/>
          <w:sz w:val="28"/>
        </w:rPr>
      </w:pPr>
    </w:p>
    <w:p w14:paraId="5EA80C4D" w14:textId="77777777" w:rsidR="004B2EBA" w:rsidRDefault="004B2EBA">
      <w:pPr>
        <w:rPr>
          <w:b/>
          <w:sz w:val="28"/>
        </w:rPr>
      </w:pPr>
    </w:p>
    <w:p w14:paraId="69CC319E" w14:textId="77777777" w:rsidR="004B2EBA" w:rsidRDefault="004B2EBA">
      <w:pPr>
        <w:rPr>
          <w:b/>
          <w:sz w:val="28"/>
        </w:rPr>
      </w:pPr>
    </w:p>
    <w:p w14:paraId="48C9C172" w14:textId="77777777" w:rsidR="004B2EBA" w:rsidRDefault="004B2EBA">
      <w:pPr>
        <w:rPr>
          <w:b/>
          <w:sz w:val="28"/>
        </w:rPr>
      </w:pPr>
    </w:p>
    <w:p w14:paraId="2695D1A4" w14:textId="77777777" w:rsidR="00247997" w:rsidRDefault="00247997">
      <w:pPr>
        <w:rPr>
          <w:b/>
          <w:sz w:val="28"/>
        </w:rPr>
      </w:pPr>
    </w:p>
    <w:p w14:paraId="5B7B506C" w14:textId="77777777" w:rsidR="00247997" w:rsidRDefault="00247997">
      <w:pPr>
        <w:rPr>
          <w:b/>
          <w:sz w:val="28"/>
        </w:rPr>
      </w:pPr>
    </w:p>
    <w:p w14:paraId="530A319B" w14:textId="77777777" w:rsidR="00247997" w:rsidRDefault="00247997">
      <w:pPr>
        <w:rPr>
          <w:b/>
          <w:sz w:val="28"/>
        </w:rPr>
      </w:pPr>
    </w:p>
    <w:p w14:paraId="08995EA6" w14:textId="77777777" w:rsidR="00D70074" w:rsidRDefault="00D70074" w:rsidP="00B129F4">
      <w:pPr>
        <w:rPr>
          <w:b/>
          <w:sz w:val="28"/>
        </w:rPr>
      </w:pPr>
    </w:p>
    <w:p w14:paraId="5475F3CC" w14:textId="77777777" w:rsidR="00CF7016" w:rsidRDefault="00CF7016" w:rsidP="00B129F4">
      <w:pPr>
        <w:rPr>
          <w:b/>
          <w:sz w:val="28"/>
        </w:rPr>
      </w:pPr>
    </w:p>
    <w:p w14:paraId="2088072C" w14:textId="77777777" w:rsidR="00CF7016" w:rsidRDefault="00CF7016" w:rsidP="00B129F4">
      <w:pPr>
        <w:rPr>
          <w:b/>
          <w:sz w:val="28"/>
        </w:rPr>
      </w:pPr>
    </w:p>
    <w:p w14:paraId="01A8229C" w14:textId="77777777" w:rsidR="00CF7016" w:rsidRDefault="00CF7016" w:rsidP="00B129F4">
      <w:pPr>
        <w:rPr>
          <w:b/>
          <w:sz w:val="28"/>
        </w:rPr>
      </w:pPr>
    </w:p>
    <w:p w14:paraId="1D0647B5" w14:textId="77777777" w:rsidR="00CF7016" w:rsidRDefault="00CF7016" w:rsidP="00B129F4">
      <w:pPr>
        <w:rPr>
          <w:b/>
          <w:sz w:val="28"/>
        </w:rPr>
      </w:pPr>
    </w:p>
    <w:p w14:paraId="47D1D830" w14:textId="77777777" w:rsidR="00CF7016" w:rsidRDefault="00CF7016" w:rsidP="00B129F4">
      <w:pPr>
        <w:rPr>
          <w:b/>
          <w:sz w:val="28"/>
        </w:rPr>
      </w:pPr>
    </w:p>
    <w:p w14:paraId="61BF2DA3" w14:textId="77777777" w:rsidR="00CF7016" w:rsidRDefault="00CF7016" w:rsidP="00B129F4">
      <w:pPr>
        <w:rPr>
          <w:b/>
          <w:sz w:val="28"/>
        </w:rPr>
      </w:pPr>
    </w:p>
    <w:p w14:paraId="35FCAAA3" w14:textId="585F7959" w:rsidR="00B129F4" w:rsidRPr="000A5B76" w:rsidRDefault="00B129F4" w:rsidP="00B129F4">
      <w:r w:rsidRPr="000A5B76">
        <w:rPr>
          <w:b/>
          <w:sz w:val="28"/>
        </w:rPr>
        <w:lastRenderedPageBreak/>
        <w:t>2. FICHE JOURNALIÈRE — JOUR 1</w:t>
      </w:r>
      <w:r>
        <w:rPr>
          <w:b/>
          <w:sz w:val="28"/>
        </w:rPr>
        <w:t>9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B129F4" w:rsidRPr="000A5B76" w14:paraId="0058C4B2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392B0BAD" w14:textId="77777777" w:rsidR="00B129F4" w:rsidRPr="000A5B76" w:rsidRDefault="00B129F4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36BCB3B" w14:textId="77777777" w:rsidR="00B129F4" w:rsidRPr="000A5B76" w:rsidRDefault="00B129F4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960790B" w14:textId="77777777" w:rsidR="00B129F4" w:rsidRPr="000A5B76" w:rsidRDefault="00B129F4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5104FF9" w14:textId="77777777" w:rsidR="00B129F4" w:rsidRPr="000A5B76" w:rsidRDefault="00B129F4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DD8C70A" w14:textId="77777777" w:rsidR="00B129F4" w:rsidRPr="000A5B76" w:rsidRDefault="00B129F4" w:rsidP="00161EC3">
            <w:r w:rsidRPr="000A5B76">
              <w:rPr>
                <w:b/>
              </w:rPr>
              <w:t>Encadreur</w:t>
            </w:r>
          </w:p>
        </w:tc>
      </w:tr>
      <w:tr w:rsidR="00B129F4" w:rsidRPr="000A5B76" w14:paraId="17779452" w14:textId="77777777" w:rsidTr="00161EC3">
        <w:trPr>
          <w:jc w:val="center"/>
        </w:trPr>
        <w:tc>
          <w:tcPr>
            <w:tcW w:w="2108" w:type="dxa"/>
          </w:tcPr>
          <w:p w14:paraId="687E9017" w14:textId="77777777" w:rsidR="00B129F4" w:rsidRPr="000A5B76" w:rsidRDefault="00B129F4" w:rsidP="00161EC3"/>
        </w:tc>
        <w:tc>
          <w:tcPr>
            <w:tcW w:w="2108" w:type="dxa"/>
          </w:tcPr>
          <w:p w14:paraId="5A6AC1BC" w14:textId="77777777" w:rsidR="00B129F4" w:rsidRPr="000A5B76" w:rsidRDefault="00B129F4" w:rsidP="00161EC3"/>
        </w:tc>
        <w:tc>
          <w:tcPr>
            <w:tcW w:w="2108" w:type="dxa"/>
          </w:tcPr>
          <w:p w14:paraId="4C97296E" w14:textId="77777777" w:rsidR="00B129F4" w:rsidRPr="000A5B76" w:rsidRDefault="00B129F4" w:rsidP="00161EC3"/>
        </w:tc>
        <w:tc>
          <w:tcPr>
            <w:tcW w:w="2108" w:type="dxa"/>
          </w:tcPr>
          <w:p w14:paraId="5E1D3C86" w14:textId="77777777" w:rsidR="00B129F4" w:rsidRPr="000A5B76" w:rsidRDefault="00B129F4" w:rsidP="00161EC3"/>
        </w:tc>
        <w:tc>
          <w:tcPr>
            <w:tcW w:w="2108" w:type="dxa"/>
          </w:tcPr>
          <w:p w14:paraId="22A7B92C" w14:textId="77777777" w:rsidR="00B129F4" w:rsidRPr="000A5B76" w:rsidRDefault="00B129F4" w:rsidP="00161EC3"/>
        </w:tc>
      </w:tr>
    </w:tbl>
    <w:p w14:paraId="6181BE44" w14:textId="77777777" w:rsidR="00B129F4" w:rsidRPr="000A5B76" w:rsidRDefault="00B129F4" w:rsidP="00B129F4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B129F4" w:rsidRPr="000A5B76" w14:paraId="7B9C21B4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496D248C" w14:textId="77777777" w:rsidR="00B129F4" w:rsidRPr="000A5B76" w:rsidRDefault="00B129F4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B1FF3A2" w14:textId="77777777" w:rsidR="00B129F4" w:rsidRPr="000A5B76" w:rsidRDefault="00B129F4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3D299D2" w14:textId="77777777" w:rsidR="00B129F4" w:rsidRPr="000A5B76" w:rsidRDefault="00B129F4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163CC75" w14:textId="77777777" w:rsidR="00B129F4" w:rsidRPr="000A5B76" w:rsidRDefault="00B129F4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CA75CB3" w14:textId="77777777" w:rsidR="00B129F4" w:rsidRPr="000A5B76" w:rsidRDefault="00B129F4" w:rsidP="00161EC3">
            <w:r w:rsidRPr="000A5B76">
              <w:rPr>
                <w:b/>
              </w:rPr>
              <w:t>À revoir</w:t>
            </w:r>
          </w:p>
        </w:tc>
      </w:tr>
      <w:tr w:rsidR="00B129F4" w:rsidRPr="000A5B76" w14:paraId="212C6827" w14:textId="77777777" w:rsidTr="00161EC3">
        <w:trPr>
          <w:jc w:val="center"/>
        </w:trPr>
        <w:tc>
          <w:tcPr>
            <w:tcW w:w="2108" w:type="dxa"/>
          </w:tcPr>
          <w:p w14:paraId="2FC5FF10" w14:textId="77777777" w:rsidR="00B129F4" w:rsidRPr="000A5B76" w:rsidRDefault="00B129F4" w:rsidP="00161EC3"/>
        </w:tc>
        <w:tc>
          <w:tcPr>
            <w:tcW w:w="2108" w:type="dxa"/>
          </w:tcPr>
          <w:p w14:paraId="59D6C847" w14:textId="77777777" w:rsidR="00B129F4" w:rsidRPr="000A5B76" w:rsidRDefault="00B129F4" w:rsidP="00161EC3"/>
        </w:tc>
        <w:tc>
          <w:tcPr>
            <w:tcW w:w="2108" w:type="dxa"/>
          </w:tcPr>
          <w:p w14:paraId="1FCE1FDD" w14:textId="77777777" w:rsidR="00B129F4" w:rsidRPr="000A5B76" w:rsidRDefault="00B129F4" w:rsidP="00161EC3"/>
        </w:tc>
        <w:tc>
          <w:tcPr>
            <w:tcW w:w="2108" w:type="dxa"/>
          </w:tcPr>
          <w:p w14:paraId="41A9337B" w14:textId="77777777" w:rsidR="00B129F4" w:rsidRPr="000A5B76" w:rsidRDefault="00B129F4" w:rsidP="00161EC3"/>
        </w:tc>
        <w:tc>
          <w:tcPr>
            <w:tcW w:w="2108" w:type="dxa"/>
          </w:tcPr>
          <w:p w14:paraId="1328D97E" w14:textId="77777777" w:rsidR="00B129F4" w:rsidRPr="000A5B76" w:rsidRDefault="00B129F4" w:rsidP="00161EC3"/>
        </w:tc>
      </w:tr>
      <w:tr w:rsidR="00B129F4" w:rsidRPr="000A5B76" w14:paraId="3C78642C" w14:textId="77777777" w:rsidTr="00161EC3">
        <w:trPr>
          <w:jc w:val="center"/>
        </w:trPr>
        <w:tc>
          <w:tcPr>
            <w:tcW w:w="2108" w:type="dxa"/>
          </w:tcPr>
          <w:p w14:paraId="3FA46E8B" w14:textId="77777777" w:rsidR="00B129F4" w:rsidRPr="000A5B76" w:rsidRDefault="00B129F4" w:rsidP="00161EC3"/>
        </w:tc>
        <w:tc>
          <w:tcPr>
            <w:tcW w:w="2108" w:type="dxa"/>
          </w:tcPr>
          <w:p w14:paraId="2231A430" w14:textId="77777777" w:rsidR="00B129F4" w:rsidRPr="000A5B76" w:rsidRDefault="00B129F4" w:rsidP="00161EC3"/>
        </w:tc>
        <w:tc>
          <w:tcPr>
            <w:tcW w:w="2108" w:type="dxa"/>
          </w:tcPr>
          <w:p w14:paraId="6574892C" w14:textId="77777777" w:rsidR="00B129F4" w:rsidRPr="000A5B76" w:rsidRDefault="00B129F4" w:rsidP="00161EC3"/>
        </w:tc>
        <w:tc>
          <w:tcPr>
            <w:tcW w:w="2108" w:type="dxa"/>
          </w:tcPr>
          <w:p w14:paraId="42BF3E9E" w14:textId="77777777" w:rsidR="00B129F4" w:rsidRPr="000A5B76" w:rsidRDefault="00B129F4" w:rsidP="00161EC3"/>
        </w:tc>
        <w:tc>
          <w:tcPr>
            <w:tcW w:w="2108" w:type="dxa"/>
          </w:tcPr>
          <w:p w14:paraId="3DD200E0" w14:textId="77777777" w:rsidR="00B129F4" w:rsidRPr="000A5B76" w:rsidRDefault="00B129F4" w:rsidP="00161EC3"/>
        </w:tc>
      </w:tr>
      <w:tr w:rsidR="00B129F4" w:rsidRPr="000A5B76" w14:paraId="43F2F24D" w14:textId="77777777" w:rsidTr="00161EC3">
        <w:trPr>
          <w:jc w:val="center"/>
        </w:trPr>
        <w:tc>
          <w:tcPr>
            <w:tcW w:w="2108" w:type="dxa"/>
          </w:tcPr>
          <w:p w14:paraId="71A7BACE" w14:textId="77777777" w:rsidR="00B129F4" w:rsidRPr="000A5B76" w:rsidRDefault="00B129F4" w:rsidP="00161EC3"/>
        </w:tc>
        <w:tc>
          <w:tcPr>
            <w:tcW w:w="2108" w:type="dxa"/>
          </w:tcPr>
          <w:p w14:paraId="4AB67456" w14:textId="77777777" w:rsidR="00B129F4" w:rsidRPr="000A5B76" w:rsidRDefault="00B129F4" w:rsidP="00161EC3"/>
        </w:tc>
        <w:tc>
          <w:tcPr>
            <w:tcW w:w="2108" w:type="dxa"/>
          </w:tcPr>
          <w:p w14:paraId="5499D8B0" w14:textId="77777777" w:rsidR="00B129F4" w:rsidRPr="000A5B76" w:rsidRDefault="00B129F4" w:rsidP="00161EC3"/>
        </w:tc>
        <w:tc>
          <w:tcPr>
            <w:tcW w:w="2108" w:type="dxa"/>
          </w:tcPr>
          <w:p w14:paraId="2D1AC2C9" w14:textId="77777777" w:rsidR="00B129F4" w:rsidRPr="000A5B76" w:rsidRDefault="00B129F4" w:rsidP="00161EC3"/>
        </w:tc>
        <w:tc>
          <w:tcPr>
            <w:tcW w:w="2108" w:type="dxa"/>
          </w:tcPr>
          <w:p w14:paraId="76AF739B" w14:textId="77777777" w:rsidR="00B129F4" w:rsidRPr="000A5B76" w:rsidRDefault="00B129F4" w:rsidP="00161EC3"/>
        </w:tc>
      </w:tr>
      <w:tr w:rsidR="00B129F4" w:rsidRPr="000A5B76" w14:paraId="53633EAF" w14:textId="77777777" w:rsidTr="00161EC3">
        <w:trPr>
          <w:jc w:val="center"/>
        </w:trPr>
        <w:tc>
          <w:tcPr>
            <w:tcW w:w="2108" w:type="dxa"/>
          </w:tcPr>
          <w:p w14:paraId="5A464A83" w14:textId="77777777" w:rsidR="00B129F4" w:rsidRPr="000A5B76" w:rsidRDefault="00B129F4" w:rsidP="00161EC3"/>
        </w:tc>
        <w:tc>
          <w:tcPr>
            <w:tcW w:w="2108" w:type="dxa"/>
          </w:tcPr>
          <w:p w14:paraId="55A57BEC" w14:textId="77777777" w:rsidR="00B129F4" w:rsidRPr="000A5B76" w:rsidRDefault="00B129F4" w:rsidP="00161EC3"/>
        </w:tc>
        <w:tc>
          <w:tcPr>
            <w:tcW w:w="2108" w:type="dxa"/>
          </w:tcPr>
          <w:p w14:paraId="489001FF" w14:textId="77777777" w:rsidR="00B129F4" w:rsidRPr="000A5B76" w:rsidRDefault="00B129F4" w:rsidP="00161EC3"/>
        </w:tc>
        <w:tc>
          <w:tcPr>
            <w:tcW w:w="2108" w:type="dxa"/>
          </w:tcPr>
          <w:p w14:paraId="57A977BD" w14:textId="77777777" w:rsidR="00B129F4" w:rsidRPr="000A5B76" w:rsidRDefault="00B129F4" w:rsidP="00161EC3"/>
        </w:tc>
        <w:tc>
          <w:tcPr>
            <w:tcW w:w="2108" w:type="dxa"/>
          </w:tcPr>
          <w:p w14:paraId="1B638147" w14:textId="77777777" w:rsidR="00B129F4" w:rsidRPr="000A5B76" w:rsidRDefault="00B129F4" w:rsidP="00161EC3"/>
        </w:tc>
      </w:tr>
      <w:tr w:rsidR="00B129F4" w:rsidRPr="000A5B76" w14:paraId="63188874" w14:textId="77777777" w:rsidTr="00161EC3">
        <w:trPr>
          <w:jc w:val="center"/>
        </w:trPr>
        <w:tc>
          <w:tcPr>
            <w:tcW w:w="2108" w:type="dxa"/>
          </w:tcPr>
          <w:p w14:paraId="21689AC4" w14:textId="77777777" w:rsidR="00B129F4" w:rsidRPr="000A5B76" w:rsidRDefault="00B129F4" w:rsidP="00161EC3"/>
        </w:tc>
        <w:tc>
          <w:tcPr>
            <w:tcW w:w="2108" w:type="dxa"/>
          </w:tcPr>
          <w:p w14:paraId="450606DA" w14:textId="77777777" w:rsidR="00B129F4" w:rsidRPr="000A5B76" w:rsidRDefault="00B129F4" w:rsidP="00161EC3"/>
        </w:tc>
        <w:tc>
          <w:tcPr>
            <w:tcW w:w="2108" w:type="dxa"/>
          </w:tcPr>
          <w:p w14:paraId="1341B523" w14:textId="77777777" w:rsidR="00B129F4" w:rsidRPr="000A5B76" w:rsidRDefault="00B129F4" w:rsidP="00161EC3"/>
        </w:tc>
        <w:tc>
          <w:tcPr>
            <w:tcW w:w="2108" w:type="dxa"/>
          </w:tcPr>
          <w:p w14:paraId="5ACEAE52" w14:textId="77777777" w:rsidR="00B129F4" w:rsidRPr="000A5B76" w:rsidRDefault="00B129F4" w:rsidP="00161EC3"/>
        </w:tc>
        <w:tc>
          <w:tcPr>
            <w:tcW w:w="2108" w:type="dxa"/>
          </w:tcPr>
          <w:p w14:paraId="460258E1" w14:textId="77777777" w:rsidR="00B129F4" w:rsidRPr="000A5B76" w:rsidRDefault="00B129F4" w:rsidP="00161EC3"/>
        </w:tc>
      </w:tr>
      <w:tr w:rsidR="00B129F4" w:rsidRPr="000A5B76" w14:paraId="7CAD7561" w14:textId="77777777" w:rsidTr="00161EC3">
        <w:trPr>
          <w:jc w:val="center"/>
        </w:trPr>
        <w:tc>
          <w:tcPr>
            <w:tcW w:w="2108" w:type="dxa"/>
          </w:tcPr>
          <w:p w14:paraId="3F37A661" w14:textId="77777777" w:rsidR="00B129F4" w:rsidRPr="000A5B76" w:rsidRDefault="00B129F4" w:rsidP="00161EC3"/>
        </w:tc>
        <w:tc>
          <w:tcPr>
            <w:tcW w:w="2108" w:type="dxa"/>
          </w:tcPr>
          <w:p w14:paraId="54F6A1B7" w14:textId="77777777" w:rsidR="00B129F4" w:rsidRPr="000A5B76" w:rsidRDefault="00B129F4" w:rsidP="00161EC3"/>
        </w:tc>
        <w:tc>
          <w:tcPr>
            <w:tcW w:w="2108" w:type="dxa"/>
          </w:tcPr>
          <w:p w14:paraId="14A6D874" w14:textId="77777777" w:rsidR="00B129F4" w:rsidRPr="000A5B76" w:rsidRDefault="00B129F4" w:rsidP="00161EC3"/>
        </w:tc>
        <w:tc>
          <w:tcPr>
            <w:tcW w:w="2108" w:type="dxa"/>
          </w:tcPr>
          <w:p w14:paraId="5FCA8DFD" w14:textId="77777777" w:rsidR="00B129F4" w:rsidRPr="000A5B76" w:rsidRDefault="00B129F4" w:rsidP="00161EC3"/>
        </w:tc>
        <w:tc>
          <w:tcPr>
            <w:tcW w:w="2108" w:type="dxa"/>
          </w:tcPr>
          <w:p w14:paraId="78B6176C" w14:textId="77777777" w:rsidR="00B129F4" w:rsidRPr="000A5B76" w:rsidRDefault="00B129F4" w:rsidP="00161EC3"/>
        </w:tc>
      </w:tr>
      <w:tr w:rsidR="00B129F4" w:rsidRPr="000A5B76" w14:paraId="0319DEEA" w14:textId="77777777" w:rsidTr="00161EC3">
        <w:trPr>
          <w:jc w:val="center"/>
        </w:trPr>
        <w:tc>
          <w:tcPr>
            <w:tcW w:w="2108" w:type="dxa"/>
          </w:tcPr>
          <w:p w14:paraId="257D00DA" w14:textId="77777777" w:rsidR="00B129F4" w:rsidRPr="000A5B76" w:rsidRDefault="00B129F4" w:rsidP="00161EC3"/>
        </w:tc>
        <w:tc>
          <w:tcPr>
            <w:tcW w:w="2108" w:type="dxa"/>
          </w:tcPr>
          <w:p w14:paraId="4796735A" w14:textId="77777777" w:rsidR="00B129F4" w:rsidRPr="000A5B76" w:rsidRDefault="00B129F4" w:rsidP="00161EC3"/>
        </w:tc>
        <w:tc>
          <w:tcPr>
            <w:tcW w:w="2108" w:type="dxa"/>
          </w:tcPr>
          <w:p w14:paraId="71D41A76" w14:textId="77777777" w:rsidR="00B129F4" w:rsidRPr="000A5B76" w:rsidRDefault="00B129F4" w:rsidP="00161EC3"/>
        </w:tc>
        <w:tc>
          <w:tcPr>
            <w:tcW w:w="2108" w:type="dxa"/>
          </w:tcPr>
          <w:p w14:paraId="710807BE" w14:textId="77777777" w:rsidR="00B129F4" w:rsidRPr="000A5B76" w:rsidRDefault="00B129F4" w:rsidP="00161EC3"/>
        </w:tc>
        <w:tc>
          <w:tcPr>
            <w:tcW w:w="2108" w:type="dxa"/>
          </w:tcPr>
          <w:p w14:paraId="5C1DECFF" w14:textId="77777777" w:rsidR="00B129F4" w:rsidRPr="000A5B76" w:rsidRDefault="00B129F4" w:rsidP="00161EC3"/>
        </w:tc>
      </w:tr>
      <w:tr w:rsidR="00B129F4" w:rsidRPr="000A5B76" w14:paraId="1D51F468" w14:textId="77777777" w:rsidTr="00161EC3">
        <w:trPr>
          <w:jc w:val="center"/>
        </w:trPr>
        <w:tc>
          <w:tcPr>
            <w:tcW w:w="2108" w:type="dxa"/>
          </w:tcPr>
          <w:p w14:paraId="1289562E" w14:textId="77777777" w:rsidR="00B129F4" w:rsidRPr="000A5B76" w:rsidRDefault="00B129F4" w:rsidP="00161EC3"/>
        </w:tc>
        <w:tc>
          <w:tcPr>
            <w:tcW w:w="2108" w:type="dxa"/>
          </w:tcPr>
          <w:p w14:paraId="39BBEBC5" w14:textId="77777777" w:rsidR="00B129F4" w:rsidRPr="000A5B76" w:rsidRDefault="00B129F4" w:rsidP="00161EC3"/>
        </w:tc>
        <w:tc>
          <w:tcPr>
            <w:tcW w:w="2108" w:type="dxa"/>
          </w:tcPr>
          <w:p w14:paraId="7950B2DD" w14:textId="77777777" w:rsidR="00B129F4" w:rsidRPr="000A5B76" w:rsidRDefault="00B129F4" w:rsidP="00161EC3"/>
        </w:tc>
        <w:tc>
          <w:tcPr>
            <w:tcW w:w="2108" w:type="dxa"/>
          </w:tcPr>
          <w:p w14:paraId="27EAC15F" w14:textId="77777777" w:rsidR="00B129F4" w:rsidRPr="000A5B76" w:rsidRDefault="00B129F4" w:rsidP="00161EC3"/>
        </w:tc>
        <w:tc>
          <w:tcPr>
            <w:tcW w:w="2108" w:type="dxa"/>
          </w:tcPr>
          <w:p w14:paraId="7409215D" w14:textId="77777777" w:rsidR="00B129F4" w:rsidRPr="000A5B76" w:rsidRDefault="00B129F4" w:rsidP="00161EC3"/>
        </w:tc>
      </w:tr>
    </w:tbl>
    <w:p w14:paraId="6C1A0AED" w14:textId="77777777" w:rsidR="00B129F4" w:rsidRPr="000A5B76" w:rsidRDefault="00B129F4" w:rsidP="00B129F4">
      <w:r w:rsidRPr="000A5B76">
        <w:br/>
        <w:t>Ce que j’ai appris aujourd’hui :</w:t>
      </w:r>
    </w:p>
    <w:p w14:paraId="3E221B70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3D835C8C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73823DEC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668E897B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053D328B" w14:textId="77777777" w:rsidR="00B129F4" w:rsidRPr="000A5B76" w:rsidRDefault="00B129F4" w:rsidP="00B129F4">
      <w:r w:rsidRPr="000A5B76">
        <w:t>Difficultés / questions à poser :</w:t>
      </w:r>
    </w:p>
    <w:p w14:paraId="17C89F78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069A6F14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6DA3F362" w14:textId="77777777" w:rsidR="00B129F4" w:rsidRPr="000A5B76" w:rsidRDefault="00B129F4" w:rsidP="00B129F4">
      <w:r w:rsidRPr="000A5B76">
        <w:lastRenderedPageBreak/>
        <w:t>________________________________________________________________________</w:t>
      </w:r>
    </w:p>
    <w:p w14:paraId="45BCDB61" w14:textId="77777777" w:rsidR="00B129F4" w:rsidRPr="000A5B76" w:rsidRDefault="00B129F4" w:rsidP="00B129F4">
      <w:r w:rsidRPr="000A5B76">
        <w:t>Signature / visa de l’encadreur : ______________________________</w:t>
      </w:r>
    </w:p>
    <w:p w14:paraId="1C8C66DF" w14:textId="77777777" w:rsidR="00247997" w:rsidRDefault="00247997">
      <w:pPr>
        <w:rPr>
          <w:b/>
          <w:sz w:val="28"/>
        </w:rPr>
      </w:pPr>
    </w:p>
    <w:p w14:paraId="0300597E" w14:textId="77777777" w:rsidR="00247997" w:rsidRDefault="00247997">
      <w:pPr>
        <w:rPr>
          <w:b/>
          <w:sz w:val="28"/>
        </w:rPr>
      </w:pPr>
    </w:p>
    <w:p w14:paraId="2C490CAA" w14:textId="77777777" w:rsidR="00247997" w:rsidRDefault="00247997">
      <w:pPr>
        <w:rPr>
          <w:b/>
          <w:sz w:val="28"/>
        </w:rPr>
      </w:pPr>
    </w:p>
    <w:p w14:paraId="4C709698" w14:textId="77777777" w:rsidR="00247997" w:rsidRDefault="00247997">
      <w:pPr>
        <w:rPr>
          <w:b/>
          <w:sz w:val="28"/>
        </w:rPr>
      </w:pPr>
    </w:p>
    <w:p w14:paraId="4F0A289C" w14:textId="77777777" w:rsidR="00247997" w:rsidRDefault="00247997">
      <w:pPr>
        <w:rPr>
          <w:b/>
          <w:sz w:val="28"/>
        </w:rPr>
      </w:pPr>
    </w:p>
    <w:p w14:paraId="40DC70F1" w14:textId="77777777" w:rsidR="00247997" w:rsidRDefault="00247997">
      <w:pPr>
        <w:rPr>
          <w:b/>
          <w:sz w:val="28"/>
        </w:rPr>
      </w:pPr>
    </w:p>
    <w:p w14:paraId="793CFC90" w14:textId="77777777" w:rsidR="00247997" w:rsidRDefault="00247997">
      <w:pPr>
        <w:rPr>
          <w:b/>
          <w:sz w:val="28"/>
        </w:rPr>
      </w:pPr>
    </w:p>
    <w:p w14:paraId="0D23497D" w14:textId="77777777" w:rsidR="00B129F4" w:rsidRDefault="00B129F4">
      <w:pPr>
        <w:rPr>
          <w:b/>
          <w:sz w:val="28"/>
        </w:rPr>
      </w:pPr>
    </w:p>
    <w:p w14:paraId="752815E4" w14:textId="77777777" w:rsidR="00B129F4" w:rsidRDefault="00B129F4">
      <w:pPr>
        <w:rPr>
          <w:b/>
          <w:sz w:val="28"/>
        </w:rPr>
      </w:pPr>
    </w:p>
    <w:p w14:paraId="2751AC64" w14:textId="77777777" w:rsidR="00D70074" w:rsidRDefault="00D70074" w:rsidP="00B129F4">
      <w:pPr>
        <w:rPr>
          <w:b/>
          <w:sz w:val="28"/>
        </w:rPr>
      </w:pPr>
    </w:p>
    <w:p w14:paraId="7842F610" w14:textId="77777777" w:rsidR="00CF7016" w:rsidRDefault="00CF7016" w:rsidP="00B129F4">
      <w:pPr>
        <w:rPr>
          <w:b/>
          <w:sz w:val="28"/>
        </w:rPr>
      </w:pPr>
    </w:p>
    <w:p w14:paraId="1DDB2C23" w14:textId="77777777" w:rsidR="00CF7016" w:rsidRDefault="00CF7016" w:rsidP="00B129F4">
      <w:pPr>
        <w:rPr>
          <w:b/>
          <w:sz w:val="28"/>
        </w:rPr>
      </w:pPr>
    </w:p>
    <w:p w14:paraId="2E95454B" w14:textId="77777777" w:rsidR="00CF7016" w:rsidRDefault="00CF7016" w:rsidP="00B129F4">
      <w:pPr>
        <w:rPr>
          <w:b/>
          <w:sz w:val="28"/>
        </w:rPr>
      </w:pPr>
    </w:p>
    <w:p w14:paraId="475BF14E" w14:textId="77777777" w:rsidR="00CF7016" w:rsidRDefault="00CF7016" w:rsidP="00B129F4">
      <w:pPr>
        <w:rPr>
          <w:b/>
          <w:sz w:val="28"/>
        </w:rPr>
      </w:pPr>
    </w:p>
    <w:p w14:paraId="4C9D01C8" w14:textId="77777777" w:rsidR="00CF7016" w:rsidRDefault="00CF7016" w:rsidP="00B129F4">
      <w:pPr>
        <w:rPr>
          <w:b/>
          <w:sz w:val="28"/>
        </w:rPr>
      </w:pPr>
    </w:p>
    <w:p w14:paraId="2441B3CB" w14:textId="77777777" w:rsidR="00CF7016" w:rsidRDefault="00CF7016" w:rsidP="00B129F4">
      <w:pPr>
        <w:rPr>
          <w:b/>
          <w:sz w:val="28"/>
        </w:rPr>
      </w:pPr>
    </w:p>
    <w:p w14:paraId="520E72EC" w14:textId="3E5A2B73" w:rsidR="00B129F4" w:rsidRPr="000A5B76" w:rsidRDefault="00B129F4" w:rsidP="00B129F4">
      <w:r w:rsidRPr="000A5B76">
        <w:rPr>
          <w:b/>
          <w:sz w:val="28"/>
        </w:rPr>
        <w:lastRenderedPageBreak/>
        <w:t xml:space="preserve">2. FICHE JOURNALIÈRE — JOUR </w:t>
      </w:r>
      <w:r>
        <w:rPr>
          <w:b/>
          <w:sz w:val="28"/>
        </w:rPr>
        <w:t>20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B129F4" w:rsidRPr="000A5B76" w14:paraId="216F2064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0F5BB2F6" w14:textId="77777777" w:rsidR="00B129F4" w:rsidRPr="000A5B76" w:rsidRDefault="00B129F4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BED3812" w14:textId="77777777" w:rsidR="00B129F4" w:rsidRPr="000A5B76" w:rsidRDefault="00B129F4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68CE6EC" w14:textId="77777777" w:rsidR="00B129F4" w:rsidRPr="000A5B76" w:rsidRDefault="00B129F4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683EA83" w14:textId="77777777" w:rsidR="00B129F4" w:rsidRPr="000A5B76" w:rsidRDefault="00B129F4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DC88A51" w14:textId="77777777" w:rsidR="00B129F4" w:rsidRPr="000A5B76" w:rsidRDefault="00B129F4" w:rsidP="00161EC3">
            <w:r w:rsidRPr="000A5B76">
              <w:rPr>
                <w:b/>
              </w:rPr>
              <w:t>Encadreur</w:t>
            </w:r>
          </w:p>
        </w:tc>
      </w:tr>
      <w:tr w:rsidR="00B129F4" w:rsidRPr="000A5B76" w14:paraId="5DA55805" w14:textId="77777777" w:rsidTr="00161EC3">
        <w:trPr>
          <w:jc w:val="center"/>
        </w:trPr>
        <w:tc>
          <w:tcPr>
            <w:tcW w:w="2108" w:type="dxa"/>
          </w:tcPr>
          <w:p w14:paraId="3F3A636F" w14:textId="77777777" w:rsidR="00B129F4" w:rsidRPr="000A5B76" w:rsidRDefault="00B129F4" w:rsidP="00161EC3"/>
        </w:tc>
        <w:tc>
          <w:tcPr>
            <w:tcW w:w="2108" w:type="dxa"/>
          </w:tcPr>
          <w:p w14:paraId="3E0581A0" w14:textId="77777777" w:rsidR="00B129F4" w:rsidRPr="000A5B76" w:rsidRDefault="00B129F4" w:rsidP="00161EC3"/>
        </w:tc>
        <w:tc>
          <w:tcPr>
            <w:tcW w:w="2108" w:type="dxa"/>
          </w:tcPr>
          <w:p w14:paraId="744AAAF8" w14:textId="77777777" w:rsidR="00B129F4" w:rsidRPr="000A5B76" w:rsidRDefault="00B129F4" w:rsidP="00161EC3"/>
        </w:tc>
        <w:tc>
          <w:tcPr>
            <w:tcW w:w="2108" w:type="dxa"/>
          </w:tcPr>
          <w:p w14:paraId="6F8DCFBF" w14:textId="77777777" w:rsidR="00B129F4" w:rsidRPr="000A5B76" w:rsidRDefault="00B129F4" w:rsidP="00161EC3"/>
        </w:tc>
        <w:tc>
          <w:tcPr>
            <w:tcW w:w="2108" w:type="dxa"/>
          </w:tcPr>
          <w:p w14:paraId="2E67C2B5" w14:textId="77777777" w:rsidR="00B129F4" w:rsidRPr="000A5B76" w:rsidRDefault="00B129F4" w:rsidP="00161EC3"/>
        </w:tc>
      </w:tr>
    </w:tbl>
    <w:p w14:paraId="2B2E8F7C" w14:textId="77777777" w:rsidR="00B129F4" w:rsidRPr="000A5B76" w:rsidRDefault="00B129F4" w:rsidP="00B129F4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B129F4" w:rsidRPr="000A5B76" w14:paraId="54A5FD2C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34434F74" w14:textId="77777777" w:rsidR="00B129F4" w:rsidRPr="000A5B76" w:rsidRDefault="00B129F4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54BF2F4" w14:textId="77777777" w:rsidR="00B129F4" w:rsidRPr="000A5B76" w:rsidRDefault="00B129F4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DB43E01" w14:textId="77777777" w:rsidR="00B129F4" w:rsidRPr="000A5B76" w:rsidRDefault="00B129F4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6BB6B28" w14:textId="77777777" w:rsidR="00B129F4" w:rsidRPr="000A5B76" w:rsidRDefault="00B129F4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F0A993F" w14:textId="77777777" w:rsidR="00B129F4" w:rsidRPr="000A5B76" w:rsidRDefault="00B129F4" w:rsidP="00161EC3">
            <w:r w:rsidRPr="000A5B76">
              <w:rPr>
                <w:b/>
              </w:rPr>
              <w:t>À revoir</w:t>
            </w:r>
          </w:p>
        </w:tc>
      </w:tr>
      <w:tr w:rsidR="00B129F4" w:rsidRPr="000A5B76" w14:paraId="22E29E85" w14:textId="77777777" w:rsidTr="00161EC3">
        <w:trPr>
          <w:jc w:val="center"/>
        </w:trPr>
        <w:tc>
          <w:tcPr>
            <w:tcW w:w="2108" w:type="dxa"/>
          </w:tcPr>
          <w:p w14:paraId="7EEE616A" w14:textId="77777777" w:rsidR="00B129F4" w:rsidRPr="000A5B76" w:rsidRDefault="00B129F4" w:rsidP="00161EC3"/>
        </w:tc>
        <w:tc>
          <w:tcPr>
            <w:tcW w:w="2108" w:type="dxa"/>
          </w:tcPr>
          <w:p w14:paraId="1A1C16F2" w14:textId="77777777" w:rsidR="00B129F4" w:rsidRPr="000A5B76" w:rsidRDefault="00B129F4" w:rsidP="00161EC3"/>
        </w:tc>
        <w:tc>
          <w:tcPr>
            <w:tcW w:w="2108" w:type="dxa"/>
          </w:tcPr>
          <w:p w14:paraId="42A90A12" w14:textId="77777777" w:rsidR="00B129F4" w:rsidRPr="000A5B76" w:rsidRDefault="00B129F4" w:rsidP="00161EC3"/>
        </w:tc>
        <w:tc>
          <w:tcPr>
            <w:tcW w:w="2108" w:type="dxa"/>
          </w:tcPr>
          <w:p w14:paraId="69F42B4E" w14:textId="77777777" w:rsidR="00B129F4" w:rsidRPr="000A5B76" w:rsidRDefault="00B129F4" w:rsidP="00161EC3"/>
        </w:tc>
        <w:tc>
          <w:tcPr>
            <w:tcW w:w="2108" w:type="dxa"/>
          </w:tcPr>
          <w:p w14:paraId="572E3636" w14:textId="77777777" w:rsidR="00B129F4" w:rsidRPr="000A5B76" w:rsidRDefault="00B129F4" w:rsidP="00161EC3"/>
        </w:tc>
      </w:tr>
      <w:tr w:rsidR="00B129F4" w:rsidRPr="000A5B76" w14:paraId="162E9A20" w14:textId="77777777" w:rsidTr="00161EC3">
        <w:trPr>
          <w:jc w:val="center"/>
        </w:trPr>
        <w:tc>
          <w:tcPr>
            <w:tcW w:w="2108" w:type="dxa"/>
          </w:tcPr>
          <w:p w14:paraId="6AE8132E" w14:textId="77777777" w:rsidR="00B129F4" w:rsidRPr="000A5B76" w:rsidRDefault="00B129F4" w:rsidP="00161EC3"/>
        </w:tc>
        <w:tc>
          <w:tcPr>
            <w:tcW w:w="2108" w:type="dxa"/>
          </w:tcPr>
          <w:p w14:paraId="6434B4C2" w14:textId="77777777" w:rsidR="00B129F4" w:rsidRPr="000A5B76" w:rsidRDefault="00B129F4" w:rsidP="00161EC3"/>
        </w:tc>
        <w:tc>
          <w:tcPr>
            <w:tcW w:w="2108" w:type="dxa"/>
          </w:tcPr>
          <w:p w14:paraId="550769CA" w14:textId="77777777" w:rsidR="00B129F4" w:rsidRPr="000A5B76" w:rsidRDefault="00B129F4" w:rsidP="00161EC3"/>
        </w:tc>
        <w:tc>
          <w:tcPr>
            <w:tcW w:w="2108" w:type="dxa"/>
          </w:tcPr>
          <w:p w14:paraId="18725921" w14:textId="77777777" w:rsidR="00B129F4" w:rsidRPr="000A5B76" w:rsidRDefault="00B129F4" w:rsidP="00161EC3"/>
        </w:tc>
        <w:tc>
          <w:tcPr>
            <w:tcW w:w="2108" w:type="dxa"/>
          </w:tcPr>
          <w:p w14:paraId="75D20C4B" w14:textId="77777777" w:rsidR="00B129F4" w:rsidRPr="000A5B76" w:rsidRDefault="00B129F4" w:rsidP="00161EC3"/>
        </w:tc>
      </w:tr>
      <w:tr w:rsidR="00B129F4" w:rsidRPr="000A5B76" w14:paraId="638735DD" w14:textId="77777777" w:rsidTr="00161EC3">
        <w:trPr>
          <w:jc w:val="center"/>
        </w:trPr>
        <w:tc>
          <w:tcPr>
            <w:tcW w:w="2108" w:type="dxa"/>
          </w:tcPr>
          <w:p w14:paraId="14DB814A" w14:textId="77777777" w:rsidR="00B129F4" w:rsidRPr="000A5B76" w:rsidRDefault="00B129F4" w:rsidP="00161EC3"/>
        </w:tc>
        <w:tc>
          <w:tcPr>
            <w:tcW w:w="2108" w:type="dxa"/>
          </w:tcPr>
          <w:p w14:paraId="43FBA82F" w14:textId="77777777" w:rsidR="00B129F4" w:rsidRPr="000A5B76" w:rsidRDefault="00B129F4" w:rsidP="00161EC3"/>
        </w:tc>
        <w:tc>
          <w:tcPr>
            <w:tcW w:w="2108" w:type="dxa"/>
          </w:tcPr>
          <w:p w14:paraId="286FE4AC" w14:textId="77777777" w:rsidR="00B129F4" w:rsidRPr="000A5B76" w:rsidRDefault="00B129F4" w:rsidP="00161EC3"/>
        </w:tc>
        <w:tc>
          <w:tcPr>
            <w:tcW w:w="2108" w:type="dxa"/>
          </w:tcPr>
          <w:p w14:paraId="67A46CE7" w14:textId="77777777" w:rsidR="00B129F4" w:rsidRPr="000A5B76" w:rsidRDefault="00B129F4" w:rsidP="00161EC3"/>
        </w:tc>
        <w:tc>
          <w:tcPr>
            <w:tcW w:w="2108" w:type="dxa"/>
          </w:tcPr>
          <w:p w14:paraId="29F2D2A1" w14:textId="77777777" w:rsidR="00B129F4" w:rsidRPr="000A5B76" w:rsidRDefault="00B129F4" w:rsidP="00161EC3"/>
        </w:tc>
      </w:tr>
      <w:tr w:rsidR="00B129F4" w:rsidRPr="000A5B76" w14:paraId="708C16A3" w14:textId="77777777" w:rsidTr="00161EC3">
        <w:trPr>
          <w:jc w:val="center"/>
        </w:trPr>
        <w:tc>
          <w:tcPr>
            <w:tcW w:w="2108" w:type="dxa"/>
          </w:tcPr>
          <w:p w14:paraId="552A5525" w14:textId="77777777" w:rsidR="00B129F4" w:rsidRPr="000A5B76" w:rsidRDefault="00B129F4" w:rsidP="00161EC3"/>
        </w:tc>
        <w:tc>
          <w:tcPr>
            <w:tcW w:w="2108" w:type="dxa"/>
          </w:tcPr>
          <w:p w14:paraId="541161EE" w14:textId="77777777" w:rsidR="00B129F4" w:rsidRPr="000A5B76" w:rsidRDefault="00B129F4" w:rsidP="00161EC3"/>
        </w:tc>
        <w:tc>
          <w:tcPr>
            <w:tcW w:w="2108" w:type="dxa"/>
          </w:tcPr>
          <w:p w14:paraId="39E6BA1C" w14:textId="77777777" w:rsidR="00B129F4" w:rsidRPr="000A5B76" w:rsidRDefault="00B129F4" w:rsidP="00161EC3"/>
        </w:tc>
        <w:tc>
          <w:tcPr>
            <w:tcW w:w="2108" w:type="dxa"/>
          </w:tcPr>
          <w:p w14:paraId="637E850F" w14:textId="77777777" w:rsidR="00B129F4" w:rsidRPr="000A5B76" w:rsidRDefault="00B129F4" w:rsidP="00161EC3"/>
        </w:tc>
        <w:tc>
          <w:tcPr>
            <w:tcW w:w="2108" w:type="dxa"/>
          </w:tcPr>
          <w:p w14:paraId="07C375D5" w14:textId="77777777" w:rsidR="00B129F4" w:rsidRPr="000A5B76" w:rsidRDefault="00B129F4" w:rsidP="00161EC3"/>
        </w:tc>
      </w:tr>
      <w:tr w:rsidR="00B129F4" w:rsidRPr="000A5B76" w14:paraId="77D678DF" w14:textId="77777777" w:rsidTr="00161EC3">
        <w:trPr>
          <w:jc w:val="center"/>
        </w:trPr>
        <w:tc>
          <w:tcPr>
            <w:tcW w:w="2108" w:type="dxa"/>
          </w:tcPr>
          <w:p w14:paraId="494D5623" w14:textId="77777777" w:rsidR="00B129F4" w:rsidRPr="000A5B76" w:rsidRDefault="00B129F4" w:rsidP="00161EC3"/>
        </w:tc>
        <w:tc>
          <w:tcPr>
            <w:tcW w:w="2108" w:type="dxa"/>
          </w:tcPr>
          <w:p w14:paraId="36EE5E59" w14:textId="77777777" w:rsidR="00B129F4" w:rsidRPr="000A5B76" w:rsidRDefault="00B129F4" w:rsidP="00161EC3"/>
        </w:tc>
        <w:tc>
          <w:tcPr>
            <w:tcW w:w="2108" w:type="dxa"/>
          </w:tcPr>
          <w:p w14:paraId="71A649CE" w14:textId="77777777" w:rsidR="00B129F4" w:rsidRPr="000A5B76" w:rsidRDefault="00B129F4" w:rsidP="00161EC3"/>
        </w:tc>
        <w:tc>
          <w:tcPr>
            <w:tcW w:w="2108" w:type="dxa"/>
          </w:tcPr>
          <w:p w14:paraId="136A5CFF" w14:textId="77777777" w:rsidR="00B129F4" w:rsidRPr="000A5B76" w:rsidRDefault="00B129F4" w:rsidP="00161EC3"/>
        </w:tc>
        <w:tc>
          <w:tcPr>
            <w:tcW w:w="2108" w:type="dxa"/>
          </w:tcPr>
          <w:p w14:paraId="727E7189" w14:textId="77777777" w:rsidR="00B129F4" w:rsidRPr="000A5B76" w:rsidRDefault="00B129F4" w:rsidP="00161EC3"/>
        </w:tc>
      </w:tr>
      <w:tr w:rsidR="00B129F4" w:rsidRPr="000A5B76" w14:paraId="48BC5207" w14:textId="77777777" w:rsidTr="00161EC3">
        <w:trPr>
          <w:jc w:val="center"/>
        </w:trPr>
        <w:tc>
          <w:tcPr>
            <w:tcW w:w="2108" w:type="dxa"/>
          </w:tcPr>
          <w:p w14:paraId="79E7F69F" w14:textId="77777777" w:rsidR="00B129F4" w:rsidRPr="000A5B76" w:rsidRDefault="00B129F4" w:rsidP="00161EC3"/>
        </w:tc>
        <w:tc>
          <w:tcPr>
            <w:tcW w:w="2108" w:type="dxa"/>
          </w:tcPr>
          <w:p w14:paraId="52ED3C74" w14:textId="77777777" w:rsidR="00B129F4" w:rsidRPr="000A5B76" w:rsidRDefault="00B129F4" w:rsidP="00161EC3"/>
        </w:tc>
        <w:tc>
          <w:tcPr>
            <w:tcW w:w="2108" w:type="dxa"/>
          </w:tcPr>
          <w:p w14:paraId="7235105E" w14:textId="77777777" w:rsidR="00B129F4" w:rsidRPr="000A5B76" w:rsidRDefault="00B129F4" w:rsidP="00161EC3"/>
        </w:tc>
        <w:tc>
          <w:tcPr>
            <w:tcW w:w="2108" w:type="dxa"/>
          </w:tcPr>
          <w:p w14:paraId="78C1EB5E" w14:textId="77777777" w:rsidR="00B129F4" w:rsidRPr="000A5B76" w:rsidRDefault="00B129F4" w:rsidP="00161EC3"/>
        </w:tc>
        <w:tc>
          <w:tcPr>
            <w:tcW w:w="2108" w:type="dxa"/>
          </w:tcPr>
          <w:p w14:paraId="426F73DA" w14:textId="77777777" w:rsidR="00B129F4" w:rsidRPr="000A5B76" w:rsidRDefault="00B129F4" w:rsidP="00161EC3"/>
        </w:tc>
      </w:tr>
      <w:tr w:rsidR="00B129F4" w:rsidRPr="000A5B76" w14:paraId="6A7321AE" w14:textId="77777777" w:rsidTr="00161EC3">
        <w:trPr>
          <w:jc w:val="center"/>
        </w:trPr>
        <w:tc>
          <w:tcPr>
            <w:tcW w:w="2108" w:type="dxa"/>
          </w:tcPr>
          <w:p w14:paraId="7BA3BC98" w14:textId="77777777" w:rsidR="00B129F4" w:rsidRPr="000A5B76" w:rsidRDefault="00B129F4" w:rsidP="00161EC3"/>
        </w:tc>
        <w:tc>
          <w:tcPr>
            <w:tcW w:w="2108" w:type="dxa"/>
          </w:tcPr>
          <w:p w14:paraId="5386FC31" w14:textId="77777777" w:rsidR="00B129F4" w:rsidRPr="000A5B76" w:rsidRDefault="00B129F4" w:rsidP="00161EC3"/>
        </w:tc>
        <w:tc>
          <w:tcPr>
            <w:tcW w:w="2108" w:type="dxa"/>
          </w:tcPr>
          <w:p w14:paraId="7C85D012" w14:textId="77777777" w:rsidR="00B129F4" w:rsidRPr="000A5B76" w:rsidRDefault="00B129F4" w:rsidP="00161EC3"/>
        </w:tc>
        <w:tc>
          <w:tcPr>
            <w:tcW w:w="2108" w:type="dxa"/>
          </w:tcPr>
          <w:p w14:paraId="348C2E70" w14:textId="77777777" w:rsidR="00B129F4" w:rsidRPr="000A5B76" w:rsidRDefault="00B129F4" w:rsidP="00161EC3"/>
        </w:tc>
        <w:tc>
          <w:tcPr>
            <w:tcW w:w="2108" w:type="dxa"/>
          </w:tcPr>
          <w:p w14:paraId="00DE47BF" w14:textId="77777777" w:rsidR="00B129F4" w:rsidRPr="000A5B76" w:rsidRDefault="00B129F4" w:rsidP="00161EC3"/>
        </w:tc>
      </w:tr>
      <w:tr w:rsidR="00B129F4" w:rsidRPr="000A5B76" w14:paraId="346B621C" w14:textId="77777777" w:rsidTr="00161EC3">
        <w:trPr>
          <w:jc w:val="center"/>
        </w:trPr>
        <w:tc>
          <w:tcPr>
            <w:tcW w:w="2108" w:type="dxa"/>
          </w:tcPr>
          <w:p w14:paraId="5DE0125C" w14:textId="77777777" w:rsidR="00B129F4" w:rsidRPr="000A5B76" w:rsidRDefault="00B129F4" w:rsidP="00161EC3"/>
        </w:tc>
        <w:tc>
          <w:tcPr>
            <w:tcW w:w="2108" w:type="dxa"/>
          </w:tcPr>
          <w:p w14:paraId="782D4C47" w14:textId="77777777" w:rsidR="00B129F4" w:rsidRPr="000A5B76" w:rsidRDefault="00B129F4" w:rsidP="00161EC3"/>
        </w:tc>
        <w:tc>
          <w:tcPr>
            <w:tcW w:w="2108" w:type="dxa"/>
          </w:tcPr>
          <w:p w14:paraId="7CD43F78" w14:textId="77777777" w:rsidR="00B129F4" w:rsidRPr="000A5B76" w:rsidRDefault="00B129F4" w:rsidP="00161EC3"/>
        </w:tc>
        <w:tc>
          <w:tcPr>
            <w:tcW w:w="2108" w:type="dxa"/>
          </w:tcPr>
          <w:p w14:paraId="7593CC36" w14:textId="77777777" w:rsidR="00B129F4" w:rsidRPr="000A5B76" w:rsidRDefault="00B129F4" w:rsidP="00161EC3"/>
        </w:tc>
        <w:tc>
          <w:tcPr>
            <w:tcW w:w="2108" w:type="dxa"/>
          </w:tcPr>
          <w:p w14:paraId="420E29EE" w14:textId="77777777" w:rsidR="00B129F4" w:rsidRPr="000A5B76" w:rsidRDefault="00B129F4" w:rsidP="00161EC3"/>
        </w:tc>
      </w:tr>
    </w:tbl>
    <w:p w14:paraId="169F8D10" w14:textId="77777777" w:rsidR="00B129F4" w:rsidRPr="000A5B76" w:rsidRDefault="00B129F4" w:rsidP="00B129F4">
      <w:r w:rsidRPr="000A5B76">
        <w:br/>
        <w:t>Ce que j’ai appris aujourd’hui :</w:t>
      </w:r>
    </w:p>
    <w:p w14:paraId="01F35DD5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70635EA3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2F327E24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3F1DFD46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7C8A4A3B" w14:textId="77777777" w:rsidR="00B129F4" w:rsidRPr="000A5B76" w:rsidRDefault="00B129F4" w:rsidP="00B129F4">
      <w:r w:rsidRPr="000A5B76">
        <w:t>Difficultés / questions à poser :</w:t>
      </w:r>
    </w:p>
    <w:p w14:paraId="604EB789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46E3F795" w14:textId="77777777" w:rsidR="00B129F4" w:rsidRPr="000A5B76" w:rsidRDefault="00B129F4" w:rsidP="00B129F4">
      <w:r w:rsidRPr="000A5B76">
        <w:t>________________________________________________________________________</w:t>
      </w:r>
    </w:p>
    <w:p w14:paraId="329DEFCA" w14:textId="77777777" w:rsidR="00B129F4" w:rsidRPr="000A5B76" w:rsidRDefault="00B129F4" w:rsidP="00B129F4">
      <w:r w:rsidRPr="000A5B76">
        <w:lastRenderedPageBreak/>
        <w:t>________________________________________________________________________</w:t>
      </w:r>
    </w:p>
    <w:p w14:paraId="7004D7FF" w14:textId="77777777" w:rsidR="00B129F4" w:rsidRPr="000A5B76" w:rsidRDefault="00B129F4" w:rsidP="00B129F4">
      <w:r w:rsidRPr="000A5B76">
        <w:t>Signature / visa de l’encadreur : ______________________________</w:t>
      </w:r>
    </w:p>
    <w:p w14:paraId="3A63E277" w14:textId="77777777" w:rsidR="00B129F4" w:rsidRDefault="00B129F4">
      <w:pPr>
        <w:rPr>
          <w:b/>
          <w:sz w:val="28"/>
        </w:rPr>
      </w:pPr>
    </w:p>
    <w:p w14:paraId="35957ECF" w14:textId="77777777" w:rsidR="00B129F4" w:rsidRDefault="00B129F4">
      <w:pPr>
        <w:rPr>
          <w:b/>
          <w:sz w:val="28"/>
        </w:rPr>
      </w:pPr>
    </w:p>
    <w:p w14:paraId="6F13E716" w14:textId="77777777" w:rsidR="00B129F4" w:rsidRDefault="00B129F4">
      <w:pPr>
        <w:rPr>
          <w:b/>
          <w:sz w:val="28"/>
        </w:rPr>
      </w:pPr>
    </w:p>
    <w:p w14:paraId="1C3CAD4C" w14:textId="77777777" w:rsidR="00B129F4" w:rsidRDefault="00B129F4">
      <w:pPr>
        <w:rPr>
          <w:b/>
          <w:sz w:val="28"/>
        </w:rPr>
      </w:pPr>
    </w:p>
    <w:p w14:paraId="10C26BBA" w14:textId="77777777" w:rsidR="00B129F4" w:rsidRDefault="00B129F4">
      <w:pPr>
        <w:rPr>
          <w:b/>
          <w:sz w:val="28"/>
        </w:rPr>
      </w:pPr>
    </w:p>
    <w:p w14:paraId="076DCF13" w14:textId="77777777" w:rsidR="00B129F4" w:rsidRDefault="00B129F4">
      <w:pPr>
        <w:rPr>
          <w:b/>
          <w:sz w:val="28"/>
        </w:rPr>
      </w:pPr>
    </w:p>
    <w:p w14:paraId="180C4CF9" w14:textId="77777777" w:rsidR="00B129F4" w:rsidRDefault="00B129F4">
      <w:pPr>
        <w:rPr>
          <w:b/>
          <w:sz w:val="28"/>
        </w:rPr>
      </w:pPr>
    </w:p>
    <w:p w14:paraId="14DA3150" w14:textId="77777777" w:rsidR="00B129F4" w:rsidRDefault="00B129F4">
      <w:pPr>
        <w:rPr>
          <w:b/>
          <w:sz w:val="28"/>
        </w:rPr>
      </w:pPr>
    </w:p>
    <w:p w14:paraId="205278D8" w14:textId="77777777" w:rsidR="00B129F4" w:rsidRDefault="00B129F4">
      <w:pPr>
        <w:rPr>
          <w:b/>
          <w:sz w:val="28"/>
        </w:rPr>
      </w:pPr>
    </w:p>
    <w:p w14:paraId="142457E7" w14:textId="77777777" w:rsidR="00D70074" w:rsidRDefault="00D70074" w:rsidP="004561E7">
      <w:pPr>
        <w:rPr>
          <w:b/>
          <w:sz w:val="28"/>
        </w:rPr>
      </w:pPr>
    </w:p>
    <w:p w14:paraId="6A9F7621" w14:textId="77777777" w:rsidR="00CF7016" w:rsidRDefault="00CF7016" w:rsidP="004561E7">
      <w:pPr>
        <w:rPr>
          <w:b/>
          <w:sz w:val="28"/>
        </w:rPr>
      </w:pPr>
    </w:p>
    <w:p w14:paraId="137B14A2" w14:textId="77777777" w:rsidR="00CF7016" w:rsidRDefault="00CF7016" w:rsidP="004561E7">
      <w:pPr>
        <w:rPr>
          <w:b/>
          <w:sz w:val="28"/>
        </w:rPr>
      </w:pPr>
    </w:p>
    <w:p w14:paraId="0D2FE0FC" w14:textId="77777777" w:rsidR="00CF7016" w:rsidRDefault="00CF7016" w:rsidP="004561E7">
      <w:pPr>
        <w:rPr>
          <w:b/>
          <w:sz w:val="28"/>
        </w:rPr>
      </w:pPr>
    </w:p>
    <w:p w14:paraId="4B26A852" w14:textId="77777777" w:rsidR="00CF7016" w:rsidRDefault="00CF7016" w:rsidP="004561E7">
      <w:pPr>
        <w:rPr>
          <w:b/>
          <w:sz w:val="28"/>
        </w:rPr>
      </w:pPr>
    </w:p>
    <w:p w14:paraId="10D22886" w14:textId="77777777" w:rsidR="00CF7016" w:rsidRDefault="00CF7016" w:rsidP="004561E7">
      <w:pPr>
        <w:rPr>
          <w:b/>
          <w:sz w:val="28"/>
        </w:rPr>
      </w:pPr>
    </w:p>
    <w:p w14:paraId="0C03545D" w14:textId="77777777" w:rsidR="00CF7016" w:rsidRDefault="00CF7016" w:rsidP="004561E7">
      <w:pPr>
        <w:rPr>
          <w:b/>
          <w:sz w:val="28"/>
        </w:rPr>
      </w:pPr>
    </w:p>
    <w:p w14:paraId="5D9ED9BD" w14:textId="6969698E" w:rsidR="004561E7" w:rsidRPr="000A5B76" w:rsidRDefault="004561E7" w:rsidP="004561E7">
      <w:r w:rsidRPr="000A5B76">
        <w:rPr>
          <w:b/>
          <w:sz w:val="28"/>
        </w:rPr>
        <w:lastRenderedPageBreak/>
        <w:t xml:space="preserve">2. FICHE JOURNALIÈRE — JOUR </w:t>
      </w:r>
      <w:r>
        <w:rPr>
          <w:b/>
          <w:sz w:val="28"/>
        </w:rPr>
        <w:t>21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4561E7" w:rsidRPr="000A5B76" w14:paraId="42CCD297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32140087" w14:textId="77777777" w:rsidR="004561E7" w:rsidRPr="000A5B76" w:rsidRDefault="004561E7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464FEDA" w14:textId="77777777" w:rsidR="004561E7" w:rsidRPr="000A5B76" w:rsidRDefault="004561E7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191D9CB" w14:textId="77777777" w:rsidR="004561E7" w:rsidRPr="000A5B76" w:rsidRDefault="004561E7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35D3078" w14:textId="77777777" w:rsidR="004561E7" w:rsidRPr="000A5B76" w:rsidRDefault="004561E7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919187A" w14:textId="77777777" w:rsidR="004561E7" w:rsidRPr="000A5B76" w:rsidRDefault="004561E7" w:rsidP="00161EC3">
            <w:r w:rsidRPr="000A5B76">
              <w:rPr>
                <w:b/>
              </w:rPr>
              <w:t>Encadreur</w:t>
            </w:r>
          </w:p>
        </w:tc>
      </w:tr>
      <w:tr w:rsidR="004561E7" w:rsidRPr="000A5B76" w14:paraId="1732D6A7" w14:textId="77777777" w:rsidTr="00161EC3">
        <w:trPr>
          <w:jc w:val="center"/>
        </w:trPr>
        <w:tc>
          <w:tcPr>
            <w:tcW w:w="2108" w:type="dxa"/>
          </w:tcPr>
          <w:p w14:paraId="46B7D5A1" w14:textId="77777777" w:rsidR="004561E7" w:rsidRPr="000A5B76" w:rsidRDefault="004561E7" w:rsidP="00161EC3"/>
        </w:tc>
        <w:tc>
          <w:tcPr>
            <w:tcW w:w="2108" w:type="dxa"/>
          </w:tcPr>
          <w:p w14:paraId="158B551C" w14:textId="77777777" w:rsidR="004561E7" w:rsidRPr="000A5B76" w:rsidRDefault="004561E7" w:rsidP="00161EC3"/>
        </w:tc>
        <w:tc>
          <w:tcPr>
            <w:tcW w:w="2108" w:type="dxa"/>
          </w:tcPr>
          <w:p w14:paraId="1D4CE1ED" w14:textId="77777777" w:rsidR="004561E7" w:rsidRPr="000A5B76" w:rsidRDefault="004561E7" w:rsidP="00161EC3"/>
        </w:tc>
        <w:tc>
          <w:tcPr>
            <w:tcW w:w="2108" w:type="dxa"/>
          </w:tcPr>
          <w:p w14:paraId="2983F0E7" w14:textId="77777777" w:rsidR="004561E7" w:rsidRPr="000A5B76" w:rsidRDefault="004561E7" w:rsidP="00161EC3"/>
        </w:tc>
        <w:tc>
          <w:tcPr>
            <w:tcW w:w="2108" w:type="dxa"/>
          </w:tcPr>
          <w:p w14:paraId="45BDA369" w14:textId="77777777" w:rsidR="004561E7" w:rsidRPr="000A5B76" w:rsidRDefault="004561E7" w:rsidP="00161EC3"/>
        </w:tc>
      </w:tr>
    </w:tbl>
    <w:p w14:paraId="1461808A" w14:textId="77777777" w:rsidR="004561E7" w:rsidRPr="000A5B76" w:rsidRDefault="004561E7" w:rsidP="004561E7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4561E7" w:rsidRPr="000A5B76" w14:paraId="1E8F3570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7B8CE6A0" w14:textId="77777777" w:rsidR="004561E7" w:rsidRPr="000A5B76" w:rsidRDefault="004561E7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77886AD" w14:textId="77777777" w:rsidR="004561E7" w:rsidRPr="000A5B76" w:rsidRDefault="004561E7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5D3931C" w14:textId="77777777" w:rsidR="004561E7" w:rsidRPr="000A5B76" w:rsidRDefault="004561E7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0BF611A" w14:textId="77777777" w:rsidR="004561E7" w:rsidRPr="000A5B76" w:rsidRDefault="004561E7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8FD0AAB" w14:textId="77777777" w:rsidR="004561E7" w:rsidRPr="000A5B76" w:rsidRDefault="004561E7" w:rsidP="00161EC3">
            <w:r w:rsidRPr="000A5B76">
              <w:rPr>
                <w:b/>
              </w:rPr>
              <w:t>À revoir</w:t>
            </w:r>
          </w:p>
        </w:tc>
      </w:tr>
      <w:tr w:rsidR="004561E7" w:rsidRPr="000A5B76" w14:paraId="43E0BB19" w14:textId="77777777" w:rsidTr="00161EC3">
        <w:trPr>
          <w:jc w:val="center"/>
        </w:trPr>
        <w:tc>
          <w:tcPr>
            <w:tcW w:w="2108" w:type="dxa"/>
          </w:tcPr>
          <w:p w14:paraId="7701D224" w14:textId="77777777" w:rsidR="004561E7" w:rsidRPr="000A5B76" w:rsidRDefault="004561E7" w:rsidP="00161EC3"/>
        </w:tc>
        <w:tc>
          <w:tcPr>
            <w:tcW w:w="2108" w:type="dxa"/>
          </w:tcPr>
          <w:p w14:paraId="1BE7A1B9" w14:textId="77777777" w:rsidR="004561E7" w:rsidRPr="000A5B76" w:rsidRDefault="004561E7" w:rsidP="00161EC3"/>
        </w:tc>
        <w:tc>
          <w:tcPr>
            <w:tcW w:w="2108" w:type="dxa"/>
          </w:tcPr>
          <w:p w14:paraId="2033E663" w14:textId="77777777" w:rsidR="004561E7" w:rsidRPr="000A5B76" w:rsidRDefault="004561E7" w:rsidP="00161EC3"/>
        </w:tc>
        <w:tc>
          <w:tcPr>
            <w:tcW w:w="2108" w:type="dxa"/>
          </w:tcPr>
          <w:p w14:paraId="021A35F1" w14:textId="77777777" w:rsidR="004561E7" w:rsidRPr="000A5B76" w:rsidRDefault="004561E7" w:rsidP="00161EC3"/>
        </w:tc>
        <w:tc>
          <w:tcPr>
            <w:tcW w:w="2108" w:type="dxa"/>
          </w:tcPr>
          <w:p w14:paraId="42940716" w14:textId="77777777" w:rsidR="004561E7" w:rsidRPr="000A5B76" w:rsidRDefault="004561E7" w:rsidP="00161EC3"/>
        </w:tc>
      </w:tr>
      <w:tr w:rsidR="004561E7" w:rsidRPr="000A5B76" w14:paraId="27DA4E6F" w14:textId="77777777" w:rsidTr="00161EC3">
        <w:trPr>
          <w:jc w:val="center"/>
        </w:trPr>
        <w:tc>
          <w:tcPr>
            <w:tcW w:w="2108" w:type="dxa"/>
          </w:tcPr>
          <w:p w14:paraId="1F769257" w14:textId="77777777" w:rsidR="004561E7" w:rsidRPr="000A5B76" w:rsidRDefault="004561E7" w:rsidP="00161EC3"/>
        </w:tc>
        <w:tc>
          <w:tcPr>
            <w:tcW w:w="2108" w:type="dxa"/>
          </w:tcPr>
          <w:p w14:paraId="22D8C86F" w14:textId="77777777" w:rsidR="004561E7" w:rsidRPr="000A5B76" w:rsidRDefault="004561E7" w:rsidP="00161EC3"/>
        </w:tc>
        <w:tc>
          <w:tcPr>
            <w:tcW w:w="2108" w:type="dxa"/>
          </w:tcPr>
          <w:p w14:paraId="718DFFF8" w14:textId="77777777" w:rsidR="004561E7" w:rsidRPr="000A5B76" w:rsidRDefault="004561E7" w:rsidP="00161EC3"/>
        </w:tc>
        <w:tc>
          <w:tcPr>
            <w:tcW w:w="2108" w:type="dxa"/>
          </w:tcPr>
          <w:p w14:paraId="6FA1CF64" w14:textId="77777777" w:rsidR="004561E7" w:rsidRPr="000A5B76" w:rsidRDefault="004561E7" w:rsidP="00161EC3"/>
        </w:tc>
        <w:tc>
          <w:tcPr>
            <w:tcW w:w="2108" w:type="dxa"/>
          </w:tcPr>
          <w:p w14:paraId="2D9E2ABD" w14:textId="77777777" w:rsidR="004561E7" w:rsidRPr="000A5B76" w:rsidRDefault="004561E7" w:rsidP="00161EC3"/>
        </w:tc>
      </w:tr>
      <w:tr w:rsidR="004561E7" w:rsidRPr="000A5B76" w14:paraId="1D514ABC" w14:textId="77777777" w:rsidTr="00161EC3">
        <w:trPr>
          <w:jc w:val="center"/>
        </w:trPr>
        <w:tc>
          <w:tcPr>
            <w:tcW w:w="2108" w:type="dxa"/>
          </w:tcPr>
          <w:p w14:paraId="7CFFAD85" w14:textId="77777777" w:rsidR="004561E7" w:rsidRPr="000A5B76" w:rsidRDefault="004561E7" w:rsidP="00161EC3"/>
        </w:tc>
        <w:tc>
          <w:tcPr>
            <w:tcW w:w="2108" w:type="dxa"/>
          </w:tcPr>
          <w:p w14:paraId="77B0C62B" w14:textId="77777777" w:rsidR="004561E7" w:rsidRPr="000A5B76" w:rsidRDefault="004561E7" w:rsidP="00161EC3"/>
        </w:tc>
        <w:tc>
          <w:tcPr>
            <w:tcW w:w="2108" w:type="dxa"/>
          </w:tcPr>
          <w:p w14:paraId="53AF4D64" w14:textId="77777777" w:rsidR="004561E7" w:rsidRPr="000A5B76" w:rsidRDefault="004561E7" w:rsidP="00161EC3"/>
        </w:tc>
        <w:tc>
          <w:tcPr>
            <w:tcW w:w="2108" w:type="dxa"/>
          </w:tcPr>
          <w:p w14:paraId="0738D338" w14:textId="77777777" w:rsidR="004561E7" w:rsidRPr="000A5B76" w:rsidRDefault="004561E7" w:rsidP="00161EC3"/>
        </w:tc>
        <w:tc>
          <w:tcPr>
            <w:tcW w:w="2108" w:type="dxa"/>
          </w:tcPr>
          <w:p w14:paraId="2A0BAF50" w14:textId="77777777" w:rsidR="004561E7" w:rsidRPr="000A5B76" w:rsidRDefault="004561E7" w:rsidP="00161EC3"/>
        </w:tc>
      </w:tr>
      <w:tr w:rsidR="004561E7" w:rsidRPr="000A5B76" w14:paraId="461CCF8D" w14:textId="77777777" w:rsidTr="00161EC3">
        <w:trPr>
          <w:jc w:val="center"/>
        </w:trPr>
        <w:tc>
          <w:tcPr>
            <w:tcW w:w="2108" w:type="dxa"/>
          </w:tcPr>
          <w:p w14:paraId="52ACCA63" w14:textId="77777777" w:rsidR="004561E7" w:rsidRPr="000A5B76" w:rsidRDefault="004561E7" w:rsidP="00161EC3"/>
        </w:tc>
        <w:tc>
          <w:tcPr>
            <w:tcW w:w="2108" w:type="dxa"/>
          </w:tcPr>
          <w:p w14:paraId="49DD2BBB" w14:textId="77777777" w:rsidR="004561E7" w:rsidRPr="000A5B76" w:rsidRDefault="004561E7" w:rsidP="00161EC3"/>
        </w:tc>
        <w:tc>
          <w:tcPr>
            <w:tcW w:w="2108" w:type="dxa"/>
          </w:tcPr>
          <w:p w14:paraId="44E370C3" w14:textId="77777777" w:rsidR="004561E7" w:rsidRPr="000A5B76" w:rsidRDefault="004561E7" w:rsidP="00161EC3"/>
        </w:tc>
        <w:tc>
          <w:tcPr>
            <w:tcW w:w="2108" w:type="dxa"/>
          </w:tcPr>
          <w:p w14:paraId="6469BBC9" w14:textId="77777777" w:rsidR="004561E7" w:rsidRPr="000A5B76" w:rsidRDefault="004561E7" w:rsidP="00161EC3"/>
        </w:tc>
        <w:tc>
          <w:tcPr>
            <w:tcW w:w="2108" w:type="dxa"/>
          </w:tcPr>
          <w:p w14:paraId="4755EAC8" w14:textId="77777777" w:rsidR="004561E7" w:rsidRPr="000A5B76" w:rsidRDefault="004561E7" w:rsidP="00161EC3"/>
        </w:tc>
      </w:tr>
      <w:tr w:rsidR="004561E7" w:rsidRPr="000A5B76" w14:paraId="4FEF4E66" w14:textId="77777777" w:rsidTr="00161EC3">
        <w:trPr>
          <w:jc w:val="center"/>
        </w:trPr>
        <w:tc>
          <w:tcPr>
            <w:tcW w:w="2108" w:type="dxa"/>
          </w:tcPr>
          <w:p w14:paraId="5A532658" w14:textId="77777777" w:rsidR="004561E7" w:rsidRPr="000A5B76" w:rsidRDefault="004561E7" w:rsidP="00161EC3"/>
        </w:tc>
        <w:tc>
          <w:tcPr>
            <w:tcW w:w="2108" w:type="dxa"/>
          </w:tcPr>
          <w:p w14:paraId="42F2DACE" w14:textId="77777777" w:rsidR="004561E7" w:rsidRPr="000A5B76" w:rsidRDefault="004561E7" w:rsidP="00161EC3"/>
        </w:tc>
        <w:tc>
          <w:tcPr>
            <w:tcW w:w="2108" w:type="dxa"/>
          </w:tcPr>
          <w:p w14:paraId="79C0ECB2" w14:textId="77777777" w:rsidR="004561E7" w:rsidRPr="000A5B76" w:rsidRDefault="004561E7" w:rsidP="00161EC3"/>
        </w:tc>
        <w:tc>
          <w:tcPr>
            <w:tcW w:w="2108" w:type="dxa"/>
          </w:tcPr>
          <w:p w14:paraId="79455D06" w14:textId="77777777" w:rsidR="004561E7" w:rsidRPr="000A5B76" w:rsidRDefault="004561E7" w:rsidP="00161EC3"/>
        </w:tc>
        <w:tc>
          <w:tcPr>
            <w:tcW w:w="2108" w:type="dxa"/>
          </w:tcPr>
          <w:p w14:paraId="750EB2D3" w14:textId="77777777" w:rsidR="004561E7" w:rsidRPr="000A5B76" w:rsidRDefault="004561E7" w:rsidP="00161EC3"/>
        </w:tc>
      </w:tr>
      <w:tr w:rsidR="004561E7" w:rsidRPr="000A5B76" w14:paraId="1F8FE3F9" w14:textId="77777777" w:rsidTr="00161EC3">
        <w:trPr>
          <w:jc w:val="center"/>
        </w:trPr>
        <w:tc>
          <w:tcPr>
            <w:tcW w:w="2108" w:type="dxa"/>
          </w:tcPr>
          <w:p w14:paraId="2A9F81BD" w14:textId="77777777" w:rsidR="004561E7" w:rsidRPr="000A5B76" w:rsidRDefault="004561E7" w:rsidP="00161EC3"/>
        </w:tc>
        <w:tc>
          <w:tcPr>
            <w:tcW w:w="2108" w:type="dxa"/>
          </w:tcPr>
          <w:p w14:paraId="4440EB9A" w14:textId="77777777" w:rsidR="004561E7" w:rsidRPr="000A5B76" w:rsidRDefault="004561E7" w:rsidP="00161EC3"/>
        </w:tc>
        <w:tc>
          <w:tcPr>
            <w:tcW w:w="2108" w:type="dxa"/>
          </w:tcPr>
          <w:p w14:paraId="099B58C7" w14:textId="77777777" w:rsidR="004561E7" w:rsidRPr="000A5B76" w:rsidRDefault="004561E7" w:rsidP="00161EC3"/>
        </w:tc>
        <w:tc>
          <w:tcPr>
            <w:tcW w:w="2108" w:type="dxa"/>
          </w:tcPr>
          <w:p w14:paraId="27A97800" w14:textId="77777777" w:rsidR="004561E7" w:rsidRPr="000A5B76" w:rsidRDefault="004561E7" w:rsidP="00161EC3"/>
        </w:tc>
        <w:tc>
          <w:tcPr>
            <w:tcW w:w="2108" w:type="dxa"/>
          </w:tcPr>
          <w:p w14:paraId="2B6D6A33" w14:textId="77777777" w:rsidR="004561E7" w:rsidRPr="000A5B76" w:rsidRDefault="004561E7" w:rsidP="00161EC3"/>
        </w:tc>
      </w:tr>
      <w:tr w:rsidR="004561E7" w:rsidRPr="000A5B76" w14:paraId="28E5974B" w14:textId="77777777" w:rsidTr="00161EC3">
        <w:trPr>
          <w:jc w:val="center"/>
        </w:trPr>
        <w:tc>
          <w:tcPr>
            <w:tcW w:w="2108" w:type="dxa"/>
          </w:tcPr>
          <w:p w14:paraId="6E2978D5" w14:textId="77777777" w:rsidR="004561E7" w:rsidRPr="000A5B76" w:rsidRDefault="004561E7" w:rsidP="00161EC3"/>
        </w:tc>
        <w:tc>
          <w:tcPr>
            <w:tcW w:w="2108" w:type="dxa"/>
          </w:tcPr>
          <w:p w14:paraId="480D781E" w14:textId="77777777" w:rsidR="004561E7" w:rsidRPr="000A5B76" w:rsidRDefault="004561E7" w:rsidP="00161EC3"/>
        </w:tc>
        <w:tc>
          <w:tcPr>
            <w:tcW w:w="2108" w:type="dxa"/>
          </w:tcPr>
          <w:p w14:paraId="47C5F0BD" w14:textId="77777777" w:rsidR="004561E7" w:rsidRPr="000A5B76" w:rsidRDefault="004561E7" w:rsidP="00161EC3"/>
        </w:tc>
        <w:tc>
          <w:tcPr>
            <w:tcW w:w="2108" w:type="dxa"/>
          </w:tcPr>
          <w:p w14:paraId="0FB15456" w14:textId="77777777" w:rsidR="004561E7" w:rsidRPr="000A5B76" w:rsidRDefault="004561E7" w:rsidP="00161EC3"/>
        </w:tc>
        <w:tc>
          <w:tcPr>
            <w:tcW w:w="2108" w:type="dxa"/>
          </w:tcPr>
          <w:p w14:paraId="20FD1A45" w14:textId="77777777" w:rsidR="004561E7" w:rsidRPr="000A5B76" w:rsidRDefault="004561E7" w:rsidP="00161EC3"/>
        </w:tc>
      </w:tr>
      <w:tr w:rsidR="004561E7" w:rsidRPr="000A5B76" w14:paraId="3B941909" w14:textId="77777777" w:rsidTr="00161EC3">
        <w:trPr>
          <w:jc w:val="center"/>
        </w:trPr>
        <w:tc>
          <w:tcPr>
            <w:tcW w:w="2108" w:type="dxa"/>
          </w:tcPr>
          <w:p w14:paraId="0AE9E401" w14:textId="77777777" w:rsidR="004561E7" w:rsidRPr="000A5B76" w:rsidRDefault="004561E7" w:rsidP="00161EC3"/>
        </w:tc>
        <w:tc>
          <w:tcPr>
            <w:tcW w:w="2108" w:type="dxa"/>
          </w:tcPr>
          <w:p w14:paraId="49DC9FFA" w14:textId="77777777" w:rsidR="004561E7" w:rsidRPr="000A5B76" w:rsidRDefault="004561E7" w:rsidP="00161EC3"/>
        </w:tc>
        <w:tc>
          <w:tcPr>
            <w:tcW w:w="2108" w:type="dxa"/>
          </w:tcPr>
          <w:p w14:paraId="2FF21AB4" w14:textId="77777777" w:rsidR="004561E7" w:rsidRPr="000A5B76" w:rsidRDefault="004561E7" w:rsidP="00161EC3"/>
        </w:tc>
        <w:tc>
          <w:tcPr>
            <w:tcW w:w="2108" w:type="dxa"/>
          </w:tcPr>
          <w:p w14:paraId="75F73FE8" w14:textId="77777777" w:rsidR="004561E7" w:rsidRPr="000A5B76" w:rsidRDefault="004561E7" w:rsidP="00161EC3"/>
        </w:tc>
        <w:tc>
          <w:tcPr>
            <w:tcW w:w="2108" w:type="dxa"/>
          </w:tcPr>
          <w:p w14:paraId="295BA34A" w14:textId="77777777" w:rsidR="004561E7" w:rsidRPr="000A5B76" w:rsidRDefault="004561E7" w:rsidP="00161EC3"/>
        </w:tc>
      </w:tr>
    </w:tbl>
    <w:p w14:paraId="3B914F3A" w14:textId="77777777" w:rsidR="004561E7" w:rsidRPr="000A5B76" w:rsidRDefault="004561E7" w:rsidP="004561E7">
      <w:r w:rsidRPr="000A5B76">
        <w:br/>
        <w:t>Ce que j’ai appris aujourd’hui :</w:t>
      </w:r>
    </w:p>
    <w:p w14:paraId="50993F8F" w14:textId="77777777" w:rsidR="004561E7" w:rsidRPr="000A5B76" w:rsidRDefault="004561E7" w:rsidP="004561E7">
      <w:r w:rsidRPr="000A5B76">
        <w:t>________________________________________________________________________</w:t>
      </w:r>
    </w:p>
    <w:p w14:paraId="22282279" w14:textId="77777777" w:rsidR="004561E7" w:rsidRPr="000A5B76" w:rsidRDefault="004561E7" w:rsidP="004561E7">
      <w:r w:rsidRPr="000A5B76">
        <w:t>________________________________________________________________________</w:t>
      </w:r>
    </w:p>
    <w:p w14:paraId="78BF4768" w14:textId="77777777" w:rsidR="004561E7" w:rsidRPr="000A5B76" w:rsidRDefault="004561E7" w:rsidP="004561E7">
      <w:r w:rsidRPr="000A5B76">
        <w:t>________________________________________________________________________</w:t>
      </w:r>
    </w:p>
    <w:p w14:paraId="5D235D9C" w14:textId="77777777" w:rsidR="004561E7" w:rsidRPr="000A5B76" w:rsidRDefault="004561E7" w:rsidP="004561E7">
      <w:r w:rsidRPr="000A5B76">
        <w:t>________________________________________________________________________</w:t>
      </w:r>
    </w:p>
    <w:p w14:paraId="30CB1B31" w14:textId="77777777" w:rsidR="004561E7" w:rsidRPr="000A5B76" w:rsidRDefault="004561E7" w:rsidP="004561E7">
      <w:r w:rsidRPr="000A5B76">
        <w:t>Difficultés / questions à poser :</w:t>
      </w:r>
    </w:p>
    <w:p w14:paraId="7ADEE164" w14:textId="77777777" w:rsidR="004561E7" w:rsidRPr="000A5B76" w:rsidRDefault="004561E7" w:rsidP="004561E7">
      <w:r w:rsidRPr="000A5B76">
        <w:t>________________________________________________________________________</w:t>
      </w:r>
    </w:p>
    <w:p w14:paraId="5379BB2E" w14:textId="77777777" w:rsidR="004561E7" w:rsidRPr="000A5B76" w:rsidRDefault="004561E7" w:rsidP="004561E7">
      <w:r w:rsidRPr="000A5B76">
        <w:t>________________________________________________________________________</w:t>
      </w:r>
    </w:p>
    <w:p w14:paraId="000EA550" w14:textId="77777777" w:rsidR="004561E7" w:rsidRPr="000A5B76" w:rsidRDefault="004561E7" w:rsidP="004561E7">
      <w:r w:rsidRPr="000A5B76">
        <w:lastRenderedPageBreak/>
        <w:t>________________________________________________________________________</w:t>
      </w:r>
    </w:p>
    <w:p w14:paraId="4CE89A1F" w14:textId="77777777" w:rsidR="004561E7" w:rsidRPr="000A5B76" w:rsidRDefault="004561E7" w:rsidP="004561E7">
      <w:r w:rsidRPr="000A5B76">
        <w:t>Signature / visa de l’encadreur : ______________________________</w:t>
      </w:r>
    </w:p>
    <w:p w14:paraId="7834A626" w14:textId="77777777" w:rsidR="00B129F4" w:rsidRDefault="00B129F4">
      <w:pPr>
        <w:rPr>
          <w:b/>
          <w:sz w:val="28"/>
        </w:rPr>
      </w:pPr>
    </w:p>
    <w:p w14:paraId="513F1D70" w14:textId="77777777" w:rsidR="00B129F4" w:rsidRDefault="00B129F4">
      <w:pPr>
        <w:rPr>
          <w:b/>
          <w:sz w:val="28"/>
        </w:rPr>
      </w:pPr>
    </w:p>
    <w:p w14:paraId="62B0B726" w14:textId="77777777" w:rsidR="00B129F4" w:rsidRDefault="00B129F4">
      <w:pPr>
        <w:rPr>
          <w:b/>
          <w:sz w:val="28"/>
        </w:rPr>
      </w:pPr>
    </w:p>
    <w:p w14:paraId="339A3D59" w14:textId="77777777" w:rsidR="00B129F4" w:rsidRDefault="00B129F4">
      <w:pPr>
        <w:rPr>
          <w:b/>
          <w:sz w:val="28"/>
        </w:rPr>
      </w:pPr>
    </w:p>
    <w:p w14:paraId="3C724350" w14:textId="77777777" w:rsidR="00B129F4" w:rsidRDefault="00B129F4">
      <w:pPr>
        <w:rPr>
          <w:b/>
          <w:sz w:val="28"/>
        </w:rPr>
      </w:pPr>
    </w:p>
    <w:p w14:paraId="70521228" w14:textId="77777777" w:rsidR="00B129F4" w:rsidRDefault="00B129F4">
      <w:pPr>
        <w:rPr>
          <w:b/>
          <w:sz w:val="28"/>
        </w:rPr>
      </w:pPr>
    </w:p>
    <w:p w14:paraId="78216A2E" w14:textId="77777777" w:rsidR="00B129F4" w:rsidRDefault="00B129F4">
      <w:pPr>
        <w:rPr>
          <w:b/>
          <w:sz w:val="28"/>
        </w:rPr>
      </w:pPr>
    </w:p>
    <w:p w14:paraId="30FF1607" w14:textId="77777777" w:rsidR="00B129F4" w:rsidRDefault="00B129F4">
      <w:pPr>
        <w:rPr>
          <w:b/>
          <w:sz w:val="28"/>
        </w:rPr>
      </w:pPr>
    </w:p>
    <w:p w14:paraId="35900CBD" w14:textId="77777777" w:rsidR="00B129F4" w:rsidRDefault="00B129F4">
      <w:pPr>
        <w:rPr>
          <w:b/>
          <w:sz w:val="28"/>
        </w:rPr>
      </w:pPr>
    </w:p>
    <w:p w14:paraId="0DEAD4D2" w14:textId="77777777" w:rsidR="00D70074" w:rsidRDefault="00D70074" w:rsidP="004561E7">
      <w:pPr>
        <w:rPr>
          <w:b/>
          <w:sz w:val="28"/>
        </w:rPr>
      </w:pPr>
    </w:p>
    <w:p w14:paraId="67637EE9" w14:textId="77777777" w:rsidR="00CF7016" w:rsidRDefault="00CF7016" w:rsidP="004561E7">
      <w:pPr>
        <w:rPr>
          <w:b/>
          <w:sz w:val="28"/>
        </w:rPr>
      </w:pPr>
    </w:p>
    <w:p w14:paraId="3AC30E86" w14:textId="77777777" w:rsidR="00CF7016" w:rsidRDefault="00CF7016" w:rsidP="004561E7">
      <w:pPr>
        <w:rPr>
          <w:b/>
          <w:sz w:val="28"/>
        </w:rPr>
      </w:pPr>
    </w:p>
    <w:p w14:paraId="6DE1CB44" w14:textId="77777777" w:rsidR="00CF7016" w:rsidRDefault="00CF7016" w:rsidP="004561E7">
      <w:pPr>
        <w:rPr>
          <w:b/>
          <w:sz w:val="28"/>
        </w:rPr>
      </w:pPr>
    </w:p>
    <w:p w14:paraId="4E00D5C6" w14:textId="77777777" w:rsidR="00CF7016" w:rsidRDefault="00CF7016" w:rsidP="004561E7">
      <w:pPr>
        <w:rPr>
          <w:b/>
          <w:sz w:val="28"/>
        </w:rPr>
      </w:pPr>
    </w:p>
    <w:p w14:paraId="12342EDE" w14:textId="77777777" w:rsidR="00CF7016" w:rsidRDefault="00CF7016" w:rsidP="004561E7">
      <w:pPr>
        <w:rPr>
          <w:b/>
          <w:sz w:val="28"/>
        </w:rPr>
      </w:pPr>
    </w:p>
    <w:p w14:paraId="72D5D886" w14:textId="77777777" w:rsidR="00CF7016" w:rsidRDefault="00CF7016" w:rsidP="004561E7">
      <w:pPr>
        <w:rPr>
          <w:b/>
          <w:sz w:val="28"/>
        </w:rPr>
      </w:pPr>
    </w:p>
    <w:p w14:paraId="63ABE179" w14:textId="76F6BDA2" w:rsidR="004561E7" w:rsidRPr="000A5B76" w:rsidRDefault="004561E7" w:rsidP="004561E7">
      <w:r w:rsidRPr="000A5B76">
        <w:rPr>
          <w:b/>
          <w:sz w:val="28"/>
        </w:rPr>
        <w:lastRenderedPageBreak/>
        <w:t xml:space="preserve">2. FICHE JOURNALIÈRE — JOUR </w:t>
      </w:r>
      <w:r>
        <w:rPr>
          <w:b/>
          <w:sz w:val="28"/>
        </w:rPr>
        <w:t>22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4561E7" w:rsidRPr="000A5B76" w14:paraId="0E269993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53F5C10A" w14:textId="77777777" w:rsidR="004561E7" w:rsidRPr="000A5B76" w:rsidRDefault="004561E7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5FB6D8F" w14:textId="77777777" w:rsidR="004561E7" w:rsidRPr="000A5B76" w:rsidRDefault="004561E7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9A6C104" w14:textId="77777777" w:rsidR="004561E7" w:rsidRPr="000A5B76" w:rsidRDefault="004561E7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D47ADE4" w14:textId="77777777" w:rsidR="004561E7" w:rsidRPr="000A5B76" w:rsidRDefault="004561E7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1E6CBD7" w14:textId="77777777" w:rsidR="004561E7" w:rsidRPr="000A5B76" w:rsidRDefault="004561E7" w:rsidP="00161EC3">
            <w:r w:rsidRPr="000A5B76">
              <w:rPr>
                <w:b/>
              </w:rPr>
              <w:t>Encadreur</w:t>
            </w:r>
          </w:p>
        </w:tc>
      </w:tr>
      <w:tr w:rsidR="004561E7" w:rsidRPr="000A5B76" w14:paraId="2663F439" w14:textId="77777777" w:rsidTr="00161EC3">
        <w:trPr>
          <w:jc w:val="center"/>
        </w:trPr>
        <w:tc>
          <w:tcPr>
            <w:tcW w:w="2108" w:type="dxa"/>
          </w:tcPr>
          <w:p w14:paraId="79DE6528" w14:textId="77777777" w:rsidR="004561E7" w:rsidRPr="000A5B76" w:rsidRDefault="004561E7" w:rsidP="00161EC3"/>
        </w:tc>
        <w:tc>
          <w:tcPr>
            <w:tcW w:w="2108" w:type="dxa"/>
          </w:tcPr>
          <w:p w14:paraId="63DBAEAF" w14:textId="77777777" w:rsidR="004561E7" w:rsidRPr="000A5B76" w:rsidRDefault="004561E7" w:rsidP="00161EC3"/>
        </w:tc>
        <w:tc>
          <w:tcPr>
            <w:tcW w:w="2108" w:type="dxa"/>
          </w:tcPr>
          <w:p w14:paraId="7DC952DA" w14:textId="77777777" w:rsidR="004561E7" w:rsidRPr="000A5B76" w:rsidRDefault="004561E7" w:rsidP="00161EC3"/>
        </w:tc>
        <w:tc>
          <w:tcPr>
            <w:tcW w:w="2108" w:type="dxa"/>
          </w:tcPr>
          <w:p w14:paraId="2F7C68E3" w14:textId="77777777" w:rsidR="004561E7" w:rsidRPr="000A5B76" w:rsidRDefault="004561E7" w:rsidP="00161EC3"/>
        </w:tc>
        <w:tc>
          <w:tcPr>
            <w:tcW w:w="2108" w:type="dxa"/>
          </w:tcPr>
          <w:p w14:paraId="52D09153" w14:textId="77777777" w:rsidR="004561E7" w:rsidRPr="000A5B76" w:rsidRDefault="004561E7" w:rsidP="00161EC3"/>
        </w:tc>
      </w:tr>
    </w:tbl>
    <w:p w14:paraId="639CE4BA" w14:textId="77777777" w:rsidR="004561E7" w:rsidRPr="000A5B76" w:rsidRDefault="004561E7" w:rsidP="004561E7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4561E7" w:rsidRPr="000A5B76" w14:paraId="2D17D417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14FFB25A" w14:textId="77777777" w:rsidR="004561E7" w:rsidRPr="000A5B76" w:rsidRDefault="004561E7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069E70F" w14:textId="77777777" w:rsidR="004561E7" w:rsidRPr="000A5B76" w:rsidRDefault="004561E7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9D20569" w14:textId="77777777" w:rsidR="004561E7" w:rsidRPr="000A5B76" w:rsidRDefault="004561E7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9267A9E" w14:textId="77777777" w:rsidR="004561E7" w:rsidRPr="000A5B76" w:rsidRDefault="004561E7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43AC157" w14:textId="77777777" w:rsidR="004561E7" w:rsidRPr="000A5B76" w:rsidRDefault="004561E7" w:rsidP="00161EC3">
            <w:r w:rsidRPr="000A5B76">
              <w:rPr>
                <w:b/>
              </w:rPr>
              <w:t>À revoir</w:t>
            </w:r>
          </w:p>
        </w:tc>
      </w:tr>
      <w:tr w:rsidR="004561E7" w:rsidRPr="000A5B76" w14:paraId="0A37D03E" w14:textId="77777777" w:rsidTr="00161EC3">
        <w:trPr>
          <w:jc w:val="center"/>
        </w:trPr>
        <w:tc>
          <w:tcPr>
            <w:tcW w:w="2108" w:type="dxa"/>
          </w:tcPr>
          <w:p w14:paraId="063033A7" w14:textId="77777777" w:rsidR="004561E7" w:rsidRPr="000A5B76" w:rsidRDefault="004561E7" w:rsidP="00161EC3"/>
        </w:tc>
        <w:tc>
          <w:tcPr>
            <w:tcW w:w="2108" w:type="dxa"/>
          </w:tcPr>
          <w:p w14:paraId="023A311D" w14:textId="77777777" w:rsidR="004561E7" w:rsidRPr="000A5B76" w:rsidRDefault="004561E7" w:rsidP="00161EC3"/>
        </w:tc>
        <w:tc>
          <w:tcPr>
            <w:tcW w:w="2108" w:type="dxa"/>
          </w:tcPr>
          <w:p w14:paraId="0D7AD5CB" w14:textId="77777777" w:rsidR="004561E7" w:rsidRPr="000A5B76" w:rsidRDefault="004561E7" w:rsidP="00161EC3"/>
        </w:tc>
        <w:tc>
          <w:tcPr>
            <w:tcW w:w="2108" w:type="dxa"/>
          </w:tcPr>
          <w:p w14:paraId="3C687F53" w14:textId="77777777" w:rsidR="004561E7" w:rsidRPr="000A5B76" w:rsidRDefault="004561E7" w:rsidP="00161EC3"/>
        </w:tc>
        <w:tc>
          <w:tcPr>
            <w:tcW w:w="2108" w:type="dxa"/>
          </w:tcPr>
          <w:p w14:paraId="0FE974F0" w14:textId="77777777" w:rsidR="004561E7" w:rsidRPr="000A5B76" w:rsidRDefault="004561E7" w:rsidP="00161EC3"/>
        </w:tc>
      </w:tr>
      <w:tr w:rsidR="004561E7" w:rsidRPr="000A5B76" w14:paraId="72361A17" w14:textId="77777777" w:rsidTr="00161EC3">
        <w:trPr>
          <w:jc w:val="center"/>
        </w:trPr>
        <w:tc>
          <w:tcPr>
            <w:tcW w:w="2108" w:type="dxa"/>
          </w:tcPr>
          <w:p w14:paraId="1A3C7EB7" w14:textId="77777777" w:rsidR="004561E7" w:rsidRPr="000A5B76" w:rsidRDefault="004561E7" w:rsidP="00161EC3"/>
        </w:tc>
        <w:tc>
          <w:tcPr>
            <w:tcW w:w="2108" w:type="dxa"/>
          </w:tcPr>
          <w:p w14:paraId="1DD6020F" w14:textId="77777777" w:rsidR="004561E7" w:rsidRPr="000A5B76" w:rsidRDefault="004561E7" w:rsidP="00161EC3"/>
        </w:tc>
        <w:tc>
          <w:tcPr>
            <w:tcW w:w="2108" w:type="dxa"/>
          </w:tcPr>
          <w:p w14:paraId="3619A92E" w14:textId="77777777" w:rsidR="004561E7" w:rsidRPr="000A5B76" w:rsidRDefault="004561E7" w:rsidP="00161EC3"/>
        </w:tc>
        <w:tc>
          <w:tcPr>
            <w:tcW w:w="2108" w:type="dxa"/>
          </w:tcPr>
          <w:p w14:paraId="117C183D" w14:textId="77777777" w:rsidR="004561E7" w:rsidRPr="000A5B76" w:rsidRDefault="004561E7" w:rsidP="00161EC3"/>
        </w:tc>
        <w:tc>
          <w:tcPr>
            <w:tcW w:w="2108" w:type="dxa"/>
          </w:tcPr>
          <w:p w14:paraId="60BA9D6C" w14:textId="77777777" w:rsidR="004561E7" w:rsidRPr="000A5B76" w:rsidRDefault="004561E7" w:rsidP="00161EC3"/>
        </w:tc>
      </w:tr>
      <w:tr w:rsidR="004561E7" w:rsidRPr="000A5B76" w14:paraId="41F943DE" w14:textId="77777777" w:rsidTr="00161EC3">
        <w:trPr>
          <w:jc w:val="center"/>
        </w:trPr>
        <w:tc>
          <w:tcPr>
            <w:tcW w:w="2108" w:type="dxa"/>
          </w:tcPr>
          <w:p w14:paraId="2093C6BD" w14:textId="77777777" w:rsidR="004561E7" w:rsidRPr="000A5B76" w:rsidRDefault="004561E7" w:rsidP="00161EC3"/>
        </w:tc>
        <w:tc>
          <w:tcPr>
            <w:tcW w:w="2108" w:type="dxa"/>
          </w:tcPr>
          <w:p w14:paraId="603C072B" w14:textId="77777777" w:rsidR="004561E7" w:rsidRPr="000A5B76" w:rsidRDefault="004561E7" w:rsidP="00161EC3"/>
        </w:tc>
        <w:tc>
          <w:tcPr>
            <w:tcW w:w="2108" w:type="dxa"/>
          </w:tcPr>
          <w:p w14:paraId="79EBD389" w14:textId="77777777" w:rsidR="004561E7" w:rsidRPr="000A5B76" w:rsidRDefault="004561E7" w:rsidP="00161EC3"/>
        </w:tc>
        <w:tc>
          <w:tcPr>
            <w:tcW w:w="2108" w:type="dxa"/>
          </w:tcPr>
          <w:p w14:paraId="671F2395" w14:textId="77777777" w:rsidR="004561E7" w:rsidRPr="000A5B76" w:rsidRDefault="004561E7" w:rsidP="00161EC3"/>
        </w:tc>
        <w:tc>
          <w:tcPr>
            <w:tcW w:w="2108" w:type="dxa"/>
          </w:tcPr>
          <w:p w14:paraId="30A4EBDD" w14:textId="77777777" w:rsidR="004561E7" w:rsidRPr="000A5B76" w:rsidRDefault="004561E7" w:rsidP="00161EC3"/>
        </w:tc>
      </w:tr>
      <w:tr w:rsidR="004561E7" w:rsidRPr="000A5B76" w14:paraId="67C7626A" w14:textId="77777777" w:rsidTr="00161EC3">
        <w:trPr>
          <w:jc w:val="center"/>
        </w:trPr>
        <w:tc>
          <w:tcPr>
            <w:tcW w:w="2108" w:type="dxa"/>
          </w:tcPr>
          <w:p w14:paraId="12AD7989" w14:textId="77777777" w:rsidR="004561E7" w:rsidRPr="000A5B76" w:rsidRDefault="004561E7" w:rsidP="00161EC3"/>
        </w:tc>
        <w:tc>
          <w:tcPr>
            <w:tcW w:w="2108" w:type="dxa"/>
          </w:tcPr>
          <w:p w14:paraId="241C471A" w14:textId="77777777" w:rsidR="004561E7" w:rsidRPr="000A5B76" w:rsidRDefault="004561E7" w:rsidP="00161EC3"/>
        </w:tc>
        <w:tc>
          <w:tcPr>
            <w:tcW w:w="2108" w:type="dxa"/>
          </w:tcPr>
          <w:p w14:paraId="6BE06B1D" w14:textId="77777777" w:rsidR="004561E7" w:rsidRPr="000A5B76" w:rsidRDefault="004561E7" w:rsidP="00161EC3"/>
        </w:tc>
        <w:tc>
          <w:tcPr>
            <w:tcW w:w="2108" w:type="dxa"/>
          </w:tcPr>
          <w:p w14:paraId="1B7A19FE" w14:textId="77777777" w:rsidR="004561E7" w:rsidRPr="000A5B76" w:rsidRDefault="004561E7" w:rsidP="00161EC3"/>
        </w:tc>
        <w:tc>
          <w:tcPr>
            <w:tcW w:w="2108" w:type="dxa"/>
          </w:tcPr>
          <w:p w14:paraId="3643F2D3" w14:textId="77777777" w:rsidR="004561E7" w:rsidRPr="000A5B76" w:rsidRDefault="004561E7" w:rsidP="00161EC3"/>
        </w:tc>
      </w:tr>
      <w:tr w:rsidR="004561E7" w:rsidRPr="000A5B76" w14:paraId="66B34678" w14:textId="77777777" w:rsidTr="00161EC3">
        <w:trPr>
          <w:jc w:val="center"/>
        </w:trPr>
        <w:tc>
          <w:tcPr>
            <w:tcW w:w="2108" w:type="dxa"/>
          </w:tcPr>
          <w:p w14:paraId="67176D93" w14:textId="77777777" w:rsidR="004561E7" w:rsidRPr="000A5B76" w:rsidRDefault="004561E7" w:rsidP="00161EC3"/>
        </w:tc>
        <w:tc>
          <w:tcPr>
            <w:tcW w:w="2108" w:type="dxa"/>
          </w:tcPr>
          <w:p w14:paraId="08D37DEB" w14:textId="77777777" w:rsidR="004561E7" w:rsidRPr="000A5B76" w:rsidRDefault="004561E7" w:rsidP="00161EC3"/>
        </w:tc>
        <w:tc>
          <w:tcPr>
            <w:tcW w:w="2108" w:type="dxa"/>
          </w:tcPr>
          <w:p w14:paraId="349247DC" w14:textId="77777777" w:rsidR="004561E7" w:rsidRPr="000A5B76" w:rsidRDefault="004561E7" w:rsidP="00161EC3"/>
        </w:tc>
        <w:tc>
          <w:tcPr>
            <w:tcW w:w="2108" w:type="dxa"/>
          </w:tcPr>
          <w:p w14:paraId="6ADB9232" w14:textId="77777777" w:rsidR="004561E7" w:rsidRPr="000A5B76" w:rsidRDefault="004561E7" w:rsidP="00161EC3"/>
        </w:tc>
        <w:tc>
          <w:tcPr>
            <w:tcW w:w="2108" w:type="dxa"/>
          </w:tcPr>
          <w:p w14:paraId="048468C0" w14:textId="77777777" w:rsidR="004561E7" w:rsidRPr="000A5B76" w:rsidRDefault="004561E7" w:rsidP="00161EC3"/>
        </w:tc>
      </w:tr>
      <w:tr w:rsidR="004561E7" w:rsidRPr="000A5B76" w14:paraId="1B2211B9" w14:textId="77777777" w:rsidTr="00161EC3">
        <w:trPr>
          <w:jc w:val="center"/>
        </w:trPr>
        <w:tc>
          <w:tcPr>
            <w:tcW w:w="2108" w:type="dxa"/>
          </w:tcPr>
          <w:p w14:paraId="06A356B1" w14:textId="77777777" w:rsidR="004561E7" w:rsidRPr="000A5B76" w:rsidRDefault="004561E7" w:rsidP="00161EC3"/>
        </w:tc>
        <w:tc>
          <w:tcPr>
            <w:tcW w:w="2108" w:type="dxa"/>
          </w:tcPr>
          <w:p w14:paraId="434189C2" w14:textId="77777777" w:rsidR="004561E7" w:rsidRPr="000A5B76" w:rsidRDefault="004561E7" w:rsidP="00161EC3"/>
        </w:tc>
        <w:tc>
          <w:tcPr>
            <w:tcW w:w="2108" w:type="dxa"/>
          </w:tcPr>
          <w:p w14:paraId="444EBFED" w14:textId="77777777" w:rsidR="004561E7" w:rsidRPr="000A5B76" w:rsidRDefault="004561E7" w:rsidP="00161EC3"/>
        </w:tc>
        <w:tc>
          <w:tcPr>
            <w:tcW w:w="2108" w:type="dxa"/>
          </w:tcPr>
          <w:p w14:paraId="1C25C8E2" w14:textId="77777777" w:rsidR="004561E7" w:rsidRPr="000A5B76" w:rsidRDefault="004561E7" w:rsidP="00161EC3"/>
        </w:tc>
        <w:tc>
          <w:tcPr>
            <w:tcW w:w="2108" w:type="dxa"/>
          </w:tcPr>
          <w:p w14:paraId="70983B26" w14:textId="77777777" w:rsidR="004561E7" w:rsidRPr="000A5B76" w:rsidRDefault="004561E7" w:rsidP="00161EC3"/>
        </w:tc>
      </w:tr>
      <w:tr w:rsidR="004561E7" w:rsidRPr="000A5B76" w14:paraId="7EE104D6" w14:textId="77777777" w:rsidTr="00161EC3">
        <w:trPr>
          <w:jc w:val="center"/>
        </w:trPr>
        <w:tc>
          <w:tcPr>
            <w:tcW w:w="2108" w:type="dxa"/>
          </w:tcPr>
          <w:p w14:paraId="050EB5DC" w14:textId="77777777" w:rsidR="004561E7" w:rsidRPr="000A5B76" w:rsidRDefault="004561E7" w:rsidP="00161EC3"/>
        </w:tc>
        <w:tc>
          <w:tcPr>
            <w:tcW w:w="2108" w:type="dxa"/>
          </w:tcPr>
          <w:p w14:paraId="20636F9F" w14:textId="77777777" w:rsidR="004561E7" w:rsidRPr="000A5B76" w:rsidRDefault="004561E7" w:rsidP="00161EC3"/>
        </w:tc>
        <w:tc>
          <w:tcPr>
            <w:tcW w:w="2108" w:type="dxa"/>
          </w:tcPr>
          <w:p w14:paraId="21BDF12B" w14:textId="77777777" w:rsidR="004561E7" w:rsidRPr="000A5B76" w:rsidRDefault="004561E7" w:rsidP="00161EC3"/>
        </w:tc>
        <w:tc>
          <w:tcPr>
            <w:tcW w:w="2108" w:type="dxa"/>
          </w:tcPr>
          <w:p w14:paraId="0ED9C043" w14:textId="77777777" w:rsidR="004561E7" w:rsidRPr="000A5B76" w:rsidRDefault="004561E7" w:rsidP="00161EC3"/>
        </w:tc>
        <w:tc>
          <w:tcPr>
            <w:tcW w:w="2108" w:type="dxa"/>
          </w:tcPr>
          <w:p w14:paraId="52B1824F" w14:textId="77777777" w:rsidR="004561E7" w:rsidRPr="000A5B76" w:rsidRDefault="004561E7" w:rsidP="00161EC3"/>
        </w:tc>
      </w:tr>
      <w:tr w:rsidR="004561E7" w:rsidRPr="000A5B76" w14:paraId="68205D4E" w14:textId="77777777" w:rsidTr="00161EC3">
        <w:trPr>
          <w:jc w:val="center"/>
        </w:trPr>
        <w:tc>
          <w:tcPr>
            <w:tcW w:w="2108" w:type="dxa"/>
          </w:tcPr>
          <w:p w14:paraId="1983746A" w14:textId="77777777" w:rsidR="004561E7" w:rsidRPr="000A5B76" w:rsidRDefault="004561E7" w:rsidP="00161EC3"/>
        </w:tc>
        <w:tc>
          <w:tcPr>
            <w:tcW w:w="2108" w:type="dxa"/>
          </w:tcPr>
          <w:p w14:paraId="6315C4EC" w14:textId="77777777" w:rsidR="004561E7" w:rsidRPr="000A5B76" w:rsidRDefault="004561E7" w:rsidP="00161EC3"/>
        </w:tc>
        <w:tc>
          <w:tcPr>
            <w:tcW w:w="2108" w:type="dxa"/>
          </w:tcPr>
          <w:p w14:paraId="55307756" w14:textId="77777777" w:rsidR="004561E7" w:rsidRPr="000A5B76" w:rsidRDefault="004561E7" w:rsidP="00161EC3"/>
        </w:tc>
        <w:tc>
          <w:tcPr>
            <w:tcW w:w="2108" w:type="dxa"/>
          </w:tcPr>
          <w:p w14:paraId="3F5F03C5" w14:textId="77777777" w:rsidR="004561E7" w:rsidRPr="000A5B76" w:rsidRDefault="004561E7" w:rsidP="00161EC3"/>
        </w:tc>
        <w:tc>
          <w:tcPr>
            <w:tcW w:w="2108" w:type="dxa"/>
          </w:tcPr>
          <w:p w14:paraId="3B207B20" w14:textId="77777777" w:rsidR="004561E7" w:rsidRPr="000A5B76" w:rsidRDefault="004561E7" w:rsidP="00161EC3"/>
        </w:tc>
      </w:tr>
    </w:tbl>
    <w:p w14:paraId="3CA85BA4" w14:textId="77777777" w:rsidR="004561E7" w:rsidRPr="000A5B76" w:rsidRDefault="004561E7" w:rsidP="004561E7">
      <w:r w:rsidRPr="000A5B76">
        <w:br/>
        <w:t>Ce que j’ai appris aujourd’hui :</w:t>
      </w:r>
    </w:p>
    <w:p w14:paraId="21D08868" w14:textId="77777777" w:rsidR="004561E7" w:rsidRPr="000A5B76" w:rsidRDefault="004561E7" w:rsidP="004561E7">
      <w:r w:rsidRPr="000A5B76">
        <w:t>________________________________________________________________________</w:t>
      </w:r>
    </w:p>
    <w:p w14:paraId="580DD1DA" w14:textId="77777777" w:rsidR="004561E7" w:rsidRPr="000A5B76" w:rsidRDefault="004561E7" w:rsidP="004561E7">
      <w:r w:rsidRPr="000A5B76">
        <w:t>________________________________________________________________________</w:t>
      </w:r>
    </w:p>
    <w:p w14:paraId="25386A65" w14:textId="77777777" w:rsidR="004561E7" w:rsidRPr="000A5B76" w:rsidRDefault="004561E7" w:rsidP="004561E7">
      <w:r w:rsidRPr="000A5B76">
        <w:t>________________________________________________________________________</w:t>
      </w:r>
    </w:p>
    <w:p w14:paraId="00566223" w14:textId="77777777" w:rsidR="004561E7" w:rsidRPr="000A5B76" w:rsidRDefault="004561E7" w:rsidP="004561E7">
      <w:r w:rsidRPr="000A5B76">
        <w:t>________________________________________________________________________</w:t>
      </w:r>
    </w:p>
    <w:p w14:paraId="0CFF8A19" w14:textId="77777777" w:rsidR="004561E7" w:rsidRPr="000A5B76" w:rsidRDefault="004561E7" w:rsidP="004561E7">
      <w:r w:rsidRPr="000A5B76">
        <w:t>Difficultés / questions à poser :</w:t>
      </w:r>
    </w:p>
    <w:p w14:paraId="42618918" w14:textId="77777777" w:rsidR="004561E7" w:rsidRPr="000A5B76" w:rsidRDefault="004561E7" w:rsidP="004561E7">
      <w:r w:rsidRPr="000A5B76">
        <w:t>________________________________________________________________________</w:t>
      </w:r>
    </w:p>
    <w:p w14:paraId="32D545C9" w14:textId="77777777" w:rsidR="004561E7" w:rsidRPr="000A5B76" w:rsidRDefault="004561E7" w:rsidP="004561E7">
      <w:r w:rsidRPr="000A5B76">
        <w:t>________________________________________________________________________</w:t>
      </w:r>
    </w:p>
    <w:p w14:paraId="3AE3060A" w14:textId="77777777" w:rsidR="004561E7" w:rsidRPr="000A5B76" w:rsidRDefault="004561E7" w:rsidP="004561E7">
      <w:r w:rsidRPr="000A5B76">
        <w:lastRenderedPageBreak/>
        <w:t>________________________________________________________________________</w:t>
      </w:r>
    </w:p>
    <w:p w14:paraId="326B7531" w14:textId="77777777" w:rsidR="004561E7" w:rsidRPr="000A5B76" w:rsidRDefault="004561E7" w:rsidP="004561E7">
      <w:r w:rsidRPr="000A5B76">
        <w:t>Signature / visa de l’encadreur : ______________________________</w:t>
      </w:r>
    </w:p>
    <w:p w14:paraId="6FFCEEE5" w14:textId="77777777" w:rsidR="00B129F4" w:rsidRDefault="00B129F4">
      <w:pPr>
        <w:rPr>
          <w:b/>
          <w:sz w:val="28"/>
        </w:rPr>
      </w:pPr>
    </w:p>
    <w:p w14:paraId="3A325B60" w14:textId="77777777" w:rsidR="00B129F4" w:rsidRDefault="00B129F4">
      <w:pPr>
        <w:rPr>
          <w:b/>
          <w:sz w:val="28"/>
        </w:rPr>
      </w:pPr>
    </w:p>
    <w:p w14:paraId="3F12C6AB" w14:textId="77777777" w:rsidR="00B129F4" w:rsidRDefault="00B129F4">
      <w:pPr>
        <w:rPr>
          <w:b/>
          <w:sz w:val="28"/>
        </w:rPr>
      </w:pPr>
    </w:p>
    <w:p w14:paraId="47021D16" w14:textId="77777777" w:rsidR="00B129F4" w:rsidRDefault="00B129F4">
      <w:pPr>
        <w:rPr>
          <w:b/>
          <w:sz w:val="28"/>
        </w:rPr>
      </w:pPr>
    </w:p>
    <w:p w14:paraId="492C8C74" w14:textId="77777777" w:rsidR="00B129F4" w:rsidRDefault="00B129F4">
      <w:pPr>
        <w:rPr>
          <w:b/>
          <w:sz w:val="28"/>
        </w:rPr>
      </w:pPr>
    </w:p>
    <w:p w14:paraId="4034081A" w14:textId="77777777" w:rsidR="00B129F4" w:rsidRDefault="00B129F4">
      <w:pPr>
        <w:rPr>
          <w:b/>
          <w:sz w:val="28"/>
        </w:rPr>
      </w:pPr>
    </w:p>
    <w:p w14:paraId="3701906D" w14:textId="77777777" w:rsidR="00B129F4" w:rsidRDefault="00B129F4">
      <w:pPr>
        <w:rPr>
          <w:b/>
          <w:sz w:val="28"/>
        </w:rPr>
      </w:pPr>
    </w:p>
    <w:p w14:paraId="32DCA906" w14:textId="77777777" w:rsidR="004561E7" w:rsidRDefault="004561E7">
      <w:pPr>
        <w:rPr>
          <w:b/>
          <w:sz w:val="28"/>
        </w:rPr>
      </w:pPr>
    </w:p>
    <w:p w14:paraId="691BFC47" w14:textId="77777777" w:rsidR="004561E7" w:rsidRDefault="004561E7">
      <w:pPr>
        <w:rPr>
          <w:b/>
          <w:sz w:val="28"/>
        </w:rPr>
      </w:pPr>
    </w:p>
    <w:p w14:paraId="000C28EC" w14:textId="77777777" w:rsidR="00D70074" w:rsidRDefault="00D70074" w:rsidP="00CD0805">
      <w:pPr>
        <w:rPr>
          <w:b/>
          <w:sz w:val="28"/>
        </w:rPr>
      </w:pPr>
    </w:p>
    <w:p w14:paraId="101F5C26" w14:textId="77777777" w:rsidR="00CF7016" w:rsidRDefault="00CF7016" w:rsidP="00CD0805">
      <w:pPr>
        <w:rPr>
          <w:b/>
          <w:sz w:val="28"/>
        </w:rPr>
      </w:pPr>
    </w:p>
    <w:p w14:paraId="1D9D7C5C" w14:textId="77777777" w:rsidR="00CF7016" w:rsidRDefault="00CF7016" w:rsidP="00CD0805">
      <w:pPr>
        <w:rPr>
          <w:b/>
          <w:sz w:val="28"/>
        </w:rPr>
      </w:pPr>
    </w:p>
    <w:p w14:paraId="6C9C4363" w14:textId="77777777" w:rsidR="00CF7016" w:rsidRDefault="00CF7016" w:rsidP="00CD0805">
      <w:pPr>
        <w:rPr>
          <w:b/>
          <w:sz w:val="28"/>
        </w:rPr>
      </w:pPr>
    </w:p>
    <w:p w14:paraId="34331DCA" w14:textId="77777777" w:rsidR="00CF7016" w:rsidRDefault="00CF7016" w:rsidP="00CD0805">
      <w:pPr>
        <w:rPr>
          <w:b/>
          <w:sz w:val="28"/>
        </w:rPr>
      </w:pPr>
    </w:p>
    <w:p w14:paraId="3ACD90ED" w14:textId="77777777" w:rsidR="00CF7016" w:rsidRDefault="00CF7016" w:rsidP="00CD0805">
      <w:pPr>
        <w:rPr>
          <w:b/>
          <w:sz w:val="28"/>
        </w:rPr>
      </w:pPr>
    </w:p>
    <w:p w14:paraId="04DFA90D" w14:textId="77777777" w:rsidR="00CF7016" w:rsidRDefault="00CF7016" w:rsidP="00CD0805">
      <w:pPr>
        <w:rPr>
          <w:b/>
          <w:sz w:val="28"/>
        </w:rPr>
      </w:pPr>
    </w:p>
    <w:p w14:paraId="3492DBB1" w14:textId="7B3D973B" w:rsidR="00CD0805" w:rsidRPr="000A5B76" w:rsidRDefault="00CD0805" w:rsidP="00CD0805">
      <w:r w:rsidRPr="000A5B76">
        <w:rPr>
          <w:b/>
          <w:sz w:val="28"/>
        </w:rPr>
        <w:lastRenderedPageBreak/>
        <w:t xml:space="preserve">2. FICHE JOURNALIÈRE — JOUR </w:t>
      </w:r>
      <w:r>
        <w:rPr>
          <w:b/>
          <w:sz w:val="28"/>
        </w:rPr>
        <w:t>23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CD0805" w:rsidRPr="000A5B76" w14:paraId="03D73F32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0102D43F" w14:textId="77777777" w:rsidR="00CD0805" w:rsidRPr="000A5B76" w:rsidRDefault="00CD0805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495182D" w14:textId="77777777" w:rsidR="00CD0805" w:rsidRPr="000A5B76" w:rsidRDefault="00CD0805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6CD6564" w14:textId="77777777" w:rsidR="00CD0805" w:rsidRPr="000A5B76" w:rsidRDefault="00CD0805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0B799F9" w14:textId="77777777" w:rsidR="00CD0805" w:rsidRPr="000A5B76" w:rsidRDefault="00CD0805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E9ACDD5" w14:textId="77777777" w:rsidR="00CD0805" w:rsidRPr="000A5B76" w:rsidRDefault="00CD0805" w:rsidP="00161EC3">
            <w:r w:rsidRPr="000A5B76">
              <w:rPr>
                <w:b/>
              </w:rPr>
              <w:t>Encadreur</w:t>
            </w:r>
          </w:p>
        </w:tc>
      </w:tr>
      <w:tr w:rsidR="00CD0805" w:rsidRPr="000A5B76" w14:paraId="2823FE21" w14:textId="77777777" w:rsidTr="00161EC3">
        <w:trPr>
          <w:jc w:val="center"/>
        </w:trPr>
        <w:tc>
          <w:tcPr>
            <w:tcW w:w="2108" w:type="dxa"/>
          </w:tcPr>
          <w:p w14:paraId="73A01A55" w14:textId="77777777" w:rsidR="00CD0805" w:rsidRPr="000A5B76" w:rsidRDefault="00CD0805" w:rsidP="00161EC3"/>
        </w:tc>
        <w:tc>
          <w:tcPr>
            <w:tcW w:w="2108" w:type="dxa"/>
          </w:tcPr>
          <w:p w14:paraId="601F1F6B" w14:textId="77777777" w:rsidR="00CD0805" w:rsidRPr="000A5B76" w:rsidRDefault="00CD0805" w:rsidP="00161EC3"/>
        </w:tc>
        <w:tc>
          <w:tcPr>
            <w:tcW w:w="2108" w:type="dxa"/>
          </w:tcPr>
          <w:p w14:paraId="2505457B" w14:textId="77777777" w:rsidR="00CD0805" w:rsidRPr="000A5B76" w:rsidRDefault="00CD0805" w:rsidP="00161EC3"/>
        </w:tc>
        <w:tc>
          <w:tcPr>
            <w:tcW w:w="2108" w:type="dxa"/>
          </w:tcPr>
          <w:p w14:paraId="564751F4" w14:textId="77777777" w:rsidR="00CD0805" w:rsidRPr="000A5B76" w:rsidRDefault="00CD0805" w:rsidP="00161EC3"/>
        </w:tc>
        <w:tc>
          <w:tcPr>
            <w:tcW w:w="2108" w:type="dxa"/>
          </w:tcPr>
          <w:p w14:paraId="091FE86B" w14:textId="77777777" w:rsidR="00CD0805" w:rsidRPr="000A5B76" w:rsidRDefault="00CD0805" w:rsidP="00161EC3"/>
        </w:tc>
      </w:tr>
    </w:tbl>
    <w:p w14:paraId="07D906BE" w14:textId="77777777" w:rsidR="00CD0805" w:rsidRPr="000A5B76" w:rsidRDefault="00CD0805" w:rsidP="00CD0805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CD0805" w:rsidRPr="000A5B76" w14:paraId="59A6EF16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2BE456D4" w14:textId="77777777" w:rsidR="00CD0805" w:rsidRPr="000A5B76" w:rsidRDefault="00CD0805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1E3D882" w14:textId="77777777" w:rsidR="00CD0805" w:rsidRPr="000A5B76" w:rsidRDefault="00CD0805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CF5D6BB" w14:textId="77777777" w:rsidR="00CD0805" w:rsidRPr="000A5B76" w:rsidRDefault="00CD0805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E3BA62B" w14:textId="77777777" w:rsidR="00CD0805" w:rsidRPr="000A5B76" w:rsidRDefault="00CD0805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162781F" w14:textId="77777777" w:rsidR="00CD0805" w:rsidRPr="000A5B76" w:rsidRDefault="00CD0805" w:rsidP="00161EC3">
            <w:r w:rsidRPr="000A5B76">
              <w:rPr>
                <w:b/>
              </w:rPr>
              <w:t>À revoir</w:t>
            </w:r>
          </w:p>
        </w:tc>
      </w:tr>
      <w:tr w:rsidR="00CD0805" w:rsidRPr="000A5B76" w14:paraId="2E6EFE83" w14:textId="77777777" w:rsidTr="00161EC3">
        <w:trPr>
          <w:jc w:val="center"/>
        </w:trPr>
        <w:tc>
          <w:tcPr>
            <w:tcW w:w="2108" w:type="dxa"/>
          </w:tcPr>
          <w:p w14:paraId="742F172D" w14:textId="77777777" w:rsidR="00CD0805" w:rsidRPr="000A5B76" w:rsidRDefault="00CD0805" w:rsidP="00161EC3"/>
        </w:tc>
        <w:tc>
          <w:tcPr>
            <w:tcW w:w="2108" w:type="dxa"/>
          </w:tcPr>
          <w:p w14:paraId="4D9900AC" w14:textId="77777777" w:rsidR="00CD0805" w:rsidRPr="000A5B76" w:rsidRDefault="00CD0805" w:rsidP="00161EC3"/>
        </w:tc>
        <w:tc>
          <w:tcPr>
            <w:tcW w:w="2108" w:type="dxa"/>
          </w:tcPr>
          <w:p w14:paraId="01BBB2E9" w14:textId="77777777" w:rsidR="00CD0805" w:rsidRPr="000A5B76" w:rsidRDefault="00CD0805" w:rsidP="00161EC3"/>
        </w:tc>
        <w:tc>
          <w:tcPr>
            <w:tcW w:w="2108" w:type="dxa"/>
          </w:tcPr>
          <w:p w14:paraId="18CB41C1" w14:textId="77777777" w:rsidR="00CD0805" w:rsidRPr="000A5B76" w:rsidRDefault="00CD0805" w:rsidP="00161EC3"/>
        </w:tc>
        <w:tc>
          <w:tcPr>
            <w:tcW w:w="2108" w:type="dxa"/>
          </w:tcPr>
          <w:p w14:paraId="48A649EE" w14:textId="77777777" w:rsidR="00CD0805" w:rsidRPr="000A5B76" w:rsidRDefault="00CD0805" w:rsidP="00161EC3"/>
        </w:tc>
      </w:tr>
      <w:tr w:rsidR="00CD0805" w:rsidRPr="000A5B76" w14:paraId="64DABAB9" w14:textId="77777777" w:rsidTr="00161EC3">
        <w:trPr>
          <w:jc w:val="center"/>
        </w:trPr>
        <w:tc>
          <w:tcPr>
            <w:tcW w:w="2108" w:type="dxa"/>
          </w:tcPr>
          <w:p w14:paraId="7326B344" w14:textId="77777777" w:rsidR="00CD0805" w:rsidRPr="000A5B76" w:rsidRDefault="00CD0805" w:rsidP="00161EC3"/>
        </w:tc>
        <w:tc>
          <w:tcPr>
            <w:tcW w:w="2108" w:type="dxa"/>
          </w:tcPr>
          <w:p w14:paraId="2EB82314" w14:textId="77777777" w:rsidR="00CD0805" w:rsidRPr="000A5B76" w:rsidRDefault="00CD0805" w:rsidP="00161EC3"/>
        </w:tc>
        <w:tc>
          <w:tcPr>
            <w:tcW w:w="2108" w:type="dxa"/>
          </w:tcPr>
          <w:p w14:paraId="692674FA" w14:textId="77777777" w:rsidR="00CD0805" w:rsidRPr="000A5B76" w:rsidRDefault="00CD0805" w:rsidP="00161EC3"/>
        </w:tc>
        <w:tc>
          <w:tcPr>
            <w:tcW w:w="2108" w:type="dxa"/>
          </w:tcPr>
          <w:p w14:paraId="03629C4D" w14:textId="77777777" w:rsidR="00CD0805" w:rsidRPr="000A5B76" w:rsidRDefault="00CD0805" w:rsidP="00161EC3"/>
        </w:tc>
        <w:tc>
          <w:tcPr>
            <w:tcW w:w="2108" w:type="dxa"/>
          </w:tcPr>
          <w:p w14:paraId="7912E4A6" w14:textId="77777777" w:rsidR="00CD0805" w:rsidRPr="000A5B76" w:rsidRDefault="00CD0805" w:rsidP="00161EC3"/>
        </w:tc>
      </w:tr>
      <w:tr w:rsidR="00CD0805" w:rsidRPr="000A5B76" w14:paraId="7E326555" w14:textId="77777777" w:rsidTr="00161EC3">
        <w:trPr>
          <w:jc w:val="center"/>
        </w:trPr>
        <w:tc>
          <w:tcPr>
            <w:tcW w:w="2108" w:type="dxa"/>
          </w:tcPr>
          <w:p w14:paraId="363A4651" w14:textId="77777777" w:rsidR="00CD0805" w:rsidRPr="000A5B76" w:rsidRDefault="00CD0805" w:rsidP="00161EC3"/>
        </w:tc>
        <w:tc>
          <w:tcPr>
            <w:tcW w:w="2108" w:type="dxa"/>
          </w:tcPr>
          <w:p w14:paraId="74A8559C" w14:textId="77777777" w:rsidR="00CD0805" w:rsidRPr="000A5B76" w:rsidRDefault="00CD0805" w:rsidP="00161EC3"/>
        </w:tc>
        <w:tc>
          <w:tcPr>
            <w:tcW w:w="2108" w:type="dxa"/>
          </w:tcPr>
          <w:p w14:paraId="78E926BF" w14:textId="77777777" w:rsidR="00CD0805" w:rsidRPr="000A5B76" w:rsidRDefault="00CD0805" w:rsidP="00161EC3"/>
        </w:tc>
        <w:tc>
          <w:tcPr>
            <w:tcW w:w="2108" w:type="dxa"/>
          </w:tcPr>
          <w:p w14:paraId="23806EF1" w14:textId="77777777" w:rsidR="00CD0805" w:rsidRPr="000A5B76" w:rsidRDefault="00CD0805" w:rsidP="00161EC3"/>
        </w:tc>
        <w:tc>
          <w:tcPr>
            <w:tcW w:w="2108" w:type="dxa"/>
          </w:tcPr>
          <w:p w14:paraId="112CC947" w14:textId="77777777" w:rsidR="00CD0805" w:rsidRPr="000A5B76" w:rsidRDefault="00CD0805" w:rsidP="00161EC3"/>
        </w:tc>
      </w:tr>
      <w:tr w:rsidR="00CD0805" w:rsidRPr="000A5B76" w14:paraId="0C50D4FD" w14:textId="77777777" w:rsidTr="00161EC3">
        <w:trPr>
          <w:jc w:val="center"/>
        </w:trPr>
        <w:tc>
          <w:tcPr>
            <w:tcW w:w="2108" w:type="dxa"/>
          </w:tcPr>
          <w:p w14:paraId="6E666516" w14:textId="77777777" w:rsidR="00CD0805" w:rsidRPr="000A5B76" w:rsidRDefault="00CD0805" w:rsidP="00161EC3"/>
        </w:tc>
        <w:tc>
          <w:tcPr>
            <w:tcW w:w="2108" w:type="dxa"/>
          </w:tcPr>
          <w:p w14:paraId="6940FCE5" w14:textId="77777777" w:rsidR="00CD0805" w:rsidRPr="000A5B76" w:rsidRDefault="00CD0805" w:rsidP="00161EC3"/>
        </w:tc>
        <w:tc>
          <w:tcPr>
            <w:tcW w:w="2108" w:type="dxa"/>
          </w:tcPr>
          <w:p w14:paraId="7D32B96D" w14:textId="77777777" w:rsidR="00CD0805" w:rsidRPr="000A5B76" w:rsidRDefault="00CD0805" w:rsidP="00161EC3"/>
        </w:tc>
        <w:tc>
          <w:tcPr>
            <w:tcW w:w="2108" w:type="dxa"/>
          </w:tcPr>
          <w:p w14:paraId="1E007B71" w14:textId="77777777" w:rsidR="00CD0805" w:rsidRPr="000A5B76" w:rsidRDefault="00CD0805" w:rsidP="00161EC3"/>
        </w:tc>
        <w:tc>
          <w:tcPr>
            <w:tcW w:w="2108" w:type="dxa"/>
          </w:tcPr>
          <w:p w14:paraId="138C66CF" w14:textId="77777777" w:rsidR="00CD0805" w:rsidRPr="000A5B76" w:rsidRDefault="00CD0805" w:rsidP="00161EC3"/>
        </w:tc>
      </w:tr>
      <w:tr w:rsidR="00CD0805" w:rsidRPr="000A5B76" w14:paraId="697F6823" w14:textId="77777777" w:rsidTr="00161EC3">
        <w:trPr>
          <w:jc w:val="center"/>
        </w:trPr>
        <w:tc>
          <w:tcPr>
            <w:tcW w:w="2108" w:type="dxa"/>
          </w:tcPr>
          <w:p w14:paraId="1407B3D2" w14:textId="77777777" w:rsidR="00CD0805" w:rsidRPr="000A5B76" w:rsidRDefault="00CD0805" w:rsidP="00161EC3"/>
        </w:tc>
        <w:tc>
          <w:tcPr>
            <w:tcW w:w="2108" w:type="dxa"/>
          </w:tcPr>
          <w:p w14:paraId="068A44D4" w14:textId="77777777" w:rsidR="00CD0805" w:rsidRPr="000A5B76" w:rsidRDefault="00CD0805" w:rsidP="00161EC3"/>
        </w:tc>
        <w:tc>
          <w:tcPr>
            <w:tcW w:w="2108" w:type="dxa"/>
          </w:tcPr>
          <w:p w14:paraId="017F1BB6" w14:textId="77777777" w:rsidR="00CD0805" w:rsidRPr="000A5B76" w:rsidRDefault="00CD0805" w:rsidP="00161EC3"/>
        </w:tc>
        <w:tc>
          <w:tcPr>
            <w:tcW w:w="2108" w:type="dxa"/>
          </w:tcPr>
          <w:p w14:paraId="0456CC6B" w14:textId="77777777" w:rsidR="00CD0805" w:rsidRPr="000A5B76" w:rsidRDefault="00CD0805" w:rsidP="00161EC3"/>
        </w:tc>
        <w:tc>
          <w:tcPr>
            <w:tcW w:w="2108" w:type="dxa"/>
          </w:tcPr>
          <w:p w14:paraId="10ECDA4D" w14:textId="77777777" w:rsidR="00CD0805" w:rsidRPr="000A5B76" w:rsidRDefault="00CD0805" w:rsidP="00161EC3"/>
        </w:tc>
      </w:tr>
      <w:tr w:rsidR="00CD0805" w:rsidRPr="000A5B76" w14:paraId="1CA7796F" w14:textId="77777777" w:rsidTr="00161EC3">
        <w:trPr>
          <w:jc w:val="center"/>
        </w:trPr>
        <w:tc>
          <w:tcPr>
            <w:tcW w:w="2108" w:type="dxa"/>
          </w:tcPr>
          <w:p w14:paraId="57CAEF12" w14:textId="77777777" w:rsidR="00CD0805" w:rsidRPr="000A5B76" w:rsidRDefault="00CD0805" w:rsidP="00161EC3"/>
        </w:tc>
        <w:tc>
          <w:tcPr>
            <w:tcW w:w="2108" w:type="dxa"/>
          </w:tcPr>
          <w:p w14:paraId="1F426839" w14:textId="77777777" w:rsidR="00CD0805" w:rsidRPr="000A5B76" w:rsidRDefault="00CD0805" w:rsidP="00161EC3"/>
        </w:tc>
        <w:tc>
          <w:tcPr>
            <w:tcW w:w="2108" w:type="dxa"/>
          </w:tcPr>
          <w:p w14:paraId="51A50EA6" w14:textId="77777777" w:rsidR="00CD0805" w:rsidRPr="000A5B76" w:rsidRDefault="00CD0805" w:rsidP="00161EC3"/>
        </w:tc>
        <w:tc>
          <w:tcPr>
            <w:tcW w:w="2108" w:type="dxa"/>
          </w:tcPr>
          <w:p w14:paraId="442FDC22" w14:textId="77777777" w:rsidR="00CD0805" w:rsidRPr="000A5B76" w:rsidRDefault="00CD0805" w:rsidP="00161EC3"/>
        </w:tc>
        <w:tc>
          <w:tcPr>
            <w:tcW w:w="2108" w:type="dxa"/>
          </w:tcPr>
          <w:p w14:paraId="7B1CD86B" w14:textId="77777777" w:rsidR="00CD0805" w:rsidRPr="000A5B76" w:rsidRDefault="00CD0805" w:rsidP="00161EC3"/>
        </w:tc>
      </w:tr>
      <w:tr w:rsidR="00CD0805" w:rsidRPr="000A5B76" w14:paraId="020EC642" w14:textId="77777777" w:rsidTr="00161EC3">
        <w:trPr>
          <w:jc w:val="center"/>
        </w:trPr>
        <w:tc>
          <w:tcPr>
            <w:tcW w:w="2108" w:type="dxa"/>
          </w:tcPr>
          <w:p w14:paraId="5FEA54D7" w14:textId="77777777" w:rsidR="00CD0805" w:rsidRPr="000A5B76" w:rsidRDefault="00CD0805" w:rsidP="00161EC3"/>
        </w:tc>
        <w:tc>
          <w:tcPr>
            <w:tcW w:w="2108" w:type="dxa"/>
          </w:tcPr>
          <w:p w14:paraId="3BC59AD1" w14:textId="77777777" w:rsidR="00CD0805" w:rsidRPr="000A5B76" w:rsidRDefault="00CD0805" w:rsidP="00161EC3"/>
        </w:tc>
        <w:tc>
          <w:tcPr>
            <w:tcW w:w="2108" w:type="dxa"/>
          </w:tcPr>
          <w:p w14:paraId="26D10E2E" w14:textId="77777777" w:rsidR="00CD0805" w:rsidRPr="000A5B76" w:rsidRDefault="00CD0805" w:rsidP="00161EC3"/>
        </w:tc>
        <w:tc>
          <w:tcPr>
            <w:tcW w:w="2108" w:type="dxa"/>
          </w:tcPr>
          <w:p w14:paraId="3D19D4C6" w14:textId="77777777" w:rsidR="00CD0805" w:rsidRPr="000A5B76" w:rsidRDefault="00CD0805" w:rsidP="00161EC3"/>
        </w:tc>
        <w:tc>
          <w:tcPr>
            <w:tcW w:w="2108" w:type="dxa"/>
          </w:tcPr>
          <w:p w14:paraId="23049682" w14:textId="77777777" w:rsidR="00CD0805" w:rsidRPr="000A5B76" w:rsidRDefault="00CD0805" w:rsidP="00161EC3"/>
        </w:tc>
      </w:tr>
      <w:tr w:rsidR="00CD0805" w:rsidRPr="000A5B76" w14:paraId="0BD6BEB1" w14:textId="77777777" w:rsidTr="00161EC3">
        <w:trPr>
          <w:jc w:val="center"/>
        </w:trPr>
        <w:tc>
          <w:tcPr>
            <w:tcW w:w="2108" w:type="dxa"/>
          </w:tcPr>
          <w:p w14:paraId="0BD87AF7" w14:textId="77777777" w:rsidR="00CD0805" w:rsidRPr="000A5B76" w:rsidRDefault="00CD0805" w:rsidP="00161EC3"/>
        </w:tc>
        <w:tc>
          <w:tcPr>
            <w:tcW w:w="2108" w:type="dxa"/>
          </w:tcPr>
          <w:p w14:paraId="0AF216ED" w14:textId="77777777" w:rsidR="00CD0805" w:rsidRPr="000A5B76" w:rsidRDefault="00CD0805" w:rsidP="00161EC3"/>
        </w:tc>
        <w:tc>
          <w:tcPr>
            <w:tcW w:w="2108" w:type="dxa"/>
          </w:tcPr>
          <w:p w14:paraId="04662742" w14:textId="77777777" w:rsidR="00CD0805" w:rsidRPr="000A5B76" w:rsidRDefault="00CD0805" w:rsidP="00161EC3"/>
        </w:tc>
        <w:tc>
          <w:tcPr>
            <w:tcW w:w="2108" w:type="dxa"/>
          </w:tcPr>
          <w:p w14:paraId="5DFCB6CA" w14:textId="77777777" w:rsidR="00CD0805" w:rsidRPr="000A5B76" w:rsidRDefault="00CD0805" w:rsidP="00161EC3"/>
        </w:tc>
        <w:tc>
          <w:tcPr>
            <w:tcW w:w="2108" w:type="dxa"/>
          </w:tcPr>
          <w:p w14:paraId="42FD55F0" w14:textId="77777777" w:rsidR="00CD0805" w:rsidRPr="000A5B76" w:rsidRDefault="00CD0805" w:rsidP="00161EC3"/>
        </w:tc>
      </w:tr>
    </w:tbl>
    <w:p w14:paraId="485E525C" w14:textId="77777777" w:rsidR="00CD0805" w:rsidRPr="000A5B76" w:rsidRDefault="00CD0805" w:rsidP="00CD0805">
      <w:r w:rsidRPr="000A5B76">
        <w:br/>
        <w:t>Ce que j’ai appris aujourd’hui :</w:t>
      </w:r>
    </w:p>
    <w:p w14:paraId="658A66E4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099A2002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78CAA4C5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112014AD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16C5F51C" w14:textId="77777777" w:rsidR="00CD0805" w:rsidRPr="000A5B76" w:rsidRDefault="00CD0805" w:rsidP="00CD0805">
      <w:r w:rsidRPr="000A5B76">
        <w:t>Difficultés / questions à poser :</w:t>
      </w:r>
    </w:p>
    <w:p w14:paraId="4358F8DB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474FC08D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599AB6A4" w14:textId="77777777" w:rsidR="00CD0805" w:rsidRPr="000A5B76" w:rsidRDefault="00CD0805" w:rsidP="00CD0805">
      <w:r w:rsidRPr="000A5B76">
        <w:lastRenderedPageBreak/>
        <w:t>________________________________________________________________________</w:t>
      </w:r>
    </w:p>
    <w:p w14:paraId="1F5D8E1E" w14:textId="77777777" w:rsidR="00CD0805" w:rsidRPr="000A5B76" w:rsidRDefault="00CD0805" w:rsidP="00CD0805">
      <w:r w:rsidRPr="000A5B76">
        <w:t>Signature / visa de l’encadreur : ______________________________</w:t>
      </w:r>
    </w:p>
    <w:p w14:paraId="2808E66F" w14:textId="77777777" w:rsidR="004561E7" w:rsidRDefault="004561E7">
      <w:pPr>
        <w:rPr>
          <w:b/>
          <w:sz w:val="28"/>
        </w:rPr>
      </w:pPr>
    </w:p>
    <w:p w14:paraId="6B897224" w14:textId="77777777" w:rsidR="004561E7" w:rsidRDefault="004561E7">
      <w:pPr>
        <w:rPr>
          <w:b/>
          <w:sz w:val="28"/>
        </w:rPr>
      </w:pPr>
    </w:p>
    <w:p w14:paraId="1F26EDF2" w14:textId="77777777" w:rsidR="004561E7" w:rsidRDefault="004561E7">
      <w:pPr>
        <w:rPr>
          <w:b/>
          <w:sz w:val="28"/>
        </w:rPr>
      </w:pPr>
    </w:p>
    <w:p w14:paraId="45D0C13C" w14:textId="77777777" w:rsidR="004561E7" w:rsidRDefault="004561E7">
      <w:pPr>
        <w:rPr>
          <w:b/>
          <w:sz w:val="28"/>
        </w:rPr>
      </w:pPr>
    </w:p>
    <w:p w14:paraId="1C82D87D" w14:textId="77777777" w:rsidR="004561E7" w:rsidRDefault="004561E7">
      <w:pPr>
        <w:rPr>
          <w:b/>
          <w:sz w:val="28"/>
        </w:rPr>
      </w:pPr>
    </w:p>
    <w:p w14:paraId="43B9E8CB" w14:textId="77777777" w:rsidR="004561E7" w:rsidRDefault="004561E7">
      <w:pPr>
        <w:rPr>
          <w:b/>
          <w:sz w:val="28"/>
        </w:rPr>
      </w:pPr>
    </w:p>
    <w:p w14:paraId="6A83CEBB" w14:textId="77777777" w:rsidR="004561E7" w:rsidRDefault="004561E7">
      <w:pPr>
        <w:rPr>
          <w:b/>
          <w:sz w:val="28"/>
        </w:rPr>
      </w:pPr>
    </w:p>
    <w:p w14:paraId="15DBFF15" w14:textId="77777777" w:rsidR="004561E7" w:rsidRDefault="004561E7">
      <w:pPr>
        <w:rPr>
          <w:b/>
          <w:sz w:val="28"/>
        </w:rPr>
      </w:pPr>
    </w:p>
    <w:p w14:paraId="200F8918" w14:textId="77777777" w:rsidR="004561E7" w:rsidRDefault="004561E7">
      <w:pPr>
        <w:rPr>
          <w:b/>
          <w:sz w:val="28"/>
        </w:rPr>
      </w:pPr>
    </w:p>
    <w:p w14:paraId="7A2A1285" w14:textId="77777777" w:rsidR="00D70074" w:rsidRDefault="00D70074" w:rsidP="00CD0805">
      <w:pPr>
        <w:rPr>
          <w:b/>
          <w:sz w:val="28"/>
        </w:rPr>
      </w:pPr>
    </w:p>
    <w:p w14:paraId="23C513B9" w14:textId="77777777" w:rsidR="00CF7016" w:rsidRDefault="00CF7016" w:rsidP="00CD0805">
      <w:pPr>
        <w:rPr>
          <w:b/>
          <w:sz w:val="28"/>
        </w:rPr>
      </w:pPr>
    </w:p>
    <w:p w14:paraId="3C955BBE" w14:textId="77777777" w:rsidR="00CF7016" w:rsidRDefault="00CF7016" w:rsidP="00CD0805">
      <w:pPr>
        <w:rPr>
          <w:b/>
          <w:sz w:val="28"/>
        </w:rPr>
      </w:pPr>
    </w:p>
    <w:p w14:paraId="5785194C" w14:textId="77777777" w:rsidR="00CF7016" w:rsidRDefault="00CF7016" w:rsidP="00CD0805">
      <w:pPr>
        <w:rPr>
          <w:b/>
          <w:sz w:val="28"/>
        </w:rPr>
      </w:pPr>
    </w:p>
    <w:p w14:paraId="31BB6BBD" w14:textId="77777777" w:rsidR="00CF7016" w:rsidRDefault="00CF7016" w:rsidP="00CD0805">
      <w:pPr>
        <w:rPr>
          <w:b/>
          <w:sz w:val="28"/>
        </w:rPr>
      </w:pPr>
    </w:p>
    <w:p w14:paraId="52EB9461" w14:textId="77777777" w:rsidR="00CF7016" w:rsidRDefault="00CF7016" w:rsidP="00CD0805">
      <w:pPr>
        <w:rPr>
          <w:b/>
          <w:sz w:val="28"/>
        </w:rPr>
      </w:pPr>
    </w:p>
    <w:p w14:paraId="7B70D396" w14:textId="77777777" w:rsidR="00CF7016" w:rsidRDefault="00CF7016" w:rsidP="00CD0805">
      <w:pPr>
        <w:rPr>
          <w:b/>
          <w:sz w:val="28"/>
        </w:rPr>
      </w:pPr>
    </w:p>
    <w:p w14:paraId="464A578E" w14:textId="32A83E75" w:rsidR="00CD0805" w:rsidRPr="000A5B76" w:rsidRDefault="00CD0805" w:rsidP="00CD0805">
      <w:r w:rsidRPr="000A5B76">
        <w:rPr>
          <w:b/>
          <w:sz w:val="28"/>
        </w:rPr>
        <w:lastRenderedPageBreak/>
        <w:t xml:space="preserve">2. FICHE JOURNALIÈRE — JOUR </w:t>
      </w:r>
      <w:r>
        <w:rPr>
          <w:b/>
          <w:sz w:val="28"/>
        </w:rPr>
        <w:t>24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CD0805" w:rsidRPr="000A5B76" w14:paraId="0D3E65D3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2D0DC950" w14:textId="77777777" w:rsidR="00CD0805" w:rsidRPr="000A5B76" w:rsidRDefault="00CD0805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4F0DD08" w14:textId="77777777" w:rsidR="00CD0805" w:rsidRPr="000A5B76" w:rsidRDefault="00CD0805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75C1CA7" w14:textId="77777777" w:rsidR="00CD0805" w:rsidRPr="000A5B76" w:rsidRDefault="00CD0805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3C3F49C" w14:textId="77777777" w:rsidR="00CD0805" w:rsidRPr="000A5B76" w:rsidRDefault="00CD0805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F8BB227" w14:textId="77777777" w:rsidR="00CD0805" w:rsidRPr="000A5B76" w:rsidRDefault="00CD0805" w:rsidP="00161EC3">
            <w:r w:rsidRPr="000A5B76">
              <w:rPr>
                <w:b/>
              </w:rPr>
              <w:t>Encadreur</w:t>
            </w:r>
          </w:p>
        </w:tc>
      </w:tr>
      <w:tr w:rsidR="00CD0805" w:rsidRPr="000A5B76" w14:paraId="0259B86C" w14:textId="77777777" w:rsidTr="00161EC3">
        <w:trPr>
          <w:jc w:val="center"/>
        </w:trPr>
        <w:tc>
          <w:tcPr>
            <w:tcW w:w="2108" w:type="dxa"/>
          </w:tcPr>
          <w:p w14:paraId="2DD51975" w14:textId="77777777" w:rsidR="00CD0805" w:rsidRPr="000A5B76" w:rsidRDefault="00CD0805" w:rsidP="00161EC3"/>
        </w:tc>
        <w:tc>
          <w:tcPr>
            <w:tcW w:w="2108" w:type="dxa"/>
          </w:tcPr>
          <w:p w14:paraId="633E741F" w14:textId="77777777" w:rsidR="00CD0805" w:rsidRPr="000A5B76" w:rsidRDefault="00CD0805" w:rsidP="00161EC3"/>
        </w:tc>
        <w:tc>
          <w:tcPr>
            <w:tcW w:w="2108" w:type="dxa"/>
          </w:tcPr>
          <w:p w14:paraId="6DF9A233" w14:textId="77777777" w:rsidR="00CD0805" w:rsidRPr="000A5B76" w:rsidRDefault="00CD0805" w:rsidP="00161EC3"/>
        </w:tc>
        <w:tc>
          <w:tcPr>
            <w:tcW w:w="2108" w:type="dxa"/>
          </w:tcPr>
          <w:p w14:paraId="1CD06FAC" w14:textId="77777777" w:rsidR="00CD0805" w:rsidRPr="000A5B76" w:rsidRDefault="00CD0805" w:rsidP="00161EC3"/>
        </w:tc>
        <w:tc>
          <w:tcPr>
            <w:tcW w:w="2108" w:type="dxa"/>
          </w:tcPr>
          <w:p w14:paraId="0358D7C1" w14:textId="77777777" w:rsidR="00CD0805" w:rsidRPr="000A5B76" w:rsidRDefault="00CD0805" w:rsidP="00161EC3"/>
        </w:tc>
      </w:tr>
    </w:tbl>
    <w:p w14:paraId="4704A847" w14:textId="77777777" w:rsidR="00CD0805" w:rsidRPr="000A5B76" w:rsidRDefault="00CD0805" w:rsidP="00CD0805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CD0805" w:rsidRPr="000A5B76" w14:paraId="16C32E33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18B8899C" w14:textId="77777777" w:rsidR="00CD0805" w:rsidRPr="000A5B76" w:rsidRDefault="00CD0805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A83D9AB" w14:textId="77777777" w:rsidR="00CD0805" w:rsidRPr="000A5B76" w:rsidRDefault="00CD0805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F427793" w14:textId="77777777" w:rsidR="00CD0805" w:rsidRPr="000A5B76" w:rsidRDefault="00CD0805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3F1FF05" w14:textId="77777777" w:rsidR="00CD0805" w:rsidRPr="000A5B76" w:rsidRDefault="00CD0805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5D13AA3" w14:textId="77777777" w:rsidR="00CD0805" w:rsidRPr="000A5B76" w:rsidRDefault="00CD0805" w:rsidP="00161EC3">
            <w:r w:rsidRPr="000A5B76">
              <w:rPr>
                <w:b/>
              </w:rPr>
              <w:t>À revoir</w:t>
            </w:r>
          </w:p>
        </w:tc>
      </w:tr>
      <w:tr w:rsidR="00CD0805" w:rsidRPr="000A5B76" w14:paraId="072AC26B" w14:textId="77777777" w:rsidTr="00161EC3">
        <w:trPr>
          <w:jc w:val="center"/>
        </w:trPr>
        <w:tc>
          <w:tcPr>
            <w:tcW w:w="2108" w:type="dxa"/>
          </w:tcPr>
          <w:p w14:paraId="58D009BB" w14:textId="77777777" w:rsidR="00CD0805" w:rsidRPr="000A5B76" w:rsidRDefault="00CD0805" w:rsidP="00161EC3"/>
        </w:tc>
        <w:tc>
          <w:tcPr>
            <w:tcW w:w="2108" w:type="dxa"/>
          </w:tcPr>
          <w:p w14:paraId="40123568" w14:textId="77777777" w:rsidR="00CD0805" w:rsidRPr="000A5B76" w:rsidRDefault="00CD0805" w:rsidP="00161EC3"/>
        </w:tc>
        <w:tc>
          <w:tcPr>
            <w:tcW w:w="2108" w:type="dxa"/>
          </w:tcPr>
          <w:p w14:paraId="1597B4E5" w14:textId="77777777" w:rsidR="00CD0805" w:rsidRPr="000A5B76" w:rsidRDefault="00CD0805" w:rsidP="00161EC3"/>
        </w:tc>
        <w:tc>
          <w:tcPr>
            <w:tcW w:w="2108" w:type="dxa"/>
          </w:tcPr>
          <w:p w14:paraId="78036E0F" w14:textId="77777777" w:rsidR="00CD0805" w:rsidRPr="000A5B76" w:rsidRDefault="00CD0805" w:rsidP="00161EC3"/>
        </w:tc>
        <w:tc>
          <w:tcPr>
            <w:tcW w:w="2108" w:type="dxa"/>
          </w:tcPr>
          <w:p w14:paraId="36A2307B" w14:textId="77777777" w:rsidR="00CD0805" w:rsidRPr="000A5B76" w:rsidRDefault="00CD0805" w:rsidP="00161EC3"/>
        </w:tc>
      </w:tr>
      <w:tr w:rsidR="00CD0805" w:rsidRPr="000A5B76" w14:paraId="313FE1AB" w14:textId="77777777" w:rsidTr="00161EC3">
        <w:trPr>
          <w:jc w:val="center"/>
        </w:trPr>
        <w:tc>
          <w:tcPr>
            <w:tcW w:w="2108" w:type="dxa"/>
          </w:tcPr>
          <w:p w14:paraId="0E712D49" w14:textId="77777777" w:rsidR="00CD0805" w:rsidRPr="000A5B76" w:rsidRDefault="00CD0805" w:rsidP="00161EC3"/>
        </w:tc>
        <w:tc>
          <w:tcPr>
            <w:tcW w:w="2108" w:type="dxa"/>
          </w:tcPr>
          <w:p w14:paraId="26E2F5A7" w14:textId="77777777" w:rsidR="00CD0805" w:rsidRPr="000A5B76" w:rsidRDefault="00CD0805" w:rsidP="00161EC3"/>
        </w:tc>
        <w:tc>
          <w:tcPr>
            <w:tcW w:w="2108" w:type="dxa"/>
          </w:tcPr>
          <w:p w14:paraId="6BF6E0FB" w14:textId="77777777" w:rsidR="00CD0805" w:rsidRPr="000A5B76" w:rsidRDefault="00CD0805" w:rsidP="00161EC3"/>
        </w:tc>
        <w:tc>
          <w:tcPr>
            <w:tcW w:w="2108" w:type="dxa"/>
          </w:tcPr>
          <w:p w14:paraId="7921EACD" w14:textId="77777777" w:rsidR="00CD0805" w:rsidRPr="000A5B76" w:rsidRDefault="00CD0805" w:rsidP="00161EC3"/>
        </w:tc>
        <w:tc>
          <w:tcPr>
            <w:tcW w:w="2108" w:type="dxa"/>
          </w:tcPr>
          <w:p w14:paraId="2539B0C9" w14:textId="77777777" w:rsidR="00CD0805" w:rsidRPr="000A5B76" w:rsidRDefault="00CD0805" w:rsidP="00161EC3"/>
        </w:tc>
      </w:tr>
      <w:tr w:rsidR="00CD0805" w:rsidRPr="000A5B76" w14:paraId="0E13C71C" w14:textId="77777777" w:rsidTr="00161EC3">
        <w:trPr>
          <w:jc w:val="center"/>
        </w:trPr>
        <w:tc>
          <w:tcPr>
            <w:tcW w:w="2108" w:type="dxa"/>
          </w:tcPr>
          <w:p w14:paraId="7AC11E01" w14:textId="77777777" w:rsidR="00CD0805" w:rsidRPr="000A5B76" w:rsidRDefault="00CD0805" w:rsidP="00161EC3"/>
        </w:tc>
        <w:tc>
          <w:tcPr>
            <w:tcW w:w="2108" w:type="dxa"/>
          </w:tcPr>
          <w:p w14:paraId="5DA9181A" w14:textId="77777777" w:rsidR="00CD0805" w:rsidRPr="000A5B76" w:rsidRDefault="00CD0805" w:rsidP="00161EC3"/>
        </w:tc>
        <w:tc>
          <w:tcPr>
            <w:tcW w:w="2108" w:type="dxa"/>
          </w:tcPr>
          <w:p w14:paraId="3B0E9482" w14:textId="77777777" w:rsidR="00CD0805" w:rsidRPr="000A5B76" w:rsidRDefault="00CD0805" w:rsidP="00161EC3"/>
        </w:tc>
        <w:tc>
          <w:tcPr>
            <w:tcW w:w="2108" w:type="dxa"/>
          </w:tcPr>
          <w:p w14:paraId="39640AC1" w14:textId="77777777" w:rsidR="00CD0805" w:rsidRPr="000A5B76" w:rsidRDefault="00CD0805" w:rsidP="00161EC3"/>
        </w:tc>
        <w:tc>
          <w:tcPr>
            <w:tcW w:w="2108" w:type="dxa"/>
          </w:tcPr>
          <w:p w14:paraId="4DFD6B8C" w14:textId="77777777" w:rsidR="00CD0805" w:rsidRPr="000A5B76" w:rsidRDefault="00CD0805" w:rsidP="00161EC3"/>
        </w:tc>
      </w:tr>
      <w:tr w:rsidR="00CD0805" w:rsidRPr="000A5B76" w14:paraId="13BE6CBC" w14:textId="77777777" w:rsidTr="00161EC3">
        <w:trPr>
          <w:jc w:val="center"/>
        </w:trPr>
        <w:tc>
          <w:tcPr>
            <w:tcW w:w="2108" w:type="dxa"/>
          </w:tcPr>
          <w:p w14:paraId="27CA2A35" w14:textId="77777777" w:rsidR="00CD0805" w:rsidRPr="000A5B76" w:rsidRDefault="00CD0805" w:rsidP="00161EC3"/>
        </w:tc>
        <w:tc>
          <w:tcPr>
            <w:tcW w:w="2108" w:type="dxa"/>
          </w:tcPr>
          <w:p w14:paraId="11C1ED1A" w14:textId="77777777" w:rsidR="00CD0805" w:rsidRPr="000A5B76" w:rsidRDefault="00CD0805" w:rsidP="00161EC3"/>
        </w:tc>
        <w:tc>
          <w:tcPr>
            <w:tcW w:w="2108" w:type="dxa"/>
          </w:tcPr>
          <w:p w14:paraId="57B1BA9D" w14:textId="77777777" w:rsidR="00CD0805" w:rsidRPr="000A5B76" w:rsidRDefault="00CD0805" w:rsidP="00161EC3"/>
        </w:tc>
        <w:tc>
          <w:tcPr>
            <w:tcW w:w="2108" w:type="dxa"/>
          </w:tcPr>
          <w:p w14:paraId="5850ED67" w14:textId="77777777" w:rsidR="00CD0805" w:rsidRPr="000A5B76" w:rsidRDefault="00CD0805" w:rsidP="00161EC3"/>
        </w:tc>
        <w:tc>
          <w:tcPr>
            <w:tcW w:w="2108" w:type="dxa"/>
          </w:tcPr>
          <w:p w14:paraId="33B0767D" w14:textId="77777777" w:rsidR="00CD0805" w:rsidRPr="000A5B76" w:rsidRDefault="00CD0805" w:rsidP="00161EC3"/>
        </w:tc>
      </w:tr>
      <w:tr w:rsidR="00CD0805" w:rsidRPr="000A5B76" w14:paraId="6342FC0E" w14:textId="77777777" w:rsidTr="00161EC3">
        <w:trPr>
          <w:jc w:val="center"/>
        </w:trPr>
        <w:tc>
          <w:tcPr>
            <w:tcW w:w="2108" w:type="dxa"/>
          </w:tcPr>
          <w:p w14:paraId="0B5E1B2D" w14:textId="77777777" w:rsidR="00CD0805" w:rsidRPr="000A5B76" w:rsidRDefault="00CD0805" w:rsidP="00161EC3"/>
        </w:tc>
        <w:tc>
          <w:tcPr>
            <w:tcW w:w="2108" w:type="dxa"/>
          </w:tcPr>
          <w:p w14:paraId="34454DA3" w14:textId="77777777" w:rsidR="00CD0805" w:rsidRPr="000A5B76" w:rsidRDefault="00CD0805" w:rsidP="00161EC3"/>
        </w:tc>
        <w:tc>
          <w:tcPr>
            <w:tcW w:w="2108" w:type="dxa"/>
          </w:tcPr>
          <w:p w14:paraId="61C03A35" w14:textId="77777777" w:rsidR="00CD0805" w:rsidRPr="000A5B76" w:rsidRDefault="00CD0805" w:rsidP="00161EC3"/>
        </w:tc>
        <w:tc>
          <w:tcPr>
            <w:tcW w:w="2108" w:type="dxa"/>
          </w:tcPr>
          <w:p w14:paraId="2685F4D9" w14:textId="77777777" w:rsidR="00CD0805" w:rsidRPr="000A5B76" w:rsidRDefault="00CD0805" w:rsidP="00161EC3"/>
        </w:tc>
        <w:tc>
          <w:tcPr>
            <w:tcW w:w="2108" w:type="dxa"/>
          </w:tcPr>
          <w:p w14:paraId="7C0EEA64" w14:textId="77777777" w:rsidR="00CD0805" w:rsidRPr="000A5B76" w:rsidRDefault="00CD0805" w:rsidP="00161EC3"/>
        </w:tc>
      </w:tr>
      <w:tr w:rsidR="00CD0805" w:rsidRPr="000A5B76" w14:paraId="1BF4243F" w14:textId="77777777" w:rsidTr="00161EC3">
        <w:trPr>
          <w:jc w:val="center"/>
        </w:trPr>
        <w:tc>
          <w:tcPr>
            <w:tcW w:w="2108" w:type="dxa"/>
          </w:tcPr>
          <w:p w14:paraId="1BCC9D80" w14:textId="77777777" w:rsidR="00CD0805" w:rsidRPr="000A5B76" w:rsidRDefault="00CD0805" w:rsidP="00161EC3"/>
        </w:tc>
        <w:tc>
          <w:tcPr>
            <w:tcW w:w="2108" w:type="dxa"/>
          </w:tcPr>
          <w:p w14:paraId="13C2E702" w14:textId="77777777" w:rsidR="00CD0805" w:rsidRPr="000A5B76" w:rsidRDefault="00CD0805" w:rsidP="00161EC3"/>
        </w:tc>
        <w:tc>
          <w:tcPr>
            <w:tcW w:w="2108" w:type="dxa"/>
          </w:tcPr>
          <w:p w14:paraId="3724F159" w14:textId="77777777" w:rsidR="00CD0805" w:rsidRPr="000A5B76" w:rsidRDefault="00CD0805" w:rsidP="00161EC3"/>
        </w:tc>
        <w:tc>
          <w:tcPr>
            <w:tcW w:w="2108" w:type="dxa"/>
          </w:tcPr>
          <w:p w14:paraId="1F4BB0F6" w14:textId="77777777" w:rsidR="00CD0805" w:rsidRPr="000A5B76" w:rsidRDefault="00CD0805" w:rsidP="00161EC3"/>
        </w:tc>
        <w:tc>
          <w:tcPr>
            <w:tcW w:w="2108" w:type="dxa"/>
          </w:tcPr>
          <w:p w14:paraId="35D087BD" w14:textId="77777777" w:rsidR="00CD0805" w:rsidRPr="000A5B76" w:rsidRDefault="00CD0805" w:rsidP="00161EC3"/>
        </w:tc>
      </w:tr>
      <w:tr w:rsidR="00CD0805" w:rsidRPr="000A5B76" w14:paraId="4E3EF70F" w14:textId="77777777" w:rsidTr="00161EC3">
        <w:trPr>
          <w:jc w:val="center"/>
        </w:trPr>
        <w:tc>
          <w:tcPr>
            <w:tcW w:w="2108" w:type="dxa"/>
          </w:tcPr>
          <w:p w14:paraId="001F3C6A" w14:textId="77777777" w:rsidR="00CD0805" w:rsidRPr="000A5B76" w:rsidRDefault="00CD0805" w:rsidP="00161EC3"/>
        </w:tc>
        <w:tc>
          <w:tcPr>
            <w:tcW w:w="2108" w:type="dxa"/>
          </w:tcPr>
          <w:p w14:paraId="495D5279" w14:textId="77777777" w:rsidR="00CD0805" w:rsidRPr="000A5B76" w:rsidRDefault="00CD0805" w:rsidP="00161EC3"/>
        </w:tc>
        <w:tc>
          <w:tcPr>
            <w:tcW w:w="2108" w:type="dxa"/>
          </w:tcPr>
          <w:p w14:paraId="1C31CCFE" w14:textId="77777777" w:rsidR="00CD0805" w:rsidRPr="000A5B76" w:rsidRDefault="00CD0805" w:rsidP="00161EC3"/>
        </w:tc>
        <w:tc>
          <w:tcPr>
            <w:tcW w:w="2108" w:type="dxa"/>
          </w:tcPr>
          <w:p w14:paraId="3D91F6C1" w14:textId="77777777" w:rsidR="00CD0805" w:rsidRPr="000A5B76" w:rsidRDefault="00CD0805" w:rsidP="00161EC3"/>
        </w:tc>
        <w:tc>
          <w:tcPr>
            <w:tcW w:w="2108" w:type="dxa"/>
          </w:tcPr>
          <w:p w14:paraId="23B412B9" w14:textId="77777777" w:rsidR="00CD0805" w:rsidRPr="000A5B76" w:rsidRDefault="00CD0805" w:rsidP="00161EC3"/>
        </w:tc>
      </w:tr>
      <w:tr w:rsidR="00CD0805" w:rsidRPr="000A5B76" w14:paraId="7CBA101B" w14:textId="77777777" w:rsidTr="00161EC3">
        <w:trPr>
          <w:jc w:val="center"/>
        </w:trPr>
        <w:tc>
          <w:tcPr>
            <w:tcW w:w="2108" w:type="dxa"/>
          </w:tcPr>
          <w:p w14:paraId="6098C899" w14:textId="77777777" w:rsidR="00CD0805" w:rsidRPr="000A5B76" w:rsidRDefault="00CD0805" w:rsidP="00161EC3"/>
        </w:tc>
        <w:tc>
          <w:tcPr>
            <w:tcW w:w="2108" w:type="dxa"/>
          </w:tcPr>
          <w:p w14:paraId="605480BA" w14:textId="77777777" w:rsidR="00CD0805" w:rsidRPr="000A5B76" w:rsidRDefault="00CD0805" w:rsidP="00161EC3"/>
        </w:tc>
        <w:tc>
          <w:tcPr>
            <w:tcW w:w="2108" w:type="dxa"/>
          </w:tcPr>
          <w:p w14:paraId="24DB5609" w14:textId="77777777" w:rsidR="00CD0805" w:rsidRPr="000A5B76" w:rsidRDefault="00CD0805" w:rsidP="00161EC3"/>
        </w:tc>
        <w:tc>
          <w:tcPr>
            <w:tcW w:w="2108" w:type="dxa"/>
          </w:tcPr>
          <w:p w14:paraId="0D80516B" w14:textId="77777777" w:rsidR="00CD0805" w:rsidRPr="000A5B76" w:rsidRDefault="00CD0805" w:rsidP="00161EC3"/>
        </w:tc>
        <w:tc>
          <w:tcPr>
            <w:tcW w:w="2108" w:type="dxa"/>
          </w:tcPr>
          <w:p w14:paraId="0EC0278D" w14:textId="77777777" w:rsidR="00CD0805" w:rsidRPr="000A5B76" w:rsidRDefault="00CD0805" w:rsidP="00161EC3"/>
        </w:tc>
      </w:tr>
    </w:tbl>
    <w:p w14:paraId="0908CB61" w14:textId="77777777" w:rsidR="00CD0805" w:rsidRPr="000A5B76" w:rsidRDefault="00CD0805" w:rsidP="00CD0805">
      <w:r w:rsidRPr="000A5B76">
        <w:br/>
        <w:t>Ce que j’ai appris aujourd’hui :</w:t>
      </w:r>
    </w:p>
    <w:p w14:paraId="316F0D8C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0C678E60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7BCDBC88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1EC6AE6F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471EAA12" w14:textId="77777777" w:rsidR="00CD0805" w:rsidRPr="000A5B76" w:rsidRDefault="00CD0805" w:rsidP="00CD0805">
      <w:r w:rsidRPr="000A5B76">
        <w:t>Difficultés / questions à poser :</w:t>
      </w:r>
    </w:p>
    <w:p w14:paraId="7E6F54E5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1018C5A9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2163B099" w14:textId="77777777" w:rsidR="00CD0805" w:rsidRPr="000A5B76" w:rsidRDefault="00CD0805" w:rsidP="00CD0805">
      <w:r w:rsidRPr="000A5B76">
        <w:lastRenderedPageBreak/>
        <w:t>________________________________________________________________________</w:t>
      </w:r>
    </w:p>
    <w:p w14:paraId="087AAD02" w14:textId="77777777" w:rsidR="00CD0805" w:rsidRPr="000A5B76" w:rsidRDefault="00CD0805" w:rsidP="00CD0805">
      <w:r w:rsidRPr="000A5B76">
        <w:t>Signature / visa de l’encadreur : ______________________________</w:t>
      </w:r>
    </w:p>
    <w:p w14:paraId="3A73B0BD" w14:textId="77777777" w:rsidR="004561E7" w:rsidRDefault="004561E7">
      <w:pPr>
        <w:rPr>
          <w:b/>
          <w:sz w:val="28"/>
        </w:rPr>
      </w:pPr>
    </w:p>
    <w:p w14:paraId="2FB076B9" w14:textId="77777777" w:rsidR="004561E7" w:rsidRDefault="004561E7">
      <w:pPr>
        <w:rPr>
          <w:b/>
          <w:sz w:val="28"/>
        </w:rPr>
      </w:pPr>
    </w:p>
    <w:p w14:paraId="3D6ECE65" w14:textId="77777777" w:rsidR="004561E7" w:rsidRDefault="004561E7">
      <w:pPr>
        <w:rPr>
          <w:b/>
          <w:sz w:val="28"/>
        </w:rPr>
      </w:pPr>
    </w:p>
    <w:p w14:paraId="557957B8" w14:textId="77777777" w:rsidR="004561E7" w:rsidRDefault="004561E7">
      <w:pPr>
        <w:rPr>
          <w:b/>
          <w:sz w:val="28"/>
        </w:rPr>
      </w:pPr>
    </w:p>
    <w:p w14:paraId="140B0E7D" w14:textId="77777777" w:rsidR="004561E7" w:rsidRDefault="004561E7">
      <w:pPr>
        <w:rPr>
          <w:b/>
          <w:sz w:val="28"/>
        </w:rPr>
      </w:pPr>
    </w:p>
    <w:p w14:paraId="7B10E62E" w14:textId="77777777" w:rsidR="004561E7" w:rsidRDefault="004561E7">
      <w:pPr>
        <w:rPr>
          <w:b/>
          <w:sz w:val="28"/>
        </w:rPr>
      </w:pPr>
    </w:p>
    <w:p w14:paraId="1A0C447B" w14:textId="77777777" w:rsidR="004561E7" w:rsidRDefault="004561E7">
      <w:pPr>
        <w:rPr>
          <w:b/>
          <w:sz w:val="28"/>
        </w:rPr>
      </w:pPr>
    </w:p>
    <w:p w14:paraId="28C31456" w14:textId="77777777" w:rsidR="00CD0805" w:rsidRDefault="00CD0805">
      <w:pPr>
        <w:rPr>
          <w:b/>
          <w:sz w:val="28"/>
        </w:rPr>
      </w:pPr>
    </w:p>
    <w:p w14:paraId="3310F1BB" w14:textId="77777777" w:rsidR="00CD0805" w:rsidRDefault="00CD0805">
      <w:pPr>
        <w:rPr>
          <w:b/>
          <w:sz w:val="28"/>
        </w:rPr>
      </w:pPr>
    </w:p>
    <w:p w14:paraId="3F44F484" w14:textId="77777777" w:rsidR="00D70074" w:rsidRDefault="00D70074" w:rsidP="00CD0805">
      <w:pPr>
        <w:rPr>
          <w:b/>
          <w:sz w:val="28"/>
        </w:rPr>
      </w:pPr>
    </w:p>
    <w:p w14:paraId="5C7B5E54" w14:textId="77777777" w:rsidR="00CF7016" w:rsidRDefault="00CF7016" w:rsidP="00CD0805">
      <w:pPr>
        <w:rPr>
          <w:b/>
          <w:sz w:val="28"/>
        </w:rPr>
      </w:pPr>
    </w:p>
    <w:p w14:paraId="0E3AC739" w14:textId="77777777" w:rsidR="00CF7016" w:rsidRDefault="00CF7016" w:rsidP="00CD0805">
      <w:pPr>
        <w:rPr>
          <w:b/>
          <w:sz w:val="28"/>
        </w:rPr>
      </w:pPr>
    </w:p>
    <w:p w14:paraId="2586256D" w14:textId="77777777" w:rsidR="00CF7016" w:rsidRDefault="00CF7016" w:rsidP="00CD0805">
      <w:pPr>
        <w:rPr>
          <w:b/>
          <w:sz w:val="28"/>
        </w:rPr>
      </w:pPr>
    </w:p>
    <w:p w14:paraId="61421DCB" w14:textId="77777777" w:rsidR="00CF7016" w:rsidRDefault="00CF7016" w:rsidP="00CD0805">
      <w:pPr>
        <w:rPr>
          <w:b/>
          <w:sz w:val="28"/>
        </w:rPr>
      </w:pPr>
    </w:p>
    <w:p w14:paraId="37D8063B" w14:textId="77777777" w:rsidR="00CF7016" w:rsidRDefault="00CF7016" w:rsidP="00CD0805">
      <w:pPr>
        <w:rPr>
          <w:b/>
          <w:sz w:val="28"/>
        </w:rPr>
      </w:pPr>
    </w:p>
    <w:p w14:paraId="780D2053" w14:textId="77777777" w:rsidR="00CF7016" w:rsidRDefault="00CF7016" w:rsidP="00CD0805">
      <w:pPr>
        <w:rPr>
          <w:b/>
          <w:sz w:val="28"/>
        </w:rPr>
      </w:pPr>
    </w:p>
    <w:p w14:paraId="19090903" w14:textId="7573D707" w:rsidR="00CD0805" w:rsidRPr="000A5B76" w:rsidRDefault="00CD0805" w:rsidP="00CD0805">
      <w:r w:rsidRPr="000A5B76">
        <w:rPr>
          <w:b/>
          <w:sz w:val="28"/>
        </w:rPr>
        <w:lastRenderedPageBreak/>
        <w:t xml:space="preserve">2. FICHE JOURNALIÈRE — JOUR </w:t>
      </w:r>
      <w:r>
        <w:rPr>
          <w:b/>
          <w:sz w:val="28"/>
        </w:rPr>
        <w:t>25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CD0805" w:rsidRPr="000A5B76" w14:paraId="5937D0C7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0AAB8711" w14:textId="77777777" w:rsidR="00CD0805" w:rsidRPr="000A5B76" w:rsidRDefault="00CD0805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1695BE2" w14:textId="77777777" w:rsidR="00CD0805" w:rsidRPr="000A5B76" w:rsidRDefault="00CD0805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1F6DC98" w14:textId="77777777" w:rsidR="00CD0805" w:rsidRPr="000A5B76" w:rsidRDefault="00CD0805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67997D9" w14:textId="77777777" w:rsidR="00CD0805" w:rsidRPr="000A5B76" w:rsidRDefault="00CD0805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1C33793" w14:textId="77777777" w:rsidR="00CD0805" w:rsidRPr="000A5B76" w:rsidRDefault="00CD0805" w:rsidP="00161EC3">
            <w:r w:rsidRPr="000A5B76">
              <w:rPr>
                <w:b/>
              </w:rPr>
              <w:t>Encadreur</w:t>
            </w:r>
          </w:p>
        </w:tc>
      </w:tr>
      <w:tr w:rsidR="00CD0805" w:rsidRPr="000A5B76" w14:paraId="0A0912BF" w14:textId="77777777" w:rsidTr="00161EC3">
        <w:trPr>
          <w:jc w:val="center"/>
        </w:trPr>
        <w:tc>
          <w:tcPr>
            <w:tcW w:w="2108" w:type="dxa"/>
          </w:tcPr>
          <w:p w14:paraId="4D513BFB" w14:textId="77777777" w:rsidR="00CD0805" w:rsidRPr="000A5B76" w:rsidRDefault="00CD0805" w:rsidP="00161EC3"/>
        </w:tc>
        <w:tc>
          <w:tcPr>
            <w:tcW w:w="2108" w:type="dxa"/>
          </w:tcPr>
          <w:p w14:paraId="4076F648" w14:textId="77777777" w:rsidR="00CD0805" w:rsidRPr="000A5B76" w:rsidRDefault="00CD0805" w:rsidP="00161EC3"/>
        </w:tc>
        <w:tc>
          <w:tcPr>
            <w:tcW w:w="2108" w:type="dxa"/>
          </w:tcPr>
          <w:p w14:paraId="2ED309CA" w14:textId="77777777" w:rsidR="00CD0805" w:rsidRPr="000A5B76" w:rsidRDefault="00CD0805" w:rsidP="00161EC3"/>
        </w:tc>
        <w:tc>
          <w:tcPr>
            <w:tcW w:w="2108" w:type="dxa"/>
          </w:tcPr>
          <w:p w14:paraId="712B57DB" w14:textId="77777777" w:rsidR="00CD0805" w:rsidRPr="000A5B76" w:rsidRDefault="00CD0805" w:rsidP="00161EC3"/>
        </w:tc>
        <w:tc>
          <w:tcPr>
            <w:tcW w:w="2108" w:type="dxa"/>
          </w:tcPr>
          <w:p w14:paraId="26D665B8" w14:textId="77777777" w:rsidR="00CD0805" w:rsidRPr="000A5B76" w:rsidRDefault="00CD0805" w:rsidP="00161EC3"/>
        </w:tc>
      </w:tr>
    </w:tbl>
    <w:p w14:paraId="1920E721" w14:textId="77777777" w:rsidR="00CD0805" w:rsidRPr="000A5B76" w:rsidRDefault="00CD0805" w:rsidP="00CD0805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CD0805" w:rsidRPr="000A5B76" w14:paraId="7AAE68E0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1E4FAA3E" w14:textId="77777777" w:rsidR="00CD0805" w:rsidRPr="000A5B76" w:rsidRDefault="00CD0805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142CA69" w14:textId="77777777" w:rsidR="00CD0805" w:rsidRPr="000A5B76" w:rsidRDefault="00CD0805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A5C1FB2" w14:textId="77777777" w:rsidR="00CD0805" w:rsidRPr="000A5B76" w:rsidRDefault="00CD0805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B38CBC1" w14:textId="77777777" w:rsidR="00CD0805" w:rsidRPr="000A5B76" w:rsidRDefault="00CD0805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CED67A8" w14:textId="77777777" w:rsidR="00CD0805" w:rsidRPr="000A5B76" w:rsidRDefault="00CD0805" w:rsidP="00161EC3">
            <w:r w:rsidRPr="000A5B76">
              <w:rPr>
                <w:b/>
              </w:rPr>
              <w:t>À revoir</w:t>
            </w:r>
          </w:p>
        </w:tc>
      </w:tr>
      <w:tr w:rsidR="00CD0805" w:rsidRPr="000A5B76" w14:paraId="1BC3F33B" w14:textId="77777777" w:rsidTr="00161EC3">
        <w:trPr>
          <w:jc w:val="center"/>
        </w:trPr>
        <w:tc>
          <w:tcPr>
            <w:tcW w:w="2108" w:type="dxa"/>
          </w:tcPr>
          <w:p w14:paraId="0FFA5935" w14:textId="77777777" w:rsidR="00CD0805" w:rsidRPr="000A5B76" w:rsidRDefault="00CD0805" w:rsidP="00161EC3"/>
        </w:tc>
        <w:tc>
          <w:tcPr>
            <w:tcW w:w="2108" w:type="dxa"/>
          </w:tcPr>
          <w:p w14:paraId="123CF53D" w14:textId="77777777" w:rsidR="00CD0805" w:rsidRPr="000A5B76" w:rsidRDefault="00CD0805" w:rsidP="00161EC3"/>
        </w:tc>
        <w:tc>
          <w:tcPr>
            <w:tcW w:w="2108" w:type="dxa"/>
          </w:tcPr>
          <w:p w14:paraId="4798D45D" w14:textId="77777777" w:rsidR="00CD0805" w:rsidRPr="000A5B76" w:rsidRDefault="00CD0805" w:rsidP="00161EC3"/>
        </w:tc>
        <w:tc>
          <w:tcPr>
            <w:tcW w:w="2108" w:type="dxa"/>
          </w:tcPr>
          <w:p w14:paraId="4D17DE42" w14:textId="77777777" w:rsidR="00CD0805" w:rsidRPr="000A5B76" w:rsidRDefault="00CD0805" w:rsidP="00161EC3"/>
        </w:tc>
        <w:tc>
          <w:tcPr>
            <w:tcW w:w="2108" w:type="dxa"/>
          </w:tcPr>
          <w:p w14:paraId="27B66817" w14:textId="77777777" w:rsidR="00CD0805" w:rsidRPr="000A5B76" w:rsidRDefault="00CD0805" w:rsidP="00161EC3"/>
        </w:tc>
      </w:tr>
      <w:tr w:rsidR="00CD0805" w:rsidRPr="000A5B76" w14:paraId="7CB15D2A" w14:textId="77777777" w:rsidTr="00161EC3">
        <w:trPr>
          <w:jc w:val="center"/>
        </w:trPr>
        <w:tc>
          <w:tcPr>
            <w:tcW w:w="2108" w:type="dxa"/>
          </w:tcPr>
          <w:p w14:paraId="4756CCBD" w14:textId="77777777" w:rsidR="00CD0805" w:rsidRPr="000A5B76" w:rsidRDefault="00CD0805" w:rsidP="00161EC3"/>
        </w:tc>
        <w:tc>
          <w:tcPr>
            <w:tcW w:w="2108" w:type="dxa"/>
          </w:tcPr>
          <w:p w14:paraId="67F9523D" w14:textId="77777777" w:rsidR="00CD0805" w:rsidRPr="000A5B76" w:rsidRDefault="00CD0805" w:rsidP="00161EC3"/>
        </w:tc>
        <w:tc>
          <w:tcPr>
            <w:tcW w:w="2108" w:type="dxa"/>
          </w:tcPr>
          <w:p w14:paraId="62D4D75C" w14:textId="77777777" w:rsidR="00CD0805" w:rsidRPr="000A5B76" w:rsidRDefault="00CD0805" w:rsidP="00161EC3"/>
        </w:tc>
        <w:tc>
          <w:tcPr>
            <w:tcW w:w="2108" w:type="dxa"/>
          </w:tcPr>
          <w:p w14:paraId="1A56BF2A" w14:textId="77777777" w:rsidR="00CD0805" w:rsidRPr="000A5B76" w:rsidRDefault="00CD0805" w:rsidP="00161EC3"/>
        </w:tc>
        <w:tc>
          <w:tcPr>
            <w:tcW w:w="2108" w:type="dxa"/>
          </w:tcPr>
          <w:p w14:paraId="0CF06077" w14:textId="77777777" w:rsidR="00CD0805" w:rsidRPr="000A5B76" w:rsidRDefault="00CD0805" w:rsidP="00161EC3"/>
        </w:tc>
      </w:tr>
      <w:tr w:rsidR="00CD0805" w:rsidRPr="000A5B76" w14:paraId="15C6BA23" w14:textId="77777777" w:rsidTr="00161EC3">
        <w:trPr>
          <w:jc w:val="center"/>
        </w:trPr>
        <w:tc>
          <w:tcPr>
            <w:tcW w:w="2108" w:type="dxa"/>
          </w:tcPr>
          <w:p w14:paraId="3B500D58" w14:textId="77777777" w:rsidR="00CD0805" w:rsidRPr="000A5B76" w:rsidRDefault="00CD0805" w:rsidP="00161EC3"/>
        </w:tc>
        <w:tc>
          <w:tcPr>
            <w:tcW w:w="2108" w:type="dxa"/>
          </w:tcPr>
          <w:p w14:paraId="091CB0D4" w14:textId="77777777" w:rsidR="00CD0805" w:rsidRPr="000A5B76" w:rsidRDefault="00CD0805" w:rsidP="00161EC3"/>
        </w:tc>
        <w:tc>
          <w:tcPr>
            <w:tcW w:w="2108" w:type="dxa"/>
          </w:tcPr>
          <w:p w14:paraId="2CB86FE9" w14:textId="77777777" w:rsidR="00CD0805" w:rsidRPr="000A5B76" w:rsidRDefault="00CD0805" w:rsidP="00161EC3"/>
        </w:tc>
        <w:tc>
          <w:tcPr>
            <w:tcW w:w="2108" w:type="dxa"/>
          </w:tcPr>
          <w:p w14:paraId="3AAA0EA5" w14:textId="77777777" w:rsidR="00CD0805" w:rsidRPr="000A5B76" w:rsidRDefault="00CD0805" w:rsidP="00161EC3"/>
        </w:tc>
        <w:tc>
          <w:tcPr>
            <w:tcW w:w="2108" w:type="dxa"/>
          </w:tcPr>
          <w:p w14:paraId="290090FB" w14:textId="77777777" w:rsidR="00CD0805" w:rsidRPr="000A5B76" w:rsidRDefault="00CD0805" w:rsidP="00161EC3"/>
        </w:tc>
      </w:tr>
      <w:tr w:rsidR="00CD0805" w:rsidRPr="000A5B76" w14:paraId="4A1E3D44" w14:textId="77777777" w:rsidTr="00161EC3">
        <w:trPr>
          <w:jc w:val="center"/>
        </w:trPr>
        <w:tc>
          <w:tcPr>
            <w:tcW w:w="2108" w:type="dxa"/>
          </w:tcPr>
          <w:p w14:paraId="03DF9919" w14:textId="77777777" w:rsidR="00CD0805" w:rsidRPr="000A5B76" w:rsidRDefault="00CD0805" w:rsidP="00161EC3"/>
        </w:tc>
        <w:tc>
          <w:tcPr>
            <w:tcW w:w="2108" w:type="dxa"/>
          </w:tcPr>
          <w:p w14:paraId="34011964" w14:textId="77777777" w:rsidR="00CD0805" w:rsidRPr="000A5B76" w:rsidRDefault="00CD0805" w:rsidP="00161EC3"/>
        </w:tc>
        <w:tc>
          <w:tcPr>
            <w:tcW w:w="2108" w:type="dxa"/>
          </w:tcPr>
          <w:p w14:paraId="2937EBD8" w14:textId="77777777" w:rsidR="00CD0805" w:rsidRPr="000A5B76" w:rsidRDefault="00CD0805" w:rsidP="00161EC3"/>
        </w:tc>
        <w:tc>
          <w:tcPr>
            <w:tcW w:w="2108" w:type="dxa"/>
          </w:tcPr>
          <w:p w14:paraId="615F8121" w14:textId="77777777" w:rsidR="00CD0805" w:rsidRPr="000A5B76" w:rsidRDefault="00CD0805" w:rsidP="00161EC3"/>
        </w:tc>
        <w:tc>
          <w:tcPr>
            <w:tcW w:w="2108" w:type="dxa"/>
          </w:tcPr>
          <w:p w14:paraId="27E9A9A7" w14:textId="77777777" w:rsidR="00CD0805" w:rsidRPr="000A5B76" w:rsidRDefault="00CD0805" w:rsidP="00161EC3"/>
        </w:tc>
      </w:tr>
      <w:tr w:rsidR="00CD0805" w:rsidRPr="000A5B76" w14:paraId="52E0E0F3" w14:textId="77777777" w:rsidTr="00161EC3">
        <w:trPr>
          <w:jc w:val="center"/>
        </w:trPr>
        <w:tc>
          <w:tcPr>
            <w:tcW w:w="2108" w:type="dxa"/>
          </w:tcPr>
          <w:p w14:paraId="05212C21" w14:textId="77777777" w:rsidR="00CD0805" w:rsidRPr="000A5B76" w:rsidRDefault="00CD0805" w:rsidP="00161EC3"/>
        </w:tc>
        <w:tc>
          <w:tcPr>
            <w:tcW w:w="2108" w:type="dxa"/>
          </w:tcPr>
          <w:p w14:paraId="64A699F8" w14:textId="77777777" w:rsidR="00CD0805" w:rsidRPr="000A5B76" w:rsidRDefault="00CD0805" w:rsidP="00161EC3"/>
        </w:tc>
        <w:tc>
          <w:tcPr>
            <w:tcW w:w="2108" w:type="dxa"/>
          </w:tcPr>
          <w:p w14:paraId="666DB0D5" w14:textId="77777777" w:rsidR="00CD0805" w:rsidRPr="000A5B76" w:rsidRDefault="00CD0805" w:rsidP="00161EC3"/>
        </w:tc>
        <w:tc>
          <w:tcPr>
            <w:tcW w:w="2108" w:type="dxa"/>
          </w:tcPr>
          <w:p w14:paraId="1925D13E" w14:textId="77777777" w:rsidR="00CD0805" w:rsidRPr="000A5B76" w:rsidRDefault="00CD0805" w:rsidP="00161EC3"/>
        </w:tc>
        <w:tc>
          <w:tcPr>
            <w:tcW w:w="2108" w:type="dxa"/>
          </w:tcPr>
          <w:p w14:paraId="5AD906A5" w14:textId="77777777" w:rsidR="00CD0805" w:rsidRPr="000A5B76" w:rsidRDefault="00CD0805" w:rsidP="00161EC3"/>
        </w:tc>
      </w:tr>
      <w:tr w:rsidR="00CD0805" w:rsidRPr="000A5B76" w14:paraId="6FDB94E6" w14:textId="77777777" w:rsidTr="00161EC3">
        <w:trPr>
          <w:jc w:val="center"/>
        </w:trPr>
        <w:tc>
          <w:tcPr>
            <w:tcW w:w="2108" w:type="dxa"/>
          </w:tcPr>
          <w:p w14:paraId="1822B188" w14:textId="77777777" w:rsidR="00CD0805" w:rsidRPr="000A5B76" w:rsidRDefault="00CD0805" w:rsidP="00161EC3"/>
        </w:tc>
        <w:tc>
          <w:tcPr>
            <w:tcW w:w="2108" w:type="dxa"/>
          </w:tcPr>
          <w:p w14:paraId="06016D6D" w14:textId="77777777" w:rsidR="00CD0805" w:rsidRPr="000A5B76" w:rsidRDefault="00CD0805" w:rsidP="00161EC3"/>
        </w:tc>
        <w:tc>
          <w:tcPr>
            <w:tcW w:w="2108" w:type="dxa"/>
          </w:tcPr>
          <w:p w14:paraId="7FCF98DB" w14:textId="77777777" w:rsidR="00CD0805" w:rsidRPr="000A5B76" w:rsidRDefault="00CD0805" w:rsidP="00161EC3"/>
        </w:tc>
        <w:tc>
          <w:tcPr>
            <w:tcW w:w="2108" w:type="dxa"/>
          </w:tcPr>
          <w:p w14:paraId="5A27F47B" w14:textId="77777777" w:rsidR="00CD0805" w:rsidRPr="000A5B76" w:rsidRDefault="00CD0805" w:rsidP="00161EC3"/>
        </w:tc>
        <w:tc>
          <w:tcPr>
            <w:tcW w:w="2108" w:type="dxa"/>
          </w:tcPr>
          <w:p w14:paraId="49DAF451" w14:textId="77777777" w:rsidR="00CD0805" w:rsidRPr="000A5B76" w:rsidRDefault="00CD0805" w:rsidP="00161EC3"/>
        </w:tc>
      </w:tr>
      <w:tr w:rsidR="00CD0805" w:rsidRPr="000A5B76" w14:paraId="35E205C5" w14:textId="77777777" w:rsidTr="00161EC3">
        <w:trPr>
          <w:jc w:val="center"/>
        </w:trPr>
        <w:tc>
          <w:tcPr>
            <w:tcW w:w="2108" w:type="dxa"/>
          </w:tcPr>
          <w:p w14:paraId="55EC34B6" w14:textId="77777777" w:rsidR="00CD0805" w:rsidRPr="000A5B76" w:rsidRDefault="00CD0805" w:rsidP="00161EC3"/>
        </w:tc>
        <w:tc>
          <w:tcPr>
            <w:tcW w:w="2108" w:type="dxa"/>
          </w:tcPr>
          <w:p w14:paraId="61AF1F61" w14:textId="77777777" w:rsidR="00CD0805" w:rsidRPr="000A5B76" w:rsidRDefault="00CD0805" w:rsidP="00161EC3"/>
        </w:tc>
        <w:tc>
          <w:tcPr>
            <w:tcW w:w="2108" w:type="dxa"/>
          </w:tcPr>
          <w:p w14:paraId="1653B058" w14:textId="77777777" w:rsidR="00CD0805" w:rsidRPr="000A5B76" w:rsidRDefault="00CD0805" w:rsidP="00161EC3"/>
        </w:tc>
        <w:tc>
          <w:tcPr>
            <w:tcW w:w="2108" w:type="dxa"/>
          </w:tcPr>
          <w:p w14:paraId="23A0ED39" w14:textId="77777777" w:rsidR="00CD0805" w:rsidRPr="000A5B76" w:rsidRDefault="00CD0805" w:rsidP="00161EC3"/>
        </w:tc>
        <w:tc>
          <w:tcPr>
            <w:tcW w:w="2108" w:type="dxa"/>
          </w:tcPr>
          <w:p w14:paraId="6FB96198" w14:textId="77777777" w:rsidR="00CD0805" w:rsidRPr="000A5B76" w:rsidRDefault="00CD0805" w:rsidP="00161EC3"/>
        </w:tc>
      </w:tr>
      <w:tr w:rsidR="00CD0805" w:rsidRPr="000A5B76" w14:paraId="5E74FC8D" w14:textId="77777777" w:rsidTr="00161EC3">
        <w:trPr>
          <w:jc w:val="center"/>
        </w:trPr>
        <w:tc>
          <w:tcPr>
            <w:tcW w:w="2108" w:type="dxa"/>
          </w:tcPr>
          <w:p w14:paraId="3B0432A7" w14:textId="77777777" w:rsidR="00CD0805" w:rsidRPr="000A5B76" w:rsidRDefault="00CD0805" w:rsidP="00161EC3"/>
        </w:tc>
        <w:tc>
          <w:tcPr>
            <w:tcW w:w="2108" w:type="dxa"/>
          </w:tcPr>
          <w:p w14:paraId="2B181393" w14:textId="77777777" w:rsidR="00CD0805" w:rsidRPr="000A5B76" w:rsidRDefault="00CD0805" w:rsidP="00161EC3"/>
        </w:tc>
        <w:tc>
          <w:tcPr>
            <w:tcW w:w="2108" w:type="dxa"/>
          </w:tcPr>
          <w:p w14:paraId="55B3BF40" w14:textId="77777777" w:rsidR="00CD0805" w:rsidRPr="000A5B76" w:rsidRDefault="00CD0805" w:rsidP="00161EC3"/>
        </w:tc>
        <w:tc>
          <w:tcPr>
            <w:tcW w:w="2108" w:type="dxa"/>
          </w:tcPr>
          <w:p w14:paraId="6BBCD3B6" w14:textId="77777777" w:rsidR="00CD0805" w:rsidRPr="000A5B76" w:rsidRDefault="00CD0805" w:rsidP="00161EC3"/>
        </w:tc>
        <w:tc>
          <w:tcPr>
            <w:tcW w:w="2108" w:type="dxa"/>
          </w:tcPr>
          <w:p w14:paraId="4612E8AD" w14:textId="77777777" w:rsidR="00CD0805" w:rsidRPr="000A5B76" w:rsidRDefault="00CD0805" w:rsidP="00161EC3"/>
        </w:tc>
      </w:tr>
    </w:tbl>
    <w:p w14:paraId="4909A6E8" w14:textId="77777777" w:rsidR="00CD0805" w:rsidRPr="000A5B76" w:rsidRDefault="00CD0805" w:rsidP="00CD0805">
      <w:r w:rsidRPr="000A5B76">
        <w:br/>
        <w:t>Ce que j’ai appris aujourd’hui :</w:t>
      </w:r>
    </w:p>
    <w:p w14:paraId="1254EB86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5EDC33F7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40C28517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01788E96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0902D20F" w14:textId="77777777" w:rsidR="00CD0805" w:rsidRPr="000A5B76" w:rsidRDefault="00CD0805" w:rsidP="00CD0805">
      <w:r w:rsidRPr="000A5B76">
        <w:t>Difficultés / questions à poser :</w:t>
      </w:r>
    </w:p>
    <w:p w14:paraId="4C413A74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7D6C5189" w14:textId="77777777" w:rsidR="00CD0805" w:rsidRPr="000A5B76" w:rsidRDefault="00CD0805" w:rsidP="00CD0805">
      <w:r w:rsidRPr="000A5B76">
        <w:t>________________________________________________________________________</w:t>
      </w:r>
    </w:p>
    <w:p w14:paraId="3F80F1C0" w14:textId="77777777" w:rsidR="00CD0805" w:rsidRPr="000A5B76" w:rsidRDefault="00CD0805" w:rsidP="00CD0805">
      <w:r w:rsidRPr="000A5B76">
        <w:lastRenderedPageBreak/>
        <w:t>________________________________________________________________________</w:t>
      </w:r>
    </w:p>
    <w:p w14:paraId="50C72BB0" w14:textId="77777777" w:rsidR="00CD0805" w:rsidRPr="000A5B76" w:rsidRDefault="00CD0805" w:rsidP="00CD0805">
      <w:r w:rsidRPr="000A5B76">
        <w:t>Signature / visa de l’encadreur : ______________________________</w:t>
      </w:r>
    </w:p>
    <w:p w14:paraId="736BD8B2" w14:textId="77777777" w:rsidR="00CD0805" w:rsidRDefault="00CD0805">
      <w:pPr>
        <w:rPr>
          <w:b/>
          <w:sz w:val="28"/>
        </w:rPr>
      </w:pPr>
    </w:p>
    <w:p w14:paraId="3DE03CE3" w14:textId="77777777" w:rsidR="00CD0805" w:rsidRDefault="00CD0805">
      <w:pPr>
        <w:rPr>
          <w:b/>
          <w:sz w:val="28"/>
        </w:rPr>
      </w:pPr>
    </w:p>
    <w:p w14:paraId="555FE4A7" w14:textId="77777777" w:rsidR="00CD0805" w:rsidRDefault="00CD0805">
      <w:pPr>
        <w:rPr>
          <w:b/>
          <w:sz w:val="28"/>
        </w:rPr>
      </w:pPr>
    </w:p>
    <w:p w14:paraId="09C5EE1D" w14:textId="77777777" w:rsidR="00CD0805" w:rsidRDefault="00CD0805">
      <w:pPr>
        <w:rPr>
          <w:b/>
          <w:sz w:val="28"/>
        </w:rPr>
      </w:pPr>
    </w:p>
    <w:p w14:paraId="57AB98AF" w14:textId="77777777" w:rsidR="00CD0805" w:rsidRDefault="00CD0805">
      <w:pPr>
        <w:rPr>
          <w:b/>
          <w:sz w:val="28"/>
        </w:rPr>
      </w:pPr>
    </w:p>
    <w:p w14:paraId="31B9D731" w14:textId="77777777" w:rsidR="00CD0805" w:rsidRDefault="00CD0805">
      <w:pPr>
        <w:rPr>
          <w:b/>
          <w:sz w:val="28"/>
        </w:rPr>
      </w:pPr>
    </w:p>
    <w:p w14:paraId="147DAE42" w14:textId="77777777" w:rsidR="00CD0805" w:rsidRDefault="00CD0805">
      <w:pPr>
        <w:rPr>
          <w:b/>
          <w:sz w:val="28"/>
        </w:rPr>
      </w:pPr>
    </w:p>
    <w:p w14:paraId="357403C5" w14:textId="77777777" w:rsidR="00CD0805" w:rsidRDefault="00CD0805">
      <w:pPr>
        <w:rPr>
          <w:b/>
          <w:sz w:val="28"/>
        </w:rPr>
      </w:pPr>
    </w:p>
    <w:p w14:paraId="1FA03D2E" w14:textId="77777777" w:rsidR="00CD0805" w:rsidRDefault="00CD0805">
      <w:pPr>
        <w:rPr>
          <w:b/>
          <w:sz w:val="28"/>
        </w:rPr>
      </w:pPr>
    </w:p>
    <w:p w14:paraId="6E10FB7A" w14:textId="77777777" w:rsidR="00D70074" w:rsidRDefault="00D70074" w:rsidP="00C92781">
      <w:pPr>
        <w:rPr>
          <w:b/>
          <w:sz w:val="28"/>
        </w:rPr>
      </w:pPr>
    </w:p>
    <w:p w14:paraId="0BC6D1BE" w14:textId="77777777" w:rsidR="00CF7016" w:rsidRDefault="00CF7016" w:rsidP="00C92781">
      <w:pPr>
        <w:rPr>
          <w:b/>
          <w:sz w:val="28"/>
        </w:rPr>
      </w:pPr>
    </w:p>
    <w:p w14:paraId="0B82BAFF" w14:textId="77777777" w:rsidR="00CF7016" w:rsidRDefault="00CF7016" w:rsidP="00C92781">
      <w:pPr>
        <w:rPr>
          <w:b/>
          <w:sz w:val="28"/>
        </w:rPr>
      </w:pPr>
    </w:p>
    <w:p w14:paraId="5D3CA1F9" w14:textId="77777777" w:rsidR="00CF7016" w:rsidRDefault="00CF7016" w:rsidP="00C92781">
      <w:pPr>
        <w:rPr>
          <w:b/>
          <w:sz w:val="28"/>
        </w:rPr>
      </w:pPr>
    </w:p>
    <w:p w14:paraId="0968CDB8" w14:textId="77777777" w:rsidR="00CF7016" w:rsidRDefault="00CF7016" w:rsidP="00C92781">
      <w:pPr>
        <w:rPr>
          <w:b/>
          <w:sz w:val="28"/>
        </w:rPr>
      </w:pPr>
    </w:p>
    <w:p w14:paraId="28AF3F3D" w14:textId="77777777" w:rsidR="00CF7016" w:rsidRDefault="00CF7016" w:rsidP="00C92781">
      <w:pPr>
        <w:rPr>
          <w:b/>
          <w:sz w:val="28"/>
        </w:rPr>
      </w:pPr>
    </w:p>
    <w:p w14:paraId="07BD26FD" w14:textId="77777777" w:rsidR="00CF7016" w:rsidRDefault="00CF7016" w:rsidP="00C92781">
      <w:pPr>
        <w:rPr>
          <w:b/>
          <w:sz w:val="28"/>
        </w:rPr>
      </w:pPr>
    </w:p>
    <w:p w14:paraId="2297E927" w14:textId="6619D2E9" w:rsidR="00C92781" w:rsidRPr="000A5B76" w:rsidRDefault="00C92781" w:rsidP="00C92781">
      <w:r w:rsidRPr="000A5B76">
        <w:rPr>
          <w:b/>
          <w:sz w:val="28"/>
        </w:rPr>
        <w:lastRenderedPageBreak/>
        <w:t xml:space="preserve">2. FICHE JOURNALIÈRE — JOUR </w:t>
      </w:r>
      <w:r>
        <w:rPr>
          <w:b/>
          <w:sz w:val="28"/>
        </w:rPr>
        <w:t>26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C92781" w:rsidRPr="000A5B76" w14:paraId="78AA007B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38D84014" w14:textId="77777777" w:rsidR="00C92781" w:rsidRPr="000A5B76" w:rsidRDefault="00C92781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B1F20F9" w14:textId="77777777" w:rsidR="00C92781" w:rsidRPr="000A5B76" w:rsidRDefault="00C92781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440C4E6" w14:textId="77777777" w:rsidR="00C92781" w:rsidRPr="000A5B76" w:rsidRDefault="00C92781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3CEA097" w14:textId="77777777" w:rsidR="00C92781" w:rsidRPr="000A5B76" w:rsidRDefault="00C92781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8F3B66B" w14:textId="77777777" w:rsidR="00C92781" w:rsidRPr="000A5B76" w:rsidRDefault="00C92781" w:rsidP="00161EC3">
            <w:r w:rsidRPr="000A5B76">
              <w:rPr>
                <w:b/>
              </w:rPr>
              <w:t>Encadreur</w:t>
            </w:r>
          </w:p>
        </w:tc>
      </w:tr>
      <w:tr w:rsidR="00C92781" w:rsidRPr="000A5B76" w14:paraId="10F190EE" w14:textId="77777777" w:rsidTr="00161EC3">
        <w:trPr>
          <w:jc w:val="center"/>
        </w:trPr>
        <w:tc>
          <w:tcPr>
            <w:tcW w:w="2108" w:type="dxa"/>
          </w:tcPr>
          <w:p w14:paraId="2CE1782E" w14:textId="77777777" w:rsidR="00C92781" w:rsidRPr="000A5B76" w:rsidRDefault="00C92781" w:rsidP="00161EC3"/>
        </w:tc>
        <w:tc>
          <w:tcPr>
            <w:tcW w:w="2108" w:type="dxa"/>
          </w:tcPr>
          <w:p w14:paraId="60CC3C2C" w14:textId="77777777" w:rsidR="00C92781" w:rsidRPr="000A5B76" w:rsidRDefault="00C92781" w:rsidP="00161EC3"/>
        </w:tc>
        <w:tc>
          <w:tcPr>
            <w:tcW w:w="2108" w:type="dxa"/>
          </w:tcPr>
          <w:p w14:paraId="162D5E6C" w14:textId="77777777" w:rsidR="00C92781" w:rsidRPr="000A5B76" w:rsidRDefault="00C92781" w:rsidP="00161EC3"/>
        </w:tc>
        <w:tc>
          <w:tcPr>
            <w:tcW w:w="2108" w:type="dxa"/>
          </w:tcPr>
          <w:p w14:paraId="658C0111" w14:textId="77777777" w:rsidR="00C92781" w:rsidRPr="000A5B76" w:rsidRDefault="00C92781" w:rsidP="00161EC3"/>
        </w:tc>
        <w:tc>
          <w:tcPr>
            <w:tcW w:w="2108" w:type="dxa"/>
          </w:tcPr>
          <w:p w14:paraId="4711CCFB" w14:textId="77777777" w:rsidR="00C92781" w:rsidRPr="000A5B76" w:rsidRDefault="00C92781" w:rsidP="00161EC3"/>
        </w:tc>
      </w:tr>
    </w:tbl>
    <w:p w14:paraId="1E51A27A" w14:textId="77777777" w:rsidR="00C92781" w:rsidRPr="000A5B76" w:rsidRDefault="00C92781" w:rsidP="00C92781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C92781" w:rsidRPr="000A5B76" w14:paraId="7BAF9717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3CD2D5A6" w14:textId="77777777" w:rsidR="00C92781" w:rsidRPr="000A5B76" w:rsidRDefault="00C92781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F5B0509" w14:textId="77777777" w:rsidR="00C92781" w:rsidRPr="000A5B76" w:rsidRDefault="00C92781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1DD3243" w14:textId="77777777" w:rsidR="00C92781" w:rsidRPr="000A5B76" w:rsidRDefault="00C92781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DDE2840" w14:textId="77777777" w:rsidR="00C92781" w:rsidRPr="000A5B76" w:rsidRDefault="00C92781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EBB1F60" w14:textId="77777777" w:rsidR="00C92781" w:rsidRPr="000A5B76" w:rsidRDefault="00C92781" w:rsidP="00161EC3">
            <w:r w:rsidRPr="000A5B76">
              <w:rPr>
                <w:b/>
              </w:rPr>
              <w:t>À revoir</w:t>
            </w:r>
          </w:p>
        </w:tc>
      </w:tr>
      <w:tr w:rsidR="00C92781" w:rsidRPr="000A5B76" w14:paraId="145A100C" w14:textId="77777777" w:rsidTr="00161EC3">
        <w:trPr>
          <w:jc w:val="center"/>
        </w:trPr>
        <w:tc>
          <w:tcPr>
            <w:tcW w:w="2108" w:type="dxa"/>
          </w:tcPr>
          <w:p w14:paraId="1A4438CE" w14:textId="77777777" w:rsidR="00C92781" w:rsidRPr="000A5B76" w:rsidRDefault="00C92781" w:rsidP="00161EC3"/>
        </w:tc>
        <w:tc>
          <w:tcPr>
            <w:tcW w:w="2108" w:type="dxa"/>
          </w:tcPr>
          <w:p w14:paraId="4643FC98" w14:textId="77777777" w:rsidR="00C92781" w:rsidRPr="000A5B76" w:rsidRDefault="00C92781" w:rsidP="00161EC3"/>
        </w:tc>
        <w:tc>
          <w:tcPr>
            <w:tcW w:w="2108" w:type="dxa"/>
          </w:tcPr>
          <w:p w14:paraId="393E312E" w14:textId="77777777" w:rsidR="00C92781" w:rsidRPr="000A5B76" w:rsidRDefault="00C92781" w:rsidP="00161EC3"/>
        </w:tc>
        <w:tc>
          <w:tcPr>
            <w:tcW w:w="2108" w:type="dxa"/>
          </w:tcPr>
          <w:p w14:paraId="21F18303" w14:textId="77777777" w:rsidR="00C92781" w:rsidRPr="000A5B76" w:rsidRDefault="00C92781" w:rsidP="00161EC3"/>
        </w:tc>
        <w:tc>
          <w:tcPr>
            <w:tcW w:w="2108" w:type="dxa"/>
          </w:tcPr>
          <w:p w14:paraId="493BC0A3" w14:textId="77777777" w:rsidR="00C92781" w:rsidRPr="000A5B76" w:rsidRDefault="00C92781" w:rsidP="00161EC3"/>
        </w:tc>
      </w:tr>
      <w:tr w:rsidR="00C92781" w:rsidRPr="000A5B76" w14:paraId="55CBA372" w14:textId="77777777" w:rsidTr="00161EC3">
        <w:trPr>
          <w:jc w:val="center"/>
        </w:trPr>
        <w:tc>
          <w:tcPr>
            <w:tcW w:w="2108" w:type="dxa"/>
          </w:tcPr>
          <w:p w14:paraId="5E26663D" w14:textId="77777777" w:rsidR="00C92781" w:rsidRPr="000A5B76" w:rsidRDefault="00C92781" w:rsidP="00161EC3"/>
        </w:tc>
        <w:tc>
          <w:tcPr>
            <w:tcW w:w="2108" w:type="dxa"/>
          </w:tcPr>
          <w:p w14:paraId="022D0FC0" w14:textId="77777777" w:rsidR="00C92781" w:rsidRPr="000A5B76" w:rsidRDefault="00C92781" w:rsidP="00161EC3"/>
        </w:tc>
        <w:tc>
          <w:tcPr>
            <w:tcW w:w="2108" w:type="dxa"/>
          </w:tcPr>
          <w:p w14:paraId="15C1E735" w14:textId="77777777" w:rsidR="00C92781" w:rsidRPr="000A5B76" w:rsidRDefault="00C92781" w:rsidP="00161EC3"/>
        </w:tc>
        <w:tc>
          <w:tcPr>
            <w:tcW w:w="2108" w:type="dxa"/>
          </w:tcPr>
          <w:p w14:paraId="4ACFA769" w14:textId="77777777" w:rsidR="00C92781" w:rsidRPr="000A5B76" w:rsidRDefault="00C92781" w:rsidP="00161EC3"/>
        </w:tc>
        <w:tc>
          <w:tcPr>
            <w:tcW w:w="2108" w:type="dxa"/>
          </w:tcPr>
          <w:p w14:paraId="1B5638BE" w14:textId="77777777" w:rsidR="00C92781" w:rsidRPr="000A5B76" w:rsidRDefault="00C92781" w:rsidP="00161EC3"/>
        </w:tc>
      </w:tr>
      <w:tr w:rsidR="00C92781" w:rsidRPr="000A5B76" w14:paraId="0424638C" w14:textId="77777777" w:rsidTr="00161EC3">
        <w:trPr>
          <w:jc w:val="center"/>
        </w:trPr>
        <w:tc>
          <w:tcPr>
            <w:tcW w:w="2108" w:type="dxa"/>
          </w:tcPr>
          <w:p w14:paraId="004A1EC4" w14:textId="77777777" w:rsidR="00C92781" w:rsidRPr="000A5B76" w:rsidRDefault="00C92781" w:rsidP="00161EC3"/>
        </w:tc>
        <w:tc>
          <w:tcPr>
            <w:tcW w:w="2108" w:type="dxa"/>
          </w:tcPr>
          <w:p w14:paraId="368AEA38" w14:textId="77777777" w:rsidR="00C92781" w:rsidRPr="000A5B76" w:rsidRDefault="00C92781" w:rsidP="00161EC3"/>
        </w:tc>
        <w:tc>
          <w:tcPr>
            <w:tcW w:w="2108" w:type="dxa"/>
          </w:tcPr>
          <w:p w14:paraId="0A4835D9" w14:textId="77777777" w:rsidR="00C92781" w:rsidRPr="000A5B76" w:rsidRDefault="00C92781" w:rsidP="00161EC3"/>
        </w:tc>
        <w:tc>
          <w:tcPr>
            <w:tcW w:w="2108" w:type="dxa"/>
          </w:tcPr>
          <w:p w14:paraId="0F467CFC" w14:textId="77777777" w:rsidR="00C92781" w:rsidRPr="000A5B76" w:rsidRDefault="00C92781" w:rsidP="00161EC3"/>
        </w:tc>
        <w:tc>
          <w:tcPr>
            <w:tcW w:w="2108" w:type="dxa"/>
          </w:tcPr>
          <w:p w14:paraId="1E357709" w14:textId="77777777" w:rsidR="00C92781" w:rsidRPr="000A5B76" w:rsidRDefault="00C92781" w:rsidP="00161EC3"/>
        </w:tc>
      </w:tr>
      <w:tr w:rsidR="00C92781" w:rsidRPr="000A5B76" w14:paraId="2567AFA3" w14:textId="77777777" w:rsidTr="00161EC3">
        <w:trPr>
          <w:jc w:val="center"/>
        </w:trPr>
        <w:tc>
          <w:tcPr>
            <w:tcW w:w="2108" w:type="dxa"/>
          </w:tcPr>
          <w:p w14:paraId="030BAC15" w14:textId="77777777" w:rsidR="00C92781" w:rsidRPr="000A5B76" w:rsidRDefault="00C92781" w:rsidP="00161EC3"/>
        </w:tc>
        <w:tc>
          <w:tcPr>
            <w:tcW w:w="2108" w:type="dxa"/>
          </w:tcPr>
          <w:p w14:paraId="71D55A46" w14:textId="77777777" w:rsidR="00C92781" w:rsidRPr="000A5B76" w:rsidRDefault="00C92781" w:rsidP="00161EC3"/>
        </w:tc>
        <w:tc>
          <w:tcPr>
            <w:tcW w:w="2108" w:type="dxa"/>
          </w:tcPr>
          <w:p w14:paraId="20F51590" w14:textId="77777777" w:rsidR="00C92781" w:rsidRPr="000A5B76" w:rsidRDefault="00C92781" w:rsidP="00161EC3"/>
        </w:tc>
        <w:tc>
          <w:tcPr>
            <w:tcW w:w="2108" w:type="dxa"/>
          </w:tcPr>
          <w:p w14:paraId="7548EF87" w14:textId="77777777" w:rsidR="00C92781" w:rsidRPr="000A5B76" w:rsidRDefault="00C92781" w:rsidP="00161EC3"/>
        </w:tc>
        <w:tc>
          <w:tcPr>
            <w:tcW w:w="2108" w:type="dxa"/>
          </w:tcPr>
          <w:p w14:paraId="0A1A136B" w14:textId="77777777" w:rsidR="00C92781" w:rsidRPr="000A5B76" w:rsidRDefault="00C92781" w:rsidP="00161EC3"/>
        </w:tc>
      </w:tr>
      <w:tr w:rsidR="00C92781" w:rsidRPr="000A5B76" w14:paraId="2A354524" w14:textId="77777777" w:rsidTr="00161EC3">
        <w:trPr>
          <w:jc w:val="center"/>
        </w:trPr>
        <w:tc>
          <w:tcPr>
            <w:tcW w:w="2108" w:type="dxa"/>
          </w:tcPr>
          <w:p w14:paraId="15C9C9CC" w14:textId="77777777" w:rsidR="00C92781" w:rsidRPr="000A5B76" w:rsidRDefault="00C92781" w:rsidP="00161EC3"/>
        </w:tc>
        <w:tc>
          <w:tcPr>
            <w:tcW w:w="2108" w:type="dxa"/>
          </w:tcPr>
          <w:p w14:paraId="794F58D1" w14:textId="77777777" w:rsidR="00C92781" w:rsidRPr="000A5B76" w:rsidRDefault="00C92781" w:rsidP="00161EC3"/>
        </w:tc>
        <w:tc>
          <w:tcPr>
            <w:tcW w:w="2108" w:type="dxa"/>
          </w:tcPr>
          <w:p w14:paraId="740F5597" w14:textId="77777777" w:rsidR="00C92781" w:rsidRPr="000A5B76" w:rsidRDefault="00C92781" w:rsidP="00161EC3"/>
        </w:tc>
        <w:tc>
          <w:tcPr>
            <w:tcW w:w="2108" w:type="dxa"/>
          </w:tcPr>
          <w:p w14:paraId="0B5371E0" w14:textId="77777777" w:rsidR="00C92781" w:rsidRPr="000A5B76" w:rsidRDefault="00C92781" w:rsidP="00161EC3"/>
        </w:tc>
        <w:tc>
          <w:tcPr>
            <w:tcW w:w="2108" w:type="dxa"/>
          </w:tcPr>
          <w:p w14:paraId="1B446722" w14:textId="77777777" w:rsidR="00C92781" w:rsidRPr="000A5B76" w:rsidRDefault="00C92781" w:rsidP="00161EC3"/>
        </w:tc>
      </w:tr>
      <w:tr w:rsidR="00C92781" w:rsidRPr="000A5B76" w14:paraId="48310073" w14:textId="77777777" w:rsidTr="00161EC3">
        <w:trPr>
          <w:jc w:val="center"/>
        </w:trPr>
        <w:tc>
          <w:tcPr>
            <w:tcW w:w="2108" w:type="dxa"/>
          </w:tcPr>
          <w:p w14:paraId="58AA3BFC" w14:textId="77777777" w:rsidR="00C92781" w:rsidRPr="000A5B76" w:rsidRDefault="00C92781" w:rsidP="00161EC3"/>
        </w:tc>
        <w:tc>
          <w:tcPr>
            <w:tcW w:w="2108" w:type="dxa"/>
          </w:tcPr>
          <w:p w14:paraId="15CC1E72" w14:textId="77777777" w:rsidR="00C92781" w:rsidRPr="000A5B76" w:rsidRDefault="00C92781" w:rsidP="00161EC3"/>
        </w:tc>
        <w:tc>
          <w:tcPr>
            <w:tcW w:w="2108" w:type="dxa"/>
          </w:tcPr>
          <w:p w14:paraId="52B8C478" w14:textId="77777777" w:rsidR="00C92781" w:rsidRPr="000A5B76" w:rsidRDefault="00C92781" w:rsidP="00161EC3"/>
        </w:tc>
        <w:tc>
          <w:tcPr>
            <w:tcW w:w="2108" w:type="dxa"/>
          </w:tcPr>
          <w:p w14:paraId="15560D42" w14:textId="77777777" w:rsidR="00C92781" w:rsidRPr="000A5B76" w:rsidRDefault="00C92781" w:rsidP="00161EC3"/>
        </w:tc>
        <w:tc>
          <w:tcPr>
            <w:tcW w:w="2108" w:type="dxa"/>
          </w:tcPr>
          <w:p w14:paraId="21475267" w14:textId="77777777" w:rsidR="00C92781" w:rsidRPr="000A5B76" w:rsidRDefault="00C92781" w:rsidP="00161EC3"/>
        </w:tc>
      </w:tr>
      <w:tr w:rsidR="00C92781" w:rsidRPr="000A5B76" w14:paraId="043522ED" w14:textId="77777777" w:rsidTr="00161EC3">
        <w:trPr>
          <w:jc w:val="center"/>
        </w:trPr>
        <w:tc>
          <w:tcPr>
            <w:tcW w:w="2108" w:type="dxa"/>
          </w:tcPr>
          <w:p w14:paraId="1AEB1D1D" w14:textId="77777777" w:rsidR="00C92781" w:rsidRPr="000A5B76" w:rsidRDefault="00C92781" w:rsidP="00161EC3"/>
        </w:tc>
        <w:tc>
          <w:tcPr>
            <w:tcW w:w="2108" w:type="dxa"/>
          </w:tcPr>
          <w:p w14:paraId="48C89323" w14:textId="77777777" w:rsidR="00C92781" w:rsidRPr="000A5B76" w:rsidRDefault="00C92781" w:rsidP="00161EC3"/>
        </w:tc>
        <w:tc>
          <w:tcPr>
            <w:tcW w:w="2108" w:type="dxa"/>
          </w:tcPr>
          <w:p w14:paraId="51C188FE" w14:textId="77777777" w:rsidR="00C92781" w:rsidRPr="000A5B76" w:rsidRDefault="00C92781" w:rsidP="00161EC3"/>
        </w:tc>
        <w:tc>
          <w:tcPr>
            <w:tcW w:w="2108" w:type="dxa"/>
          </w:tcPr>
          <w:p w14:paraId="08B16BF7" w14:textId="77777777" w:rsidR="00C92781" w:rsidRPr="000A5B76" w:rsidRDefault="00C92781" w:rsidP="00161EC3"/>
        </w:tc>
        <w:tc>
          <w:tcPr>
            <w:tcW w:w="2108" w:type="dxa"/>
          </w:tcPr>
          <w:p w14:paraId="1987A798" w14:textId="77777777" w:rsidR="00C92781" w:rsidRPr="000A5B76" w:rsidRDefault="00C92781" w:rsidP="00161EC3"/>
        </w:tc>
      </w:tr>
      <w:tr w:rsidR="00C92781" w:rsidRPr="000A5B76" w14:paraId="671E90E9" w14:textId="77777777" w:rsidTr="00161EC3">
        <w:trPr>
          <w:jc w:val="center"/>
        </w:trPr>
        <w:tc>
          <w:tcPr>
            <w:tcW w:w="2108" w:type="dxa"/>
          </w:tcPr>
          <w:p w14:paraId="05899420" w14:textId="77777777" w:rsidR="00C92781" w:rsidRPr="000A5B76" w:rsidRDefault="00C92781" w:rsidP="00161EC3"/>
        </w:tc>
        <w:tc>
          <w:tcPr>
            <w:tcW w:w="2108" w:type="dxa"/>
          </w:tcPr>
          <w:p w14:paraId="0A0441AE" w14:textId="77777777" w:rsidR="00C92781" w:rsidRPr="000A5B76" w:rsidRDefault="00C92781" w:rsidP="00161EC3"/>
        </w:tc>
        <w:tc>
          <w:tcPr>
            <w:tcW w:w="2108" w:type="dxa"/>
          </w:tcPr>
          <w:p w14:paraId="60587093" w14:textId="77777777" w:rsidR="00C92781" w:rsidRPr="000A5B76" w:rsidRDefault="00C92781" w:rsidP="00161EC3"/>
        </w:tc>
        <w:tc>
          <w:tcPr>
            <w:tcW w:w="2108" w:type="dxa"/>
          </w:tcPr>
          <w:p w14:paraId="3BE3925E" w14:textId="77777777" w:rsidR="00C92781" w:rsidRPr="000A5B76" w:rsidRDefault="00C92781" w:rsidP="00161EC3"/>
        </w:tc>
        <w:tc>
          <w:tcPr>
            <w:tcW w:w="2108" w:type="dxa"/>
          </w:tcPr>
          <w:p w14:paraId="2472E742" w14:textId="77777777" w:rsidR="00C92781" w:rsidRPr="000A5B76" w:rsidRDefault="00C92781" w:rsidP="00161EC3"/>
        </w:tc>
      </w:tr>
    </w:tbl>
    <w:p w14:paraId="1AAA34DB" w14:textId="77777777" w:rsidR="00C92781" w:rsidRPr="000A5B76" w:rsidRDefault="00C92781" w:rsidP="00C92781">
      <w:r w:rsidRPr="000A5B76">
        <w:br/>
        <w:t>Ce que j’ai appris aujourd’hui :</w:t>
      </w:r>
    </w:p>
    <w:p w14:paraId="0EBA72DA" w14:textId="77777777" w:rsidR="00C92781" w:rsidRPr="000A5B76" w:rsidRDefault="00C92781" w:rsidP="00C92781">
      <w:r w:rsidRPr="000A5B76">
        <w:t>________________________________________________________________________</w:t>
      </w:r>
    </w:p>
    <w:p w14:paraId="21D4DF00" w14:textId="77777777" w:rsidR="00C92781" w:rsidRPr="000A5B76" w:rsidRDefault="00C92781" w:rsidP="00C92781">
      <w:r w:rsidRPr="000A5B76">
        <w:t>________________________________________________________________________</w:t>
      </w:r>
    </w:p>
    <w:p w14:paraId="7E7BD99D" w14:textId="77777777" w:rsidR="00C92781" w:rsidRPr="000A5B76" w:rsidRDefault="00C92781" w:rsidP="00C92781">
      <w:r w:rsidRPr="000A5B76">
        <w:t>________________________________________________________________________</w:t>
      </w:r>
    </w:p>
    <w:p w14:paraId="70585B56" w14:textId="77777777" w:rsidR="00C92781" w:rsidRPr="000A5B76" w:rsidRDefault="00C92781" w:rsidP="00C92781">
      <w:r w:rsidRPr="000A5B76">
        <w:t>________________________________________________________________________</w:t>
      </w:r>
    </w:p>
    <w:p w14:paraId="08B4E376" w14:textId="77777777" w:rsidR="00C92781" w:rsidRPr="000A5B76" w:rsidRDefault="00C92781" w:rsidP="00C92781">
      <w:r w:rsidRPr="000A5B76">
        <w:t>Difficultés / questions à poser :</w:t>
      </w:r>
    </w:p>
    <w:p w14:paraId="1E86EB07" w14:textId="77777777" w:rsidR="00C92781" w:rsidRPr="000A5B76" w:rsidRDefault="00C92781" w:rsidP="00C92781">
      <w:r w:rsidRPr="000A5B76">
        <w:t>________________________________________________________________________</w:t>
      </w:r>
    </w:p>
    <w:p w14:paraId="38F3381F" w14:textId="77777777" w:rsidR="00C92781" w:rsidRPr="000A5B76" w:rsidRDefault="00C92781" w:rsidP="00C92781">
      <w:r w:rsidRPr="000A5B76">
        <w:t>________________________________________________________________________</w:t>
      </w:r>
    </w:p>
    <w:p w14:paraId="65BCC929" w14:textId="77777777" w:rsidR="00C92781" w:rsidRPr="000A5B76" w:rsidRDefault="00C92781" w:rsidP="00C92781">
      <w:r w:rsidRPr="000A5B76">
        <w:lastRenderedPageBreak/>
        <w:t>________________________________________________________________________</w:t>
      </w:r>
    </w:p>
    <w:p w14:paraId="167E2A2D" w14:textId="77777777" w:rsidR="00C92781" w:rsidRPr="000A5B76" w:rsidRDefault="00C92781" w:rsidP="00C92781">
      <w:r w:rsidRPr="000A5B76">
        <w:t>Signature / visa de l’encadreur : ______________________________</w:t>
      </w:r>
    </w:p>
    <w:p w14:paraId="7F41D89B" w14:textId="77777777" w:rsidR="00CD0805" w:rsidRDefault="00CD0805">
      <w:pPr>
        <w:rPr>
          <w:b/>
          <w:sz w:val="28"/>
        </w:rPr>
      </w:pPr>
    </w:p>
    <w:p w14:paraId="05ABAD60" w14:textId="77777777" w:rsidR="00CD0805" w:rsidRDefault="00CD0805">
      <w:pPr>
        <w:rPr>
          <w:b/>
          <w:sz w:val="28"/>
        </w:rPr>
      </w:pPr>
    </w:p>
    <w:p w14:paraId="418AA0E8" w14:textId="77777777" w:rsidR="00CD0805" w:rsidRDefault="00CD0805">
      <w:pPr>
        <w:rPr>
          <w:b/>
          <w:sz w:val="28"/>
        </w:rPr>
      </w:pPr>
    </w:p>
    <w:p w14:paraId="3AEEDB41" w14:textId="77777777" w:rsidR="00CD0805" w:rsidRDefault="00CD0805">
      <w:pPr>
        <w:rPr>
          <w:b/>
          <w:sz w:val="28"/>
        </w:rPr>
      </w:pPr>
    </w:p>
    <w:p w14:paraId="4CA01CB6" w14:textId="77777777" w:rsidR="00CD0805" w:rsidRDefault="00CD0805">
      <w:pPr>
        <w:rPr>
          <w:b/>
          <w:sz w:val="28"/>
        </w:rPr>
      </w:pPr>
    </w:p>
    <w:p w14:paraId="31AF316F" w14:textId="77777777" w:rsidR="00CD0805" w:rsidRDefault="00CD0805">
      <w:pPr>
        <w:rPr>
          <w:b/>
          <w:sz w:val="28"/>
        </w:rPr>
      </w:pPr>
    </w:p>
    <w:p w14:paraId="3B1D0243" w14:textId="77777777" w:rsidR="00CD0805" w:rsidRDefault="00CD0805">
      <w:pPr>
        <w:rPr>
          <w:b/>
          <w:sz w:val="28"/>
        </w:rPr>
      </w:pPr>
    </w:p>
    <w:p w14:paraId="1D8CBFFF" w14:textId="77777777" w:rsidR="00CD0805" w:rsidRDefault="00CD0805">
      <w:pPr>
        <w:rPr>
          <w:b/>
          <w:sz w:val="28"/>
        </w:rPr>
      </w:pPr>
    </w:p>
    <w:p w14:paraId="2B18A8F5" w14:textId="77777777" w:rsidR="00CD0805" w:rsidRDefault="00CD0805">
      <w:pPr>
        <w:rPr>
          <w:b/>
          <w:sz w:val="28"/>
        </w:rPr>
      </w:pPr>
    </w:p>
    <w:p w14:paraId="52E38C16" w14:textId="77777777" w:rsidR="00D70074" w:rsidRDefault="00D70074" w:rsidP="00FB1EEA">
      <w:pPr>
        <w:rPr>
          <w:b/>
          <w:sz w:val="28"/>
        </w:rPr>
      </w:pPr>
    </w:p>
    <w:p w14:paraId="136BBA7C" w14:textId="77777777" w:rsidR="00CF7016" w:rsidRDefault="00CF7016" w:rsidP="00FB1EEA">
      <w:pPr>
        <w:rPr>
          <w:b/>
          <w:sz w:val="28"/>
        </w:rPr>
      </w:pPr>
    </w:p>
    <w:p w14:paraId="27741F98" w14:textId="77777777" w:rsidR="00CF7016" w:rsidRDefault="00CF7016" w:rsidP="00FB1EEA">
      <w:pPr>
        <w:rPr>
          <w:b/>
          <w:sz w:val="28"/>
        </w:rPr>
      </w:pPr>
    </w:p>
    <w:p w14:paraId="16FBA4DE" w14:textId="77777777" w:rsidR="00CF7016" w:rsidRDefault="00CF7016" w:rsidP="00FB1EEA">
      <w:pPr>
        <w:rPr>
          <w:b/>
          <w:sz w:val="28"/>
        </w:rPr>
      </w:pPr>
    </w:p>
    <w:p w14:paraId="7BEF084C" w14:textId="77777777" w:rsidR="00CF7016" w:rsidRDefault="00CF7016" w:rsidP="00FB1EEA">
      <w:pPr>
        <w:rPr>
          <w:b/>
          <w:sz w:val="28"/>
        </w:rPr>
      </w:pPr>
    </w:p>
    <w:p w14:paraId="4E24A0C7" w14:textId="77777777" w:rsidR="00CF7016" w:rsidRDefault="00CF7016" w:rsidP="00FB1EEA">
      <w:pPr>
        <w:rPr>
          <w:b/>
          <w:sz w:val="28"/>
        </w:rPr>
      </w:pPr>
    </w:p>
    <w:p w14:paraId="16A54760" w14:textId="77777777" w:rsidR="00CF7016" w:rsidRDefault="00CF7016" w:rsidP="00FB1EEA">
      <w:pPr>
        <w:rPr>
          <w:b/>
          <w:sz w:val="28"/>
        </w:rPr>
      </w:pPr>
    </w:p>
    <w:p w14:paraId="0804E867" w14:textId="6E38DDE3" w:rsidR="00FB1EEA" w:rsidRPr="000A5B76" w:rsidRDefault="00FB1EEA" w:rsidP="00FB1EEA">
      <w:r w:rsidRPr="000A5B76">
        <w:rPr>
          <w:b/>
          <w:sz w:val="28"/>
        </w:rPr>
        <w:lastRenderedPageBreak/>
        <w:t xml:space="preserve">2. FICHE JOURNALIÈRE — JOUR </w:t>
      </w:r>
      <w:r>
        <w:rPr>
          <w:b/>
          <w:sz w:val="28"/>
        </w:rPr>
        <w:t>27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FB1EEA" w:rsidRPr="000A5B76" w14:paraId="05947EFA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3F547921" w14:textId="77777777" w:rsidR="00FB1EEA" w:rsidRPr="000A5B76" w:rsidRDefault="00FB1EEA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6B7CC4B" w14:textId="77777777" w:rsidR="00FB1EEA" w:rsidRPr="000A5B76" w:rsidRDefault="00FB1EEA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42522E6" w14:textId="77777777" w:rsidR="00FB1EEA" w:rsidRPr="000A5B76" w:rsidRDefault="00FB1EEA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FB8C099" w14:textId="77777777" w:rsidR="00FB1EEA" w:rsidRPr="000A5B76" w:rsidRDefault="00FB1EEA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DC18EE9" w14:textId="77777777" w:rsidR="00FB1EEA" w:rsidRPr="000A5B76" w:rsidRDefault="00FB1EEA" w:rsidP="00161EC3">
            <w:r w:rsidRPr="000A5B76">
              <w:rPr>
                <w:b/>
              </w:rPr>
              <w:t>Encadreur</w:t>
            </w:r>
          </w:p>
        </w:tc>
      </w:tr>
      <w:tr w:rsidR="00FB1EEA" w:rsidRPr="000A5B76" w14:paraId="36CD1948" w14:textId="77777777" w:rsidTr="00161EC3">
        <w:trPr>
          <w:jc w:val="center"/>
        </w:trPr>
        <w:tc>
          <w:tcPr>
            <w:tcW w:w="2108" w:type="dxa"/>
          </w:tcPr>
          <w:p w14:paraId="2CD7F9E3" w14:textId="77777777" w:rsidR="00FB1EEA" w:rsidRPr="000A5B76" w:rsidRDefault="00FB1EEA" w:rsidP="00161EC3"/>
        </w:tc>
        <w:tc>
          <w:tcPr>
            <w:tcW w:w="2108" w:type="dxa"/>
          </w:tcPr>
          <w:p w14:paraId="749A54BA" w14:textId="77777777" w:rsidR="00FB1EEA" w:rsidRPr="000A5B76" w:rsidRDefault="00FB1EEA" w:rsidP="00161EC3"/>
        </w:tc>
        <w:tc>
          <w:tcPr>
            <w:tcW w:w="2108" w:type="dxa"/>
          </w:tcPr>
          <w:p w14:paraId="5FB1468D" w14:textId="77777777" w:rsidR="00FB1EEA" w:rsidRPr="000A5B76" w:rsidRDefault="00FB1EEA" w:rsidP="00161EC3"/>
        </w:tc>
        <w:tc>
          <w:tcPr>
            <w:tcW w:w="2108" w:type="dxa"/>
          </w:tcPr>
          <w:p w14:paraId="2EEC671D" w14:textId="77777777" w:rsidR="00FB1EEA" w:rsidRPr="000A5B76" w:rsidRDefault="00FB1EEA" w:rsidP="00161EC3"/>
        </w:tc>
        <w:tc>
          <w:tcPr>
            <w:tcW w:w="2108" w:type="dxa"/>
          </w:tcPr>
          <w:p w14:paraId="3E3C9FD9" w14:textId="77777777" w:rsidR="00FB1EEA" w:rsidRPr="000A5B76" w:rsidRDefault="00FB1EEA" w:rsidP="00161EC3"/>
        </w:tc>
      </w:tr>
    </w:tbl>
    <w:p w14:paraId="754FA3A3" w14:textId="77777777" w:rsidR="00FB1EEA" w:rsidRPr="000A5B76" w:rsidRDefault="00FB1EEA" w:rsidP="00FB1EEA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FB1EEA" w:rsidRPr="000A5B76" w14:paraId="37ED347F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0B45A52C" w14:textId="77777777" w:rsidR="00FB1EEA" w:rsidRPr="000A5B76" w:rsidRDefault="00FB1EEA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9DE2D54" w14:textId="77777777" w:rsidR="00FB1EEA" w:rsidRPr="000A5B76" w:rsidRDefault="00FB1EEA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B7DA6AA" w14:textId="77777777" w:rsidR="00FB1EEA" w:rsidRPr="000A5B76" w:rsidRDefault="00FB1EEA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E6F959D" w14:textId="77777777" w:rsidR="00FB1EEA" w:rsidRPr="000A5B76" w:rsidRDefault="00FB1EEA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9CB50F2" w14:textId="77777777" w:rsidR="00FB1EEA" w:rsidRPr="000A5B76" w:rsidRDefault="00FB1EEA" w:rsidP="00161EC3">
            <w:r w:rsidRPr="000A5B76">
              <w:rPr>
                <w:b/>
              </w:rPr>
              <w:t>À revoir</w:t>
            </w:r>
          </w:p>
        </w:tc>
      </w:tr>
      <w:tr w:rsidR="00FB1EEA" w:rsidRPr="000A5B76" w14:paraId="2DB9DDFF" w14:textId="77777777" w:rsidTr="00161EC3">
        <w:trPr>
          <w:jc w:val="center"/>
        </w:trPr>
        <w:tc>
          <w:tcPr>
            <w:tcW w:w="2108" w:type="dxa"/>
          </w:tcPr>
          <w:p w14:paraId="2203CB26" w14:textId="77777777" w:rsidR="00FB1EEA" w:rsidRPr="000A5B76" w:rsidRDefault="00FB1EEA" w:rsidP="00161EC3"/>
        </w:tc>
        <w:tc>
          <w:tcPr>
            <w:tcW w:w="2108" w:type="dxa"/>
          </w:tcPr>
          <w:p w14:paraId="06953093" w14:textId="77777777" w:rsidR="00FB1EEA" w:rsidRPr="000A5B76" w:rsidRDefault="00FB1EEA" w:rsidP="00161EC3"/>
        </w:tc>
        <w:tc>
          <w:tcPr>
            <w:tcW w:w="2108" w:type="dxa"/>
          </w:tcPr>
          <w:p w14:paraId="24751A9F" w14:textId="77777777" w:rsidR="00FB1EEA" w:rsidRPr="000A5B76" w:rsidRDefault="00FB1EEA" w:rsidP="00161EC3"/>
        </w:tc>
        <w:tc>
          <w:tcPr>
            <w:tcW w:w="2108" w:type="dxa"/>
          </w:tcPr>
          <w:p w14:paraId="3B8B0779" w14:textId="77777777" w:rsidR="00FB1EEA" w:rsidRPr="000A5B76" w:rsidRDefault="00FB1EEA" w:rsidP="00161EC3"/>
        </w:tc>
        <w:tc>
          <w:tcPr>
            <w:tcW w:w="2108" w:type="dxa"/>
          </w:tcPr>
          <w:p w14:paraId="5FAA9242" w14:textId="77777777" w:rsidR="00FB1EEA" w:rsidRPr="000A5B76" w:rsidRDefault="00FB1EEA" w:rsidP="00161EC3"/>
        </w:tc>
      </w:tr>
      <w:tr w:rsidR="00FB1EEA" w:rsidRPr="000A5B76" w14:paraId="40E48960" w14:textId="77777777" w:rsidTr="00161EC3">
        <w:trPr>
          <w:jc w:val="center"/>
        </w:trPr>
        <w:tc>
          <w:tcPr>
            <w:tcW w:w="2108" w:type="dxa"/>
          </w:tcPr>
          <w:p w14:paraId="4E864851" w14:textId="77777777" w:rsidR="00FB1EEA" w:rsidRPr="000A5B76" w:rsidRDefault="00FB1EEA" w:rsidP="00161EC3"/>
        </w:tc>
        <w:tc>
          <w:tcPr>
            <w:tcW w:w="2108" w:type="dxa"/>
          </w:tcPr>
          <w:p w14:paraId="10912C9C" w14:textId="77777777" w:rsidR="00FB1EEA" w:rsidRPr="000A5B76" w:rsidRDefault="00FB1EEA" w:rsidP="00161EC3"/>
        </w:tc>
        <w:tc>
          <w:tcPr>
            <w:tcW w:w="2108" w:type="dxa"/>
          </w:tcPr>
          <w:p w14:paraId="2C6926B4" w14:textId="77777777" w:rsidR="00FB1EEA" w:rsidRPr="000A5B76" w:rsidRDefault="00FB1EEA" w:rsidP="00161EC3"/>
        </w:tc>
        <w:tc>
          <w:tcPr>
            <w:tcW w:w="2108" w:type="dxa"/>
          </w:tcPr>
          <w:p w14:paraId="58FE8C8C" w14:textId="77777777" w:rsidR="00FB1EEA" w:rsidRPr="000A5B76" w:rsidRDefault="00FB1EEA" w:rsidP="00161EC3"/>
        </w:tc>
        <w:tc>
          <w:tcPr>
            <w:tcW w:w="2108" w:type="dxa"/>
          </w:tcPr>
          <w:p w14:paraId="3862C9CD" w14:textId="77777777" w:rsidR="00FB1EEA" w:rsidRPr="000A5B76" w:rsidRDefault="00FB1EEA" w:rsidP="00161EC3"/>
        </w:tc>
      </w:tr>
      <w:tr w:rsidR="00FB1EEA" w:rsidRPr="000A5B76" w14:paraId="2C933255" w14:textId="77777777" w:rsidTr="00161EC3">
        <w:trPr>
          <w:jc w:val="center"/>
        </w:trPr>
        <w:tc>
          <w:tcPr>
            <w:tcW w:w="2108" w:type="dxa"/>
          </w:tcPr>
          <w:p w14:paraId="1A7701CB" w14:textId="77777777" w:rsidR="00FB1EEA" w:rsidRPr="000A5B76" w:rsidRDefault="00FB1EEA" w:rsidP="00161EC3"/>
        </w:tc>
        <w:tc>
          <w:tcPr>
            <w:tcW w:w="2108" w:type="dxa"/>
          </w:tcPr>
          <w:p w14:paraId="628C7B05" w14:textId="77777777" w:rsidR="00FB1EEA" w:rsidRPr="000A5B76" w:rsidRDefault="00FB1EEA" w:rsidP="00161EC3"/>
        </w:tc>
        <w:tc>
          <w:tcPr>
            <w:tcW w:w="2108" w:type="dxa"/>
          </w:tcPr>
          <w:p w14:paraId="42586A73" w14:textId="77777777" w:rsidR="00FB1EEA" w:rsidRPr="000A5B76" w:rsidRDefault="00FB1EEA" w:rsidP="00161EC3"/>
        </w:tc>
        <w:tc>
          <w:tcPr>
            <w:tcW w:w="2108" w:type="dxa"/>
          </w:tcPr>
          <w:p w14:paraId="54F88C60" w14:textId="77777777" w:rsidR="00FB1EEA" w:rsidRPr="000A5B76" w:rsidRDefault="00FB1EEA" w:rsidP="00161EC3"/>
        </w:tc>
        <w:tc>
          <w:tcPr>
            <w:tcW w:w="2108" w:type="dxa"/>
          </w:tcPr>
          <w:p w14:paraId="5E2E2D78" w14:textId="77777777" w:rsidR="00FB1EEA" w:rsidRPr="000A5B76" w:rsidRDefault="00FB1EEA" w:rsidP="00161EC3"/>
        </w:tc>
      </w:tr>
      <w:tr w:rsidR="00FB1EEA" w:rsidRPr="000A5B76" w14:paraId="2FCEC91F" w14:textId="77777777" w:rsidTr="00161EC3">
        <w:trPr>
          <w:jc w:val="center"/>
        </w:trPr>
        <w:tc>
          <w:tcPr>
            <w:tcW w:w="2108" w:type="dxa"/>
          </w:tcPr>
          <w:p w14:paraId="25FEA346" w14:textId="77777777" w:rsidR="00FB1EEA" w:rsidRPr="000A5B76" w:rsidRDefault="00FB1EEA" w:rsidP="00161EC3"/>
        </w:tc>
        <w:tc>
          <w:tcPr>
            <w:tcW w:w="2108" w:type="dxa"/>
          </w:tcPr>
          <w:p w14:paraId="34CA7757" w14:textId="77777777" w:rsidR="00FB1EEA" w:rsidRPr="000A5B76" w:rsidRDefault="00FB1EEA" w:rsidP="00161EC3"/>
        </w:tc>
        <w:tc>
          <w:tcPr>
            <w:tcW w:w="2108" w:type="dxa"/>
          </w:tcPr>
          <w:p w14:paraId="56512650" w14:textId="77777777" w:rsidR="00FB1EEA" w:rsidRPr="000A5B76" w:rsidRDefault="00FB1EEA" w:rsidP="00161EC3"/>
        </w:tc>
        <w:tc>
          <w:tcPr>
            <w:tcW w:w="2108" w:type="dxa"/>
          </w:tcPr>
          <w:p w14:paraId="02379F83" w14:textId="77777777" w:rsidR="00FB1EEA" w:rsidRPr="000A5B76" w:rsidRDefault="00FB1EEA" w:rsidP="00161EC3"/>
        </w:tc>
        <w:tc>
          <w:tcPr>
            <w:tcW w:w="2108" w:type="dxa"/>
          </w:tcPr>
          <w:p w14:paraId="2AEF0CE7" w14:textId="77777777" w:rsidR="00FB1EEA" w:rsidRPr="000A5B76" w:rsidRDefault="00FB1EEA" w:rsidP="00161EC3"/>
        </w:tc>
      </w:tr>
      <w:tr w:rsidR="00FB1EEA" w:rsidRPr="000A5B76" w14:paraId="0BFCFC8A" w14:textId="77777777" w:rsidTr="00161EC3">
        <w:trPr>
          <w:jc w:val="center"/>
        </w:trPr>
        <w:tc>
          <w:tcPr>
            <w:tcW w:w="2108" w:type="dxa"/>
          </w:tcPr>
          <w:p w14:paraId="2B067484" w14:textId="77777777" w:rsidR="00FB1EEA" w:rsidRPr="000A5B76" w:rsidRDefault="00FB1EEA" w:rsidP="00161EC3"/>
        </w:tc>
        <w:tc>
          <w:tcPr>
            <w:tcW w:w="2108" w:type="dxa"/>
          </w:tcPr>
          <w:p w14:paraId="31B0C605" w14:textId="77777777" w:rsidR="00FB1EEA" w:rsidRPr="000A5B76" w:rsidRDefault="00FB1EEA" w:rsidP="00161EC3"/>
        </w:tc>
        <w:tc>
          <w:tcPr>
            <w:tcW w:w="2108" w:type="dxa"/>
          </w:tcPr>
          <w:p w14:paraId="65A96E07" w14:textId="77777777" w:rsidR="00FB1EEA" w:rsidRPr="000A5B76" w:rsidRDefault="00FB1EEA" w:rsidP="00161EC3"/>
        </w:tc>
        <w:tc>
          <w:tcPr>
            <w:tcW w:w="2108" w:type="dxa"/>
          </w:tcPr>
          <w:p w14:paraId="2FEEF5EF" w14:textId="77777777" w:rsidR="00FB1EEA" w:rsidRPr="000A5B76" w:rsidRDefault="00FB1EEA" w:rsidP="00161EC3"/>
        </w:tc>
        <w:tc>
          <w:tcPr>
            <w:tcW w:w="2108" w:type="dxa"/>
          </w:tcPr>
          <w:p w14:paraId="7D5DA12B" w14:textId="77777777" w:rsidR="00FB1EEA" w:rsidRPr="000A5B76" w:rsidRDefault="00FB1EEA" w:rsidP="00161EC3"/>
        </w:tc>
      </w:tr>
      <w:tr w:rsidR="00FB1EEA" w:rsidRPr="000A5B76" w14:paraId="1DD2AD02" w14:textId="77777777" w:rsidTr="00161EC3">
        <w:trPr>
          <w:jc w:val="center"/>
        </w:trPr>
        <w:tc>
          <w:tcPr>
            <w:tcW w:w="2108" w:type="dxa"/>
          </w:tcPr>
          <w:p w14:paraId="0370EED0" w14:textId="77777777" w:rsidR="00FB1EEA" w:rsidRPr="000A5B76" w:rsidRDefault="00FB1EEA" w:rsidP="00161EC3"/>
        </w:tc>
        <w:tc>
          <w:tcPr>
            <w:tcW w:w="2108" w:type="dxa"/>
          </w:tcPr>
          <w:p w14:paraId="1E864947" w14:textId="77777777" w:rsidR="00FB1EEA" w:rsidRPr="000A5B76" w:rsidRDefault="00FB1EEA" w:rsidP="00161EC3"/>
        </w:tc>
        <w:tc>
          <w:tcPr>
            <w:tcW w:w="2108" w:type="dxa"/>
          </w:tcPr>
          <w:p w14:paraId="20B5E69C" w14:textId="77777777" w:rsidR="00FB1EEA" w:rsidRPr="000A5B76" w:rsidRDefault="00FB1EEA" w:rsidP="00161EC3"/>
        </w:tc>
        <w:tc>
          <w:tcPr>
            <w:tcW w:w="2108" w:type="dxa"/>
          </w:tcPr>
          <w:p w14:paraId="7D5CC2E3" w14:textId="77777777" w:rsidR="00FB1EEA" w:rsidRPr="000A5B76" w:rsidRDefault="00FB1EEA" w:rsidP="00161EC3"/>
        </w:tc>
        <w:tc>
          <w:tcPr>
            <w:tcW w:w="2108" w:type="dxa"/>
          </w:tcPr>
          <w:p w14:paraId="6AAD84F5" w14:textId="77777777" w:rsidR="00FB1EEA" w:rsidRPr="000A5B76" w:rsidRDefault="00FB1EEA" w:rsidP="00161EC3"/>
        </w:tc>
      </w:tr>
      <w:tr w:rsidR="00FB1EEA" w:rsidRPr="000A5B76" w14:paraId="78FBD420" w14:textId="77777777" w:rsidTr="00161EC3">
        <w:trPr>
          <w:jc w:val="center"/>
        </w:trPr>
        <w:tc>
          <w:tcPr>
            <w:tcW w:w="2108" w:type="dxa"/>
          </w:tcPr>
          <w:p w14:paraId="3643DED3" w14:textId="77777777" w:rsidR="00FB1EEA" w:rsidRPr="000A5B76" w:rsidRDefault="00FB1EEA" w:rsidP="00161EC3"/>
        </w:tc>
        <w:tc>
          <w:tcPr>
            <w:tcW w:w="2108" w:type="dxa"/>
          </w:tcPr>
          <w:p w14:paraId="64C807DC" w14:textId="77777777" w:rsidR="00FB1EEA" w:rsidRPr="000A5B76" w:rsidRDefault="00FB1EEA" w:rsidP="00161EC3"/>
        </w:tc>
        <w:tc>
          <w:tcPr>
            <w:tcW w:w="2108" w:type="dxa"/>
          </w:tcPr>
          <w:p w14:paraId="68E28080" w14:textId="77777777" w:rsidR="00FB1EEA" w:rsidRPr="000A5B76" w:rsidRDefault="00FB1EEA" w:rsidP="00161EC3"/>
        </w:tc>
        <w:tc>
          <w:tcPr>
            <w:tcW w:w="2108" w:type="dxa"/>
          </w:tcPr>
          <w:p w14:paraId="546898D3" w14:textId="77777777" w:rsidR="00FB1EEA" w:rsidRPr="000A5B76" w:rsidRDefault="00FB1EEA" w:rsidP="00161EC3"/>
        </w:tc>
        <w:tc>
          <w:tcPr>
            <w:tcW w:w="2108" w:type="dxa"/>
          </w:tcPr>
          <w:p w14:paraId="4BBBA6D3" w14:textId="77777777" w:rsidR="00FB1EEA" w:rsidRPr="000A5B76" w:rsidRDefault="00FB1EEA" w:rsidP="00161EC3"/>
        </w:tc>
      </w:tr>
      <w:tr w:rsidR="00FB1EEA" w:rsidRPr="000A5B76" w14:paraId="1932B6DE" w14:textId="77777777" w:rsidTr="00161EC3">
        <w:trPr>
          <w:jc w:val="center"/>
        </w:trPr>
        <w:tc>
          <w:tcPr>
            <w:tcW w:w="2108" w:type="dxa"/>
          </w:tcPr>
          <w:p w14:paraId="7005C9E8" w14:textId="77777777" w:rsidR="00FB1EEA" w:rsidRPr="000A5B76" w:rsidRDefault="00FB1EEA" w:rsidP="00161EC3"/>
        </w:tc>
        <w:tc>
          <w:tcPr>
            <w:tcW w:w="2108" w:type="dxa"/>
          </w:tcPr>
          <w:p w14:paraId="291FB3E8" w14:textId="77777777" w:rsidR="00FB1EEA" w:rsidRPr="000A5B76" w:rsidRDefault="00FB1EEA" w:rsidP="00161EC3"/>
        </w:tc>
        <w:tc>
          <w:tcPr>
            <w:tcW w:w="2108" w:type="dxa"/>
          </w:tcPr>
          <w:p w14:paraId="4045910A" w14:textId="77777777" w:rsidR="00FB1EEA" w:rsidRPr="000A5B76" w:rsidRDefault="00FB1EEA" w:rsidP="00161EC3"/>
        </w:tc>
        <w:tc>
          <w:tcPr>
            <w:tcW w:w="2108" w:type="dxa"/>
          </w:tcPr>
          <w:p w14:paraId="47DA0A98" w14:textId="77777777" w:rsidR="00FB1EEA" w:rsidRPr="000A5B76" w:rsidRDefault="00FB1EEA" w:rsidP="00161EC3"/>
        </w:tc>
        <w:tc>
          <w:tcPr>
            <w:tcW w:w="2108" w:type="dxa"/>
          </w:tcPr>
          <w:p w14:paraId="12D53A85" w14:textId="77777777" w:rsidR="00FB1EEA" w:rsidRPr="000A5B76" w:rsidRDefault="00FB1EEA" w:rsidP="00161EC3"/>
        </w:tc>
      </w:tr>
    </w:tbl>
    <w:p w14:paraId="499E1F1E" w14:textId="77777777" w:rsidR="00FB1EEA" w:rsidRPr="000A5B76" w:rsidRDefault="00FB1EEA" w:rsidP="00FB1EEA">
      <w:r w:rsidRPr="000A5B76">
        <w:br/>
        <w:t>Ce que j’ai appris aujourd’hui :</w:t>
      </w:r>
    </w:p>
    <w:p w14:paraId="521C8BC7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2C2B2EE1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0FB2428F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44B0331A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36A54D67" w14:textId="77777777" w:rsidR="00FB1EEA" w:rsidRPr="000A5B76" w:rsidRDefault="00FB1EEA" w:rsidP="00FB1EEA">
      <w:r w:rsidRPr="000A5B76">
        <w:t>Difficultés / questions à poser :</w:t>
      </w:r>
    </w:p>
    <w:p w14:paraId="7E9743E7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0C14ECCF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19CD664B" w14:textId="77777777" w:rsidR="00FB1EEA" w:rsidRPr="000A5B76" w:rsidRDefault="00FB1EEA" w:rsidP="00FB1EEA">
      <w:r w:rsidRPr="000A5B76">
        <w:lastRenderedPageBreak/>
        <w:t>________________________________________________________________________</w:t>
      </w:r>
    </w:p>
    <w:p w14:paraId="77D9FB59" w14:textId="77777777" w:rsidR="00FB1EEA" w:rsidRPr="000A5B76" w:rsidRDefault="00FB1EEA" w:rsidP="00FB1EEA">
      <w:r w:rsidRPr="000A5B76">
        <w:t>Signature / visa de l’encadreur : ______________________________</w:t>
      </w:r>
    </w:p>
    <w:p w14:paraId="353DFE54" w14:textId="77777777" w:rsidR="00CD0805" w:rsidRDefault="00CD0805">
      <w:pPr>
        <w:rPr>
          <w:b/>
          <w:sz w:val="28"/>
        </w:rPr>
      </w:pPr>
    </w:p>
    <w:p w14:paraId="4E2A92BB" w14:textId="77777777" w:rsidR="00CD0805" w:rsidRDefault="00CD0805">
      <w:pPr>
        <w:rPr>
          <w:b/>
          <w:sz w:val="28"/>
        </w:rPr>
      </w:pPr>
    </w:p>
    <w:p w14:paraId="4542E361" w14:textId="77777777" w:rsidR="00CD0805" w:rsidRDefault="00CD0805">
      <w:pPr>
        <w:rPr>
          <w:b/>
          <w:sz w:val="28"/>
        </w:rPr>
      </w:pPr>
    </w:p>
    <w:p w14:paraId="22B39B41" w14:textId="77777777" w:rsidR="00CD0805" w:rsidRDefault="00CD0805">
      <w:pPr>
        <w:rPr>
          <w:b/>
          <w:sz w:val="28"/>
        </w:rPr>
      </w:pPr>
    </w:p>
    <w:p w14:paraId="457F37DF" w14:textId="77777777" w:rsidR="00CD0805" w:rsidRDefault="00CD0805">
      <w:pPr>
        <w:rPr>
          <w:b/>
          <w:sz w:val="28"/>
        </w:rPr>
      </w:pPr>
    </w:p>
    <w:p w14:paraId="5DF0671C" w14:textId="77777777" w:rsidR="00CD0805" w:rsidRDefault="00CD0805">
      <w:pPr>
        <w:rPr>
          <w:b/>
          <w:sz w:val="28"/>
        </w:rPr>
      </w:pPr>
    </w:p>
    <w:p w14:paraId="0ED83F82" w14:textId="77777777" w:rsidR="00CD0805" w:rsidRDefault="00CD0805">
      <w:pPr>
        <w:rPr>
          <w:b/>
          <w:sz w:val="28"/>
        </w:rPr>
      </w:pPr>
    </w:p>
    <w:p w14:paraId="3C5F89D3" w14:textId="77777777" w:rsidR="00C92781" w:rsidRDefault="00C92781">
      <w:pPr>
        <w:rPr>
          <w:b/>
          <w:sz w:val="28"/>
        </w:rPr>
      </w:pPr>
    </w:p>
    <w:p w14:paraId="37258024" w14:textId="77777777" w:rsidR="00C92781" w:rsidRDefault="00C92781">
      <w:pPr>
        <w:rPr>
          <w:b/>
          <w:sz w:val="28"/>
        </w:rPr>
      </w:pPr>
    </w:p>
    <w:p w14:paraId="5C004063" w14:textId="77777777" w:rsidR="00D70074" w:rsidRDefault="00D70074" w:rsidP="00FB1EEA">
      <w:pPr>
        <w:rPr>
          <w:b/>
          <w:sz w:val="28"/>
        </w:rPr>
      </w:pPr>
    </w:p>
    <w:p w14:paraId="4272E831" w14:textId="77777777" w:rsidR="00CF7016" w:rsidRDefault="00CF7016" w:rsidP="00FB1EEA">
      <w:pPr>
        <w:rPr>
          <w:b/>
          <w:sz w:val="28"/>
        </w:rPr>
      </w:pPr>
    </w:p>
    <w:p w14:paraId="08EE2984" w14:textId="77777777" w:rsidR="00CF7016" w:rsidRDefault="00CF7016" w:rsidP="00FB1EEA">
      <w:pPr>
        <w:rPr>
          <w:b/>
          <w:sz w:val="28"/>
        </w:rPr>
      </w:pPr>
    </w:p>
    <w:p w14:paraId="3480C3E1" w14:textId="77777777" w:rsidR="00CF7016" w:rsidRDefault="00CF7016" w:rsidP="00FB1EEA">
      <w:pPr>
        <w:rPr>
          <w:b/>
          <w:sz w:val="28"/>
        </w:rPr>
      </w:pPr>
    </w:p>
    <w:p w14:paraId="27902AE0" w14:textId="77777777" w:rsidR="00CF7016" w:rsidRDefault="00CF7016" w:rsidP="00FB1EEA">
      <w:pPr>
        <w:rPr>
          <w:b/>
          <w:sz w:val="28"/>
        </w:rPr>
      </w:pPr>
    </w:p>
    <w:p w14:paraId="30B40EEF" w14:textId="77777777" w:rsidR="00CF7016" w:rsidRDefault="00CF7016" w:rsidP="00FB1EEA">
      <w:pPr>
        <w:rPr>
          <w:b/>
          <w:sz w:val="28"/>
        </w:rPr>
      </w:pPr>
    </w:p>
    <w:p w14:paraId="5188D9A8" w14:textId="77777777" w:rsidR="00CF7016" w:rsidRDefault="00CF7016" w:rsidP="00FB1EEA">
      <w:pPr>
        <w:rPr>
          <w:b/>
          <w:sz w:val="28"/>
        </w:rPr>
      </w:pPr>
    </w:p>
    <w:p w14:paraId="586632D3" w14:textId="06ADB86D" w:rsidR="00FB1EEA" w:rsidRPr="000A5B76" w:rsidRDefault="00FB1EEA" w:rsidP="00FB1EEA">
      <w:r w:rsidRPr="000A5B76">
        <w:rPr>
          <w:b/>
          <w:sz w:val="28"/>
        </w:rPr>
        <w:lastRenderedPageBreak/>
        <w:t xml:space="preserve">2. FICHE JOURNALIÈRE — JOUR </w:t>
      </w:r>
      <w:r>
        <w:rPr>
          <w:b/>
          <w:sz w:val="28"/>
        </w:rPr>
        <w:t>28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FB1EEA" w:rsidRPr="000A5B76" w14:paraId="3DD9FCE0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63B8A569" w14:textId="77777777" w:rsidR="00FB1EEA" w:rsidRPr="000A5B76" w:rsidRDefault="00FB1EEA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DAEA867" w14:textId="77777777" w:rsidR="00FB1EEA" w:rsidRPr="000A5B76" w:rsidRDefault="00FB1EEA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07F4989" w14:textId="77777777" w:rsidR="00FB1EEA" w:rsidRPr="000A5B76" w:rsidRDefault="00FB1EEA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E350FF8" w14:textId="77777777" w:rsidR="00FB1EEA" w:rsidRPr="000A5B76" w:rsidRDefault="00FB1EEA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4B27908" w14:textId="77777777" w:rsidR="00FB1EEA" w:rsidRPr="000A5B76" w:rsidRDefault="00FB1EEA" w:rsidP="00161EC3">
            <w:r w:rsidRPr="000A5B76">
              <w:rPr>
                <w:b/>
              </w:rPr>
              <w:t>Encadreur</w:t>
            </w:r>
          </w:p>
        </w:tc>
      </w:tr>
      <w:tr w:rsidR="00FB1EEA" w:rsidRPr="000A5B76" w14:paraId="3384599A" w14:textId="77777777" w:rsidTr="00161EC3">
        <w:trPr>
          <w:jc w:val="center"/>
        </w:trPr>
        <w:tc>
          <w:tcPr>
            <w:tcW w:w="2108" w:type="dxa"/>
          </w:tcPr>
          <w:p w14:paraId="6EC6F676" w14:textId="77777777" w:rsidR="00FB1EEA" w:rsidRPr="000A5B76" w:rsidRDefault="00FB1EEA" w:rsidP="00161EC3"/>
        </w:tc>
        <w:tc>
          <w:tcPr>
            <w:tcW w:w="2108" w:type="dxa"/>
          </w:tcPr>
          <w:p w14:paraId="61EA0BF2" w14:textId="77777777" w:rsidR="00FB1EEA" w:rsidRPr="000A5B76" w:rsidRDefault="00FB1EEA" w:rsidP="00161EC3"/>
        </w:tc>
        <w:tc>
          <w:tcPr>
            <w:tcW w:w="2108" w:type="dxa"/>
          </w:tcPr>
          <w:p w14:paraId="6AD91F26" w14:textId="77777777" w:rsidR="00FB1EEA" w:rsidRPr="000A5B76" w:rsidRDefault="00FB1EEA" w:rsidP="00161EC3"/>
        </w:tc>
        <w:tc>
          <w:tcPr>
            <w:tcW w:w="2108" w:type="dxa"/>
          </w:tcPr>
          <w:p w14:paraId="268CE5A6" w14:textId="77777777" w:rsidR="00FB1EEA" w:rsidRPr="000A5B76" w:rsidRDefault="00FB1EEA" w:rsidP="00161EC3"/>
        </w:tc>
        <w:tc>
          <w:tcPr>
            <w:tcW w:w="2108" w:type="dxa"/>
          </w:tcPr>
          <w:p w14:paraId="0652DA10" w14:textId="77777777" w:rsidR="00FB1EEA" w:rsidRPr="000A5B76" w:rsidRDefault="00FB1EEA" w:rsidP="00161EC3"/>
        </w:tc>
      </w:tr>
    </w:tbl>
    <w:p w14:paraId="776E2EDA" w14:textId="77777777" w:rsidR="00FB1EEA" w:rsidRPr="000A5B76" w:rsidRDefault="00FB1EEA" w:rsidP="00FB1EEA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FB1EEA" w:rsidRPr="000A5B76" w14:paraId="66B834C9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59084D17" w14:textId="77777777" w:rsidR="00FB1EEA" w:rsidRPr="000A5B76" w:rsidRDefault="00FB1EEA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E825AC6" w14:textId="77777777" w:rsidR="00FB1EEA" w:rsidRPr="000A5B76" w:rsidRDefault="00FB1EEA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9E13B97" w14:textId="77777777" w:rsidR="00FB1EEA" w:rsidRPr="000A5B76" w:rsidRDefault="00FB1EEA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0B7EBA5" w14:textId="77777777" w:rsidR="00FB1EEA" w:rsidRPr="000A5B76" w:rsidRDefault="00FB1EEA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AD7DFFA" w14:textId="77777777" w:rsidR="00FB1EEA" w:rsidRPr="000A5B76" w:rsidRDefault="00FB1EEA" w:rsidP="00161EC3">
            <w:r w:rsidRPr="000A5B76">
              <w:rPr>
                <w:b/>
              </w:rPr>
              <w:t>À revoir</w:t>
            </w:r>
          </w:p>
        </w:tc>
      </w:tr>
      <w:tr w:rsidR="00FB1EEA" w:rsidRPr="000A5B76" w14:paraId="0534441E" w14:textId="77777777" w:rsidTr="00161EC3">
        <w:trPr>
          <w:jc w:val="center"/>
        </w:trPr>
        <w:tc>
          <w:tcPr>
            <w:tcW w:w="2108" w:type="dxa"/>
          </w:tcPr>
          <w:p w14:paraId="43CE0159" w14:textId="77777777" w:rsidR="00FB1EEA" w:rsidRPr="000A5B76" w:rsidRDefault="00FB1EEA" w:rsidP="00161EC3"/>
        </w:tc>
        <w:tc>
          <w:tcPr>
            <w:tcW w:w="2108" w:type="dxa"/>
          </w:tcPr>
          <w:p w14:paraId="5116969C" w14:textId="77777777" w:rsidR="00FB1EEA" w:rsidRPr="000A5B76" w:rsidRDefault="00FB1EEA" w:rsidP="00161EC3"/>
        </w:tc>
        <w:tc>
          <w:tcPr>
            <w:tcW w:w="2108" w:type="dxa"/>
          </w:tcPr>
          <w:p w14:paraId="6A9CD25C" w14:textId="77777777" w:rsidR="00FB1EEA" w:rsidRPr="000A5B76" w:rsidRDefault="00FB1EEA" w:rsidP="00161EC3"/>
        </w:tc>
        <w:tc>
          <w:tcPr>
            <w:tcW w:w="2108" w:type="dxa"/>
          </w:tcPr>
          <w:p w14:paraId="1D3EFEA6" w14:textId="77777777" w:rsidR="00FB1EEA" w:rsidRPr="000A5B76" w:rsidRDefault="00FB1EEA" w:rsidP="00161EC3"/>
        </w:tc>
        <w:tc>
          <w:tcPr>
            <w:tcW w:w="2108" w:type="dxa"/>
          </w:tcPr>
          <w:p w14:paraId="14BBD703" w14:textId="77777777" w:rsidR="00FB1EEA" w:rsidRPr="000A5B76" w:rsidRDefault="00FB1EEA" w:rsidP="00161EC3"/>
        </w:tc>
      </w:tr>
      <w:tr w:rsidR="00FB1EEA" w:rsidRPr="000A5B76" w14:paraId="1849C4A9" w14:textId="77777777" w:rsidTr="00161EC3">
        <w:trPr>
          <w:jc w:val="center"/>
        </w:trPr>
        <w:tc>
          <w:tcPr>
            <w:tcW w:w="2108" w:type="dxa"/>
          </w:tcPr>
          <w:p w14:paraId="4125E4F3" w14:textId="77777777" w:rsidR="00FB1EEA" w:rsidRPr="000A5B76" w:rsidRDefault="00FB1EEA" w:rsidP="00161EC3"/>
        </w:tc>
        <w:tc>
          <w:tcPr>
            <w:tcW w:w="2108" w:type="dxa"/>
          </w:tcPr>
          <w:p w14:paraId="65CD2501" w14:textId="77777777" w:rsidR="00FB1EEA" w:rsidRPr="000A5B76" w:rsidRDefault="00FB1EEA" w:rsidP="00161EC3"/>
        </w:tc>
        <w:tc>
          <w:tcPr>
            <w:tcW w:w="2108" w:type="dxa"/>
          </w:tcPr>
          <w:p w14:paraId="0A117254" w14:textId="77777777" w:rsidR="00FB1EEA" w:rsidRPr="000A5B76" w:rsidRDefault="00FB1EEA" w:rsidP="00161EC3"/>
        </w:tc>
        <w:tc>
          <w:tcPr>
            <w:tcW w:w="2108" w:type="dxa"/>
          </w:tcPr>
          <w:p w14:paraId="5A5BC79F" w14:textId="77777777" w:rsidR="00FB1EEA" w:rsidRPr="000A5B76" w:rsidRDefault="00FB1EEA" w:rsidP="00161EC3"/>
        </w:tc>
        <w:tc>
          <w:tcPr>
            <w:tcW w:w="2108" w:type="dxa"/>
          </w:tcPr>
          <w:p w14:paraId="0E060711" w14:textId="77777777" w:rsidR="00FB1EEA" w:rsidRPr="000A5B76" w:rsidRDefault="00FB1EEA" w:rsidP="00161EC3"/>
        </w:tc>
      </w:tr>
      <w:tr w:rsidR="00FB1EEA" w:rsidRPr="000A5B76" w14:paraId="65F67632" w14:textId="77777777" w:rsidTr="00161EC3">
        <w:trPr>
          <w:jc w:val="center"/>
        </w:trPr>
        <w:tc>
          <w:tcPr>
            <w:tcW w:w="2108" w:type="dxa"/>
          </w:tcPr>
          <w:p w14:paraId="610A44AF" w14:textId="77777777" w:rsidR="00FB1EEA" w:rsidRPr="000A5B76" w:rsidRDefault="00FB1EEA" w:rsidP="00161EC3"/>
        </w:tc>
        <w:tc>
          <w:tcPr>
            <w:tcW w:w="2108" w:type="dxa"/>
          </w:tcPr>
          <w:p w14:paraId="61F9DDBD" w14:textId="77777777" w:rsidR="00FB1EEA" w:rsidRPr="000A5B76" w:rsidRDefault="00FB1EEA" w:rsidP="00161EC3"/>
        </w:tc>
        <w:tc>
          <w:tcPr>
            <w:tcW w:w="2108" w:type="dxa"/>
          </w:tcPr>
          <w:p w14:paraId="49BC98A4" w14:textId="77777777" w:rsidR="00FB1EEA" w:rsidRPr="000A5B76" w:rsidRDefault="00FB1EEA" w:rsidP="00161EC3"/>
        </w:tc>
        <w:tc>
          <w:tcPr>
            <w:tcW w:w="2108" w:type="dxa"/>
          </w:tcPr>
          <w:p w14:paraId="6338A484" w14:textId="77777777" w:rsidR="00FB1EEA" w:rsidRPr="000A5B76" w:rsidRDefault="00FB1EEA" w:rsidP="00161EC3"/>
        </w:tc>
        <w:tc>
          <w:tcPr>
            <w:tcW w:w="2108" w:type="dxa"/>
          </w:tcPr>
          <w:p w14:paraId="0F0C4D19" w14:textId="77777777" w:rsidR="00FB1EEA" w:rsidRPr="000A5B76" w:rsidRDefault="00FB1EEA" w:rsidP="00161EC3"/>
        </w:tc>
      </w:tr>
      <w:tr w:rsidR="00FB1EEA" w:rsidRPr="000A5B76" w14:paraId="73154F24" w14:textId="77777777" w:rsidTr="00161EC3">
        <w:trPr>
          <w:jc w:val="center"/>
        </w:trPr>
        <w:tc>
          <w:tcPr>
            <w:tcW w:w="2108" w:type="dxa"/>
          </w:tcPr>
          <w:p w14:paraId="3B214C42" w14:textId="77777777" w:rsidR="00FB1EEA" w:rsidRPr="000A5B76" w:rsidRDefault="00FB1EEA" w:rsidP="00161EC3"/>
        </w:tc>
        <w:tc>
          <w:tcPr>
            <w:tcW w:w="2108" w:type="dxa"/>
          </w:tcPr>
          <w:p w14:paraId="07774FA1" w14:textId="77777777" w:rsidR="00FB1EEA" w:rsidRPr="000A5B76" w:rsidRDefault="00FB1EEA" w:rsidP="00161EC3"/>
        </w:tc>
        <w:tc>
          <w:tcPr>
            <w:tcW w:w="2108" w:type="dxa"/>
          </w:tcPr>
          <w:p w14:paraId="07368A31" w14:textId="77777777" w:rsidR="00FB1EEA" w:rsidRPr="000A5B76" w:rsidRDefault="00FB1EEA" w:rsidP="00161EC3"/>
        </w:tc>
        <w:tc>
          <w:tcPr>
            <w:tcW w:w="2108" w:type="dxa"/>
          </w:tcPr>
          <w:p w14:paraId="52601DD7" w14:textId="77777777" w:rsidR="00FB1EEA" w:rsidRPr="000A5B76" w:rsidRDefault="00FB1EEA" w:rsidP="00161EC3"/>
        </w:tc>
        <w:tc>
          <w:tcPr>
            <w:tcW w:w="2108" w:type="dxa"/>
          </w:tcPr>
          <w:p w14:paraId="4C65A91B" w14:textId="77777777" w:rsidR="00FB1EEA" w:rsidRPr="000A5B76" w:rsidRDefault="00FB1EEA" w:rsidP="00161EC3"/>
        </w:tc>
      </w:tr>
      <w:tr w:rsidR="00FB1EEA" w:rsidRPr="000A5B76" w14:paraId="2BEAEA77" w14:textId="77777777" w:rsidTr="00161EC3">
        <w:trPr>
          <w:jc w:val="center"/>
        </w:trPr>
        <w:tc>
          <w:tcPr>
            <w:tcW w:w="2108" w:type="dxa"/>
          </w:tcPr>
          <w:p w14:paraId="138A0C38" w14:textId="77777777" w:rsidR="00FB1EEA" w:rsidRPr="000A5B76" w:rsidRDefault="00FB1EEA" w:rsidP="00161EC3"/>
        </w:tc>
        <w:tc>
          <w:tcPr>
            <w:tcW w:w="2108" w:type="dxa"/>
          </w:tcPr>
          <w:p w14:paraId="320388CD" w14:textId="77777777" w:rsidR="00FB1EEA" w:rsidRPr="000A5B76" w:rsidRDefault="00FB1EEA" w:rsidP="00161EC3"/>
        </w:tc>
        <w:tc>
          <w:tcPr>
            <w:tcW w:w="2108" w:type="dxa"/>
          </w:tcPr>
          <w:p w14:paraId="4CA3ECC0" w14:textId="77777777" w:rsidR="00FB1EEA" w:rsidRPr="000A5B76" w:rsidRDefault="00FB1EEA" w:rsidP="00161EC3"/>
        </w:tc>
        <w:tc>
          <w:tcPr>
            <w:tcW w:w="2108" w:type="dxa"/>
          </w:tcPr>
          <w:p w14:paraId="47BE5824" w14:textId="77777777" w:rsidR="00FB1EEA" w:rsidRPr="000A5B76" w:rsidRDefault="00FB1EEA" w:rsidP="00161EC3"/>
        </w:tc>
        <w:tc>
          <w:tcPr>
            <w:tcW w:w="2108" w:type="dxa"/>
          </w:tcPr>
          <w:p w14:paraId="6C484779" w14:textId="77777777" w:rsidR="00FB1EEA" w:rsidRPr="000A5B76" w:rsidRDefault="00FB1EEA" w:rsidP="00161EC3"/>
        </w:tc>
      </w:tr>
      <w:tr w:rsidR="00FB1EEA" w:rsidRPr="000A5B76" w14:paraId="271CC8E5" w14:textId="77777777" w:rsidTr="00161EC3">
        <w:trPr>
          <w:jc w:val="center"/>
        </w:trPr>
        <w:tc>
          <w:tcPr>
            <w:tcW w:w="2108" w:type="dxa"/>
          </w:tcPr>
          <w:p w14:paraId="6E31944B" w14:textId="77777777" w:rsidR="00FB1EEA" w:rsidRPr="000A5B76" w:rsidRDefault="00FB1EEA" w:rsidP="00161EC3"/>
        </w:tc>
        <w:tc>
          <w:tcPr>
            <w:tcW w:w="2108" w:type="dxa"/>
          </w:tcPr>
          <w:p w14:paraId="7F1302DE" w14:textId="77777777" w:rsidR="00FB1EEA" w:rsidRPr="000A5B76" w:rsidRDefault="00FB1EEA" w:rsidP="00161EC3"/>
        </w:tc>
        <w:tc>
          <w:tcPr>
            <w:tcW w:w="2108" w:type="dxa"/>
          </w:tcPr>
          <w:p w14:paraId="17620825" w14:textId="77777777" w:rsidR="00FB1EEA" w:rsidRPr="000A5B76" w:rsidRDefault="00FB1EEA" w:rsidP="00161EC3"/>
        </w:tc>
        <w:tc>
          <w:tcPr>
            <w:tcW w:w="2108" w:type="dxa"/>
          </w:tcPr>
          <w:p w14:paraId="26DF32E8" w14:textId="77777777" w:rsidR="00FB1EEA" w:rsidRPr="000A5B76" w:rsidRDefault="00FB1EEA" w:rsidP="00161EC3"/>
        </w:tc>
        <w:tc>
          <w:tcPr>
            <w:tcW w:w="2108" w:type="dxa"/>
          </w:tcPr>
          <w:p w14:paraId="5BB0C259" w14:textId="77777777" w:rsidR="00FB1EEA" w:rsidRPr="000A5B76" w:rsidRDefault="00FB1EEA" w:rsidP="00161EC3"/>
        </w:tc>
      </w:tr>
      <w:tr w:rsidR="00FB1EEA" w:rsidRPr="000A5B76" w14:paraId="5FFB25DE" w14:textId="77777777" w:rsidTr="00161EC3">
        <w:trPr>
          <w:jc w:val="center"/>
        </w:trPr>
        <w:tc>
          <w:tcPr>
            <w:tcW w:w="2108" w:type="dxa"/>
          </w:tcPr>
          <w:p w14:paraId="1653B6A3" w14:textId="77777777" w:rsidR="00FB1EEA" w:rsidRPr="000A5B76" w:rsidRDefault="00FB1EEA" w:rsidP="00161EC3"/>
        </w:tc>
        <w:tc>
          <w:tcPr>
            <w:tcW w:w="2108" w:type="dxa"/>
          </w:tcPr>
          <w:p w14:paraId="24923C98" w14:textId="77777777" w:rsidR="00FB1EEA" w:rsidRPr="000A5B76" w:rsidRDefault="00FB1EEA" w:rsidP="00161EC3"/>
        </w:tc>
        <w:tc>
          <w:tcPr>
            <w:tcW w:w="2108" w:type="dxa"/>
          </w:tcPr>
          <w:p w14:paraId="192B6199" w14:textId="77777777" w:rsidR="00FB1EEA" w:rsidRPr="000A5B76" w:rsidRDefault="00FB1EEA" w:rsidP="00161EC3"/>
        </w:tc>
        <w:tc>
          <w:tcPr>
            <w:tcW w:w="2108" w:type="dxa"/>
          </w:tcPr>
          <w:p w14:paraId="304BDDE9" w14:textId="77777777" w:rsidR="00FB1EEA" w:rsidRPr="000A5B76" w:rsidRDefault="00FB1EEA" w:rsidP="00161EC3"/>
        </w:tc>
        <w:tc>
          <w:tcPr>
            <w:tcW w:w="2108" w:type="dxa"/>
          </w:tcPr>
          <w:p w14:paraId="698CF761" w14:textId="77777777" w:rsidR="00FB1EEA" w:rsidRPr="000A5B76" w:rsidRDefault="00FB1EEA" w:rsidP="00161EC3"/>
        </w:tc>
      </w:tr>
      <w:tr w:rsidR="00FB1EEA" w:rsidRPr="000A5B76" w14:paraId="249E2823" w14:textId="77777777" w:rsidTr="00161EC3">
        <w:trPr>
          <w:jc w:val="center"/>
        </w:trPr>
        <w:tc>
          <w:tcPr>
            <w:tcW w:w="2108" w:type="dxa"/>
          </w:tcPr>
          <w:p w14:paraId="40E8A97D" w14:textId="77777777" w:rsidR="00FB1EEA" w:rsidRPr="000A5B76" w:rsidRDefault="00FB1EEA" w:rsidP="00161EC3"/>
        </w:tc>
        <w:tc>
          <w:tcPr>
            <w:tcW w:w="2108" w:type="dxa"/>
          </w:tcPr>
          <w:p w14:paraId="38BAF335" w14:textId="77777777" w:rsidR="00FB1EEA" w:rsidRPr="000A5B76" w:rsidRDefault="00FB1EEA" w:rsidP="00161EC3"/>
        </w:tc>
        <w:tc>
          <w:tcPr>
            <w:tcW w:w="2108" w:type="dxa"/>
          </w:tcPr>
          <w:p w14:paraId="77110713" w14:textId="77777777" w:rsidR="00FB1EEA" w:rsidRPr="000A5B76" w:rsidRDefault="00FB1EEA" w:rsidP="00161EC3"/>
        </w:tc>
        <w:tc>
          <w:tcPr>
            <w:tcW w:w="2108" w:type="dxa"/>
          </w:tcPr>
          <w:p w14:paraId="63496766" w14:textId="77777777" w:rsidR="00FB1EEA" w:rsidRPr="000A5B76" w:rsidRDefault="00FB1EEA" w:rsidP="00161EC3"/>
        </w:tc>
        <w:tc>
          <w:tcPr>
            <w:tcW w:w="2108" w:type="dxa"/>
          </w:tcPr>
          <w:p w14:paraId="1210ABDE" w14:textId="77777777" w:rsidR="00FB1EEA" w:rsidRPr="000A5B76" w:rsidRDefault="00FB1EEA" w:rsidP="00161EC3"/>
        </w:tc>
      </w:tr>
    </w:tbl>
    <w:p w14:paraId="62767AF0" w14:textId="77777777" w:rsidR="00FB1EEA" w:rsidRPr="000A5B76" w:rsidRDefault="00FB1EEA" w:rsidP="00FB1EEA">
      <w:r w:rsidRPr="000A5B76">
        <w:br/>
        <w:t>Ce que j’ai appris aujourd’hui :</w:t>
      </w:r>
    </w:p>
    <w:p w14:paraId="76573A2D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0B5FCD42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755208A8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67231143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475A1779" w14:textId="77777777" w:rsidR="00FB1EEA" w:rsidRPr="000A5B76" w:rsidRDefault="00FB1EEA" w:rsidP="00FB1EEA">
      <w:r w:rsidRPr="000A5B76">
        <w:t>Difficultés / questions à poser :</w:t>
      </w:r>
    </w:p>
    <w:p w14:paraId="66435884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40A7BECF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7E4FD287" w14:textId="77777777" w:rsidR="00FB1EEA" w:rsidRPr="000A5B76" w:rsidRDefault="00FB1EEA" w:rsidP="00FB1EEA">
      <w:r w:rsidRPr="000A5B76">
        <w:lastRenderedPageBreak/>
        <w:t>________________________________________________________________________</w:t>
      </w:r>
    </w:p>
    <w:p w14:paraId="574C823F" w14:textId="77777777" w:rsidR="00FB1EEA" w:rsidRPr="000A5B76" w:rsidRDefault="00FB1EEA" w:rsidP="00FB1EEA">
      <w:r w:rsidRPr="000A5B76">
        <w:t>Signature / visa de l’encadreur : ______________________________</w:t>
      </w:r>
    </w:p>
    <w:p w14:paraId="1FDF671A" w14:textId="77777777" w:rsidR="00C92781" w:rsidRDefault="00C92781">
      <w:pPr>
        <w:rPr>
          <w:b/>
          <w:sz w:val="28"/>
        </w:rPr>
      </w:pPr>
    </w:p>
    <w:p w14:paraId="350C487A" w14:textId="77777777" w:rsidR="00C92781" w:rsidRDefault="00C92781">
      <w:pPr>
        <w:rPr>
          <w:b/>
          <w:sz w:val="28"/>
        </w:rPr>
      </w:pPr>
    </w:p>
    <w:p w14:paraId="028BABF8" w14:textId="77777777" w:rsidR="00C92781" w:rsidRDefault="00C92781">
      <w:pPr>
        <w:rPr>
          <w:b/>
          <w:sz w:val="28"/>
        </w:rPr>
      </w:pPr>
    </w:p>
    <w:p w14:paraId="158BB7FE" w14:textId="77777777" w:rsidR="00C92781" w:rsidRDefault="00C92781">
      <w:pPr>
        <w:rPr>
          <w:b/>
          <w:sz w:val="28"/>
        </w:rPr>
      </w:pPr>
    </w:p>
    <w:p w14:paraId="1F5CFD4B" w14:textId="77777777" w:rsidR="00C92781" w:rsidRDefault="00C92781">
      <w:pPr>
        <w:rPr>
          <w:b/>
          <w:sz w:val="28"/>
        </w:rPr>
      </w:pPr>
    </w:p>
    <w:p w14:paraId="0F56C58E" w14:textId="77777777" w:rsidR="00C92781" w:rsidRDefault="00C92781">
      <w:pPr>
        <w:rPr>
          <w:b/>
          <w:sz w:val="28"/>
        </w:rPr>
      </w:pPr>
    </w:p>
    <w:p w14:paraId="1A574FAA" w14:textId="77777777" w:rsidR="00C92781" w:rsidRDefault="00C92781">
      <w:pPr>
        <w:rPr>
          <w:b/>
          <w:sz w:val="28"/>
        </w:rPr>
      </w:pPr>
    </w:p>
    <w:p w14:paraId="224F2406" w14:textId="77777777" w:rsidR="00FB1EEA" w:rsidRDefault="00FB1EEA">
      <w:pPr>
        <w:rPr>
          <w:b/>
          <w:sz w:val="28"/>
        </w:rPr>
      </w:pPr>
    </w:p>
    <w:p w14:paraId="328B9DC4" w14:textId="77777777" w:rsidR="00FB1EEA" w:rsidRDefault="00FB1EEA">
      <w:pPr>
        <w:rPr>
          <w:b/>
          <w:sz w:val="28"/>
        </w:rPr>
      </w:pPr>
    </w:p>
    <w:p w14:paraId="3D1C32B2" w14:textId="77777777" w:rsidR="00D70074" w:rsidRDefault="00D70074" w:rsidP="00FB1EEA">
      <w:pPr>
        <w:rPr>
          <w:b/>
          <w:sz w:val="28"/>
        </w:rPr>
      </w:pPr>
    </w:p>
    <w:p w14:paraId="0F6A589F" w14:textId="77777777" w:rsidR="00CF7016" w:rsidRDefault="00CF7016" w:rsidP="00FB1EEA">
      <w:pPr>
        <w:rPr>
          <w:b/>
          <w:sz w:val="28"/>
        </w:rPr>
      </w:pPr>
    </w:p>
    <w:p w14:paraId="274F6AAE" w14:textId="77777777" w:rsidR="00CF7016" w:rsidRDefault="00CF7016" w:rsidP="00FB1EEA">
      <w:pPr>
        <w:rPr>
          <w:b/>
          <w:sz w:val="28"/>
        </w:rPr>
      </w:pPr>
    </w:p>
    <w:p w14:paraId="52E923CF" w14:textId="77777777" w:rsidR="00CF7016" w:rsidRDefault="00CF7016" w:rsidP="00FB1EEA">
      <w:pPr>
        <w:rPr>
          <w:b/>
          <w:sz w:val="28"/>
        </w:rPr>
      </w:pPr>
    </w:p>
    <w:p w14:paraId="53B67B63" w14:textId="77777777" w:rsidR="00CF7016" w:rsidRDefault="00CF7016" w:rsidP="00FB1EEA">
      <w:pPr>
        <w:rPr>
          <w:b/>
          <w:sz w:val="28"/>
        </w:rPr>
      </w:pPr>
    </w:p>
    <w:p w14:paraId="4AD93905" w14:textId="77777777" w:rsidR="00CF7016" w:rsidRDefault="00CF7016" w:rsidP="00FB1EEA">
      <w:pPr>
        <w:rPr>
          <w:b/>
          <w:sz w:val="28"/>
        </w:rPr>
      </w:pPr>
    </w:p>
    <w:p w14:paraId="214973DB" w14:textId="77777777" w:rsidR="00CF7016" w:rsidRDefault="00CF7016" w:rsidP="00FB1EEA">
      <w:pPr>
        <w:rPr>
          <w:b/>
          <w:sz w:val="28"/>
        </w:rPr>
      </w:pPr>
    </w:p>
    <w:p w14:paraId="22C8D0C3" w14:textId="0A6D61B1" w:rsidR="00FB1EEA" w:rsidRPr="000A5B76" w:rsidRDefault="00FB1EEA" w:rsidP="00FB1EEA">
      <w:r w:rsidRPr="000A5B76">
        <w:rPr>
          <w:b/>
          <w:sz w:val="28"/>
        </w:rPr>
        <w:lastRenderedPageBreak/>
        <w:t xml:space="preserve">2. FICHE JOURNALIÈRE — JOUR </w:t>
      </w:r>
      <w:r>
        <w:rPr>
          <w:b/>
          <w:sz w:val="28"/>
        </w:rPr>
        <w:t>29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FB1EEA" w:rsidRPr="000A5B76" w14:paraId="668157C2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0CFD9B90" w14:textId="77777777" w:rsidR="00FB1EEA" w:rsidRPr="000A5B76" w:rsidRDefault="00FB1EEA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845AB2A" w14:textId="77777777" w:rsidR="00FB1EEA" w:rsidRPr="000A5B76" w:rsidRDefault="00FB1EEA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3C471E1" w14:textId="77777777" w:rsidR="00FB1EEA" w:rsidRPr="000A5B76" w:rsidRDefault="00FB1EEA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25195E3" w14:textId="77777777" w:rsidR="00FB1EEA" w:rsidRPr="000A5B76" w:rsidRDefault="00FB1EEA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EEFF470" w14:textId="77777777" w:rsidR="00FB1EEA" w:rsidRPr="000A5B76" w:rsidRDefault="00FB1EEA" w:rsidP="00161EC3">
            <w:r w:rsidRPr="000A5B76">
              <w:rPr>
                <w:b/>
              </w:rPr>
              <w:t>Encadreur</w:t>
            </w:r>
          </w:p>
        </w:tc>
      </w:tr>
      <w:tr w:rsidR="00FB1EEA" w:rsidRPr="000A5B76" w14:paraId="04883EF5" w14:textId="77777777" w:rsidTr="00161EC3">
        <w:trPr>
          <w:jc w:val="center"/>
        </w:trPr>
        <w:tc>
          <w:tcPr>
            <w:tcW w:w="2108" w:type="dxa"/>
          </w:tcPr>
          <w:p w14:paraId="0B109CF9" w14:textId="77777777" w:rsidR="00FB1EEA" w:rsidRPr="000A5B76" w:rsidRDefault="00FB1EEA" w:rsidP="00161EC3"/>
        </w:tc>
        <w:tc>
          <w:tcPr>
            <w:tcW w:w="2108" w:type="dxa"/>
          </w:tcPr>
          <w:p w14:paraId="1762BABA" w14:textId="77777777" w:rsidR="00FB1EEA" w:rsidRPr="000A5B76" w:rsidRDefault="00FB1EEA" w:rsidP="00161EC3"/>
        </w:tc>
        <w:tc>
          <w:tcPr>
            <w:tcW w:w="2108" w:type="dxa"/>
          </w:tcPr>
          <w:p w14:paraId="41A222E0" w14:textId="77777777" w:rsidR="00FB1EEA" w:rsidRPr="000A5B76" w:rsidRDefault="00FB1EEA" w:rsidP="00161EC3"/>
        </w:tc>
        <w:tc>
          <w:tcPr>
            <w:tcW w:w="2108" w:type="dxa"/>
          </w:tcPr>
          <w:p w14:paraId="0420B2C9" w14:textId="77777777" w:rsidR="00FB1EEA" w:rsidRPr="000A5B76" w:rsidRDefault="00FB1EEA" w:rsidP="00161EC3"/>
        </w:tc>
        <w:tc>
          <w:tcPr>
            <w:tcW w:w="2108" w:type="dxa"/>
          </w:tcPr>
          <w:p w14:paraId="75778077" w14:textId="77777777" w:rsidR="00FB1EEA" w:rsidRPr="000A5B76" w:rsidRDefault="00FB1EEA" w:rsidP="00161EC3"/>
        </w:tc>
      </w:tr>
    </w:tbl>
    <w:p w14:paraId="79E3FBDE" w14:textId="77777777" w:rsidR="00FB1EEA" w:rsidRPr="000A5B76" w:rsidRDefault="00FB1EEA" w:rsidP="00FB1EEA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FB1EEA" w:rsidRPr="000A5B76" w14:paraId="5BF43A79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3A425CB3" w14:textId="77777777" w:rsidR="00FB1EEA" w:rsidRPr="000A5B76" w:rsidRDefault="00FB1EEA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1EEB0BFB" w14:textId="77777777" w:rsidR="00FB1EEA" w:rsidRPr="000A5B76" w:rsidRDefault="00FB1EEA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A376491" w14:textId="77777777" w:rsidR="00FB1EEA" w:rsidRPr="000A5B76" w:rsidRDefault="00FB1EEA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A19D3FB" w14:textId="77777777" w:rsidR="00FB1EEA" w:rsidRPr="000A5B76" w:rsidRDefault="00FB1EEA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BE6450F" w14:textId="77777777" w:rsidR="00FB1EEA" w:rsidRPr="000A5B76" w:rsidRDefault="00FB1EEA" w:rsidP="00161EC3">
            <w:r w:rsidRPr="000A5B76">
              <w:rPr>
                <w:b/>
              </w:rPr>
              <w:t>À revoir</w:t>
            </w:r>
          </w:p>
        </w:tc>
      </w:tr>
      <w:tr w:rsidR="00FB1EEA" w:rsidRPr="000A5B76" w14:paraId="52FE4AB4" w14:textId="77777777" w:rsidTr="00161EC3">
        <w:trPr>
          <w:jc w:val="center"/>
        </w:trPr>
        <w:tc>
          <w:tcPr>
            <w:tcW w:w="2108" w:type="dxa"/>
          </w:tcPr>
          <w:p w14:paraId="43740E9F" w14:textId="77777777" w:rsidR="00FB1EEA" w:rsidRPr="000A5B76" w:rsidRDefault="00FB1EEA" w:rsidP="00161EC3"/>
        </w:tc>
        <w:tc>
          <w:tcPr>
            <w:tcW w:w="2108" w:type="dxa"/>
          </w:tcPr>
          <w:p w14:paraId="5661BB5C" w14:textId="77777777" w:rsidR="00FB1EEA" w:rsidRPr="000A5B76" w:rsidRDefault="00FB1EEA" w:rsidP="00161EC3"/>
        </w:tc>
        <w:tc>
          <w:tcPr>
            <w:tcW w:w="2108" w:type="dxa"/>
          </w:tcPr>
          <w:p w14:paraId="7E5D8AD7" w14:textId="77777777" w:rsidR="00FB1EEA" w:rsidRPr="000A5B76" w:rsidRDefault="00FB1EEA" w:rsidP="00161EC3"/>
        </w:tc>
        <w:tc>
          <w:tcPr>
            <w:tcW w:w="2108" w:type="dxa"/>
          </w:tcPr>
          <w:p w14:paraId="65A452D0" w14:textId="77777777" w:rsidR="00FB1EEA" w:rsidRPr="000A5B76" w:rsidRDefault="00FB1EEA" w:rsidP="00161EC3"/>
        </w:tc>
        <w:tc>
          <w:tcPr>
            <w:tcW w:w="2108" w:type="dxa"/>
          </w:tcPr>
          <w:p w14:paraId="6C09E760" w14:textId="77777777" w:rsidR="00FB1EEA" w:rsidRPr="000A5B76" w:rsidRDefault="00FB1EEA" w:rsidP="00161EC3"/>
        </w:tc>
      </w:tr>
      <w:tr w:rsidR="00FB1EEA" w:rsidRPr="000A5B76" w14:paraId="7069ACF1" w14:textId="77777777" w:rsidTr="00161EC3">
        <w:trPr>
          <w:jc w:val="center"/>
        </w:trPr>
        <w:tc>
          <w:tcPr>
            <w:tcW w:w="2108" w:type="dxa"/>
          </w:tcPr>
          <w:p w14:paraId="0084CCE9" w14:textId="77777777" w:rsidR="00FB1EEA" w:rsidRPr="000A5B76" w:rsidRDefault="00FB1EEA" w:rsidP="00161EC3"/>
        </w:tc>
        <w:tc>
          <w:tcPr>
            <w:tcW w:w="2108" w:type="dxa"/>
          </w:tcPr>
          <w:p w14:paraId="01B5C13E" w14:textId="77777777" w:rsidR="00FB1EEA" w:rsidRPr="000A5B76" w:rsidRDefault="00FB1EEA" w:rsidP="00161EC3"/>
        </w:tc>
        <w:tc>
          <w:tcPr>
            <w:tcW w:w="2108" w:type="dxa"/>
          </w:tcPr>
          <w:p w14:paraId="34C31CA6" w14:textId="77777777" w:rsidR="00FB1EEA" w:rsidRPr="000A5B76" w:rsidRDefault="00FB1EEA" w:rsidP="00161EC3"/>
        </w:tc>
        <w:tc>
          <w:tcPr>
            <w:tcW w:w="2108" w:type="dxa"/>
          </w:tcPr>
          <w:p w14:paraId="3C2EE954" w14:textId="77777777" w:rsidR="00FB1EEA" w:rsidRPr="000A5B76" w:rsidRDefault="00FB1EEA" w:rsidP="00161EC3"/>
        </w:tc>
        <w:tc>
          <w:tcPr>
            <w:tcW w:w="2108" w:type="dxa"/>
          </w:tcPr>
          <w:p w14:paraId="6EB9FE9D" w14:textId="77777777" w:rsidR="00FB1EEA" w:rsidRPr="000A5B76" w:rsidRDefault="00FB1EEA" w:rsidP="00161EC3"/>
        </w:tc>
      </w:tr>
      <w:tr w:rsidR="00FB1EEA" w:rsidRPr="000A5B76" w14:paraId="284BF801" w14:textId="77777777" w:rsidTr="00161EC3">
        <w:trPr>
          <w:jc w:val="center"/>
        </w:trPr>
        <w:tc>
          <w:tcPr>
            <w:tcW w:w="2108" w:type="dxa"/>
          </w:tcPr>
          <w:p w14:paraId="211C8693" w14:textId="77777777" w:rsidR="00FB1EEA" w:rsidRPr="000A5B76" w:rsidRDefault="00FB1EEA" w:rsidP="00161EC3"/>
        </w:tc>
        <w:tc>
          <w:tcPr>
            <w:tcW w:w="2108" w:type="dxa"/>
          </w:tcPr>
          <w:p w14:paraId="5E6373F7" w14:textId="77777777" w:rsidR="00FB1EEA" w:rsidRPr="000A5B76" w:rsidRDefault="00FB1EEA" w:rsidP="00161EC3"/>
        </w:tc>
        <w:tc>
          <w:tcPr>
            <w:tcW w:w="2108" w:type="dxa"/>
          </w:tcPr>
          <w:p w14:paraId="2864BE46" w14:textId="77777777" w:rsidR="00FB1EEA" w:rsidRPr="000A5B76" w:rsidRDefault="00FB1EEA" w:rsidP="00161EC3"/>
        </w:tc>
        <w:tc>
          <w:tcPr>
            <w:tcW w:w="2108" w:type="dxa"/>
          </w:tcPr>
          <w:p w14:paraId="3BE43A5A" w14:textId="77777777" w:rsidR="00FB1EEA" w:rsidRPr="000A5B76" w:rsidRDefault="00FB1EEA" w:rsidP="00161EC3"/>
        </w:tc>
        <w:tc>
          <w:tcPr>
            <w:tcW w:w="2108" w:type="dxa"/>
          </w:tcPr>
          <w:p w14:paraId="3D9F6E01" w14:textId="77777777" w:rsidR="00FB1EEA" w:rsidRPr="000A5B76" w:rsidRDefault="00FB1EEA" w:rsidP="00161EC3"/>
        </w:tc>
      </w:tr>
      <w:tr w:rsidR="00FB1EEA" w:rsidRPr="000A5B76" w14:paraId="363E572E" w14:textId="77777777" w:rsidTr="00161EC3">
        <w:trPr>
          <w:jc w:val="center"/>
        </w:trPr>
        <w:tc>
          <w:tcPr>
            <w:tcW w:w="2108" w:type="dxa"/>
          </w:tcPr>
          <w:p w14:paraId="0575F776" w14:textId="77777777" w:rsidR="00FB1EEA" w:rsidRPr="000A5B76" w:rsidRDefault="00FB1EEA" w:rsidP="00161EC3"/>
        </w:tc>
        <w:tc>
          <w:tcPr>
            <w:tcW w:w="2108" w:type="dxa"/>
          </w:tcPr>
          <w:p w14:paraId="19A32D15" w14:textId="77777777" w:rsidR="00FB1EEA" w:rsidRPr="000A5B76" w:rsidRDefault="00FB1EEA" w:rsidP="00161EC3"/>
        </w:tc>
        <w:tc>
          <w:tcPr>
            <w:tcW w:w="2108" w:type="dxa"/>
          </w:tcPr>
          <w:p w14:paraId="24052F7C" w14:textId="77777777" w:rsidR="00FB1EEA" w:rsidRPr="000A5B76" w:rsidRDefault="00FB1EEA" w:rsidP="00161EC3"/>
        </w:tc>
        <w:tc>
          <w:tcPr>
            <w:tcW w:w="2108" w:type="dxa"/>
          </w:tcPr>
          <w:p w14:paraId="75FB6C01" w14:textId="77777777" w:rsidR="00FB1EEA" w:rsidRPr="000A5B76" w:rsidRDefault="00FB1EEA" w:rsidP="00161EC3"/>
        </w:tc>
        <w:tc>
          <w:tcPr>
            <w:tcW w:w="2108" w:type="dxa"/>
          </w:tcPr>
          <w:p w14:paraId="496B58E6" w14:textId="77777777" w:rsidR="00FB1EEA" w:rsidRPr="000A5B76" w:rsidRDefault="00FB1EEA" w:rsidP="00161EC3"/>
        </w:tc>
      </w:tr>
      <w:tr w:rsidR="00FB1EEA" w:rsidRPr="000A5B76" w14:paraId="27ED5F88" w14:textId="77777777" w:rsidTr="00161EC3">
        <w:trPr>
          <w:jc w:val="center"/>
        </w:trPr>
        <w:tc>
          <w:tcPr>
            <w:tcW w:w="2108" w:type="dxa"/>
          </w:tcPr>
          <w:p w14:paraId="10A36192" w14:textId="77777777" w:rsidR="00FB1EEA" w:rsidRPr="000A5B76" w:rsidRDefault="00FB1EEA" w:rsidP="00161EC3"/>
        </w:tc>
        <w:tc>
          <w:tcPr>
            <w:tcW w:w="2108" w:type="dxa"/>
          </w:tcPr>
          <w:p w14:paraId="66E2DA0E" w14:textId="77777777" w:rsidR="00FB1EEA" w:rsidRPr="000A5B76" w:rsidRDefault="00FB1EEA" w:rsidP="00161EC3"/>
        </w:tc>
        <w:tc>
          <w:tcPr>
            <w:tcW w:w="2108" w:type="dxa"/>
          </w:tcPr>
          <w:p w14:paraId="27D437E2" w14:textId="77777777" w:rsidR="00FB1EEA" w:rsidRPr="000A5B76" w:rsidRDefault="00FB1EEA" w:rsidP="00161EC3"/>
        </w:tc>
        <w:tc>
          <w:tcPr>
            <w:tcW w:w="2108" w:type="dxa"/>
          </w:tcPr>
          <w:p w14:paraId="1370A90E" w14:textId="77777777" w:rsidR="00FB1EEA" w:rsidRPr="000A5B76" w:rsidRDefault="00FB1EEA" w:rsidP="00161EC3"/>
        </w:tc>
        <w:tc>
          <w:tcPr>
            <w:tcW w:w="2108" w:type="dxa"/>
          </w:tcPr>
          <w:p w14:paraId="64122A4B" w14:textId="77777777" w:rsidR="00FB1EEA" w:rsidRPr="000A5B76" w:rsidRDefault="00FB1EEA" w:rsidP="00161EC3"/>
        </w:tc>
      </w:tr>
      <w:tr w:rsidR="00FB1EEA" w:rsidRPr="000A5B76" w14:paraId="13C928AE" w14:textId="77777777" w:rsidTr="00161EC3">
        <w:trPr>
          <w:jc w:val="center"/>
        </w:trPr>
        <w:tc>
          <w:tcPr>
            <w:tcW w:w="2108" w:type="dxa"/>
          </w:tcPr>
          <w:p w14:paraId="5876A78A" w14:textId="77777777" w:rsidR="00FB1EEA" w:rsidRPr="000A5B76" w:rsidRDefault="00FB1EEA" w:rsidP="00161EC3"/>
        </w:tc>
        <w:tc>
          <w:tcPr>
            <w:tcW w:w="2108" w:type="dxa"/>
          </w:tcPr>
          <w:p w14:paraId="5B064FBE" w14:textId="77777777" w:rsidR="00FB1EEA" w:rsidRPr="000A5B76" w:rsidRDefault="00FB1EEA" w:rsidP="00161EC3"/>
        </w:tc>
        <w:tc>
          <w:tcPr>
            <w:tcW w:w="2108" w:type="dxa"/>
          </w:tcPr>
          <w:p w14:paraId="1C2E1A78" w14:textId="77777777" w:rsidR="00FB1EEA" w:rsidRPr="000A5B76" w:rsidRDefault="00FB1EEA" w:rsidP="00161EC3"/>
        </w:tc>
        <w:tc>
          <w:tcPr>
            <w:tcW w:w="2108" w:type="dxa"/>
          </w:tcPr>
          <w:p w14:paraId="2FBA3D65" w14:textId="77777777" w:rsidR="00FB1EEA" w:rsidRPr="000A5B76" w:rsidRDefault="00FB1EEA" w:rsidP="00161EC3"/>
        </w:tc>
        <w:tc>
          <w:tcPr>
            <w:tcW w:w="2108" w:type="dxa"/>
          </w:tcPr>
          <w:p w14:paraId="16D21054" w14:textId="77777777" w:rsidR="00FB1EEA" w:rsidRPr="000A5B76" w:rsidRDefault="00FB1EEA" w:rsidP="00161EC3"/>
        </w:tc>
      </w:tr>
      <w:tr w:rsidR="00FB1EEA" w:rsidRPr="000A5B76" w14:paraId="246E1053" w14:textId="77777777" w:rsidTr="00161EC3">
        <w:trPr>
          <w:jc w:val="center"/>
        </w:trPr>
        <w:tc>
          <w:tcPr>
            <w:tcW w:w="2108" w:type="dxa"/>
          </w:tcPr>
          <w:p w14:paraId="272A5D99" w14:textId="77777777" w:rsidR="00FB1EEA" w:rsidRPr="000A5B76" w:rsidRDefault="00FB1EEA" w:rsidP="00161EC3"/>
        </w:tc>
        <w:tc>
          <w:tcPr>
            <w:tcW w:w="2108" w:type="dxa"/>
          </w:tcPr>
          <w:p w14:paraId="1F558DE0" w14:textId="77777777" w:rsidR="00FB1EEA" w:rsidRPr="000A5B76" w:rsidRDefault="00FB1EEA" w:rsidP="00161EC3"/>
        </w:tc>
        <w:tc>
          <w:tcPr>
            <w:tcW w:w="2108" w:type="dxa"/>
          </w:tcPr>
          <w:p w14:paraId="3030954E" w14:textId="77777777" w:rsidR="00FB1EEA" w:rsidRPr="000A5B76" w:rsidRDefault="00FB1EEA" w:rsidP="00161EC3"/>
        </w:tc>
        <w:tc>
          <w:tcPr>
            <w:tcW w:w="2108" w:type="dxa"/>
          </w:tcPr>
          <w:p w14:paraId="52DC9D63" w14:textId="77777777" w:rsidR="00FB1EEA" w:rsidRPr="000A5B76" w:rsidRDefault="00FB1EEA" w:rsidP="00161EC3"/>
        </w:tc>
        <w:tc>
          <w:tcPr>
            <w:tcW w:w="2108" w:type="dxa"/>
          </w:tcPr>
          <w:p w14:paraId="748EC6D0" w14:textId="77777777" w:rsidR="00FB1EEA" w:rsidRPr="000A5B76" w:rsidRDefault="00FB1EEA" w:rsidP="00161EC3"/>
        </w:tc>
      </w:tr>
      <w:tr w:rsidR="00FB1EEA" w:rsidRPr="000A5B76" w14:paraId="64CCE5B8" w14:textId="77777777" w:rsidTr="00161EC3">
        <w:trPr>
          <w:jc w:val="center"/>
        </w:trPr>
        <w:tc>
          <w:tcPr>
            <w:tcW w:w="2108" w:type="dxa"/>
          </w:tcPr>
          <w:p w14:paraId="2D75163F" w14:textId="77777777" w:rsidR="00FB1EEA" w:rsidRPr="000A5B76" w:rsidRDefault="00FB1EEA" w:rsidP="00161EC3"/>
        </w:tc>
        <w:tc>
          <w:tcPr>
            <w:tcW w:w="2108" w:type="dxa"/>
          </w:tcPr>
          <w:p w14:paraId="7FE33D68" w14:textId="77777777" w:rsidR="00FB1EEA" w:rsidRPr="000A5B76" w:rsidRDefault="00FB1EEA" w:rsidP="00161EC3"/>
        </w:tc>
        <w:tc>
          <w:tcPr>
            <w:tcW w:w="2108" w:type="dxa"/>
          </w:tcPr>
          <w:p w14:paraId="4BB7CCC5" w14:textId="77777777" w:rsidR="00FB1EEA" w:rsidRPr="000A5B76" w:rsidRDefault="00FB1EEA" w:rsidP="00161EC3"/>
        </w:tc>
        <w:tc>
          <w:tcPr>
            <w:tcW w:w="2108" w:type="dxa"/>
          </w:tcPr>
          <w:p w14:paraId="6537837F" w14:textId="77777777" w:rsidR="00FB1EEA" w:rsidRPr="000A5B76" w:rsidRDefault="00FB1EEA" w:rsidP="00161EC3"/>
        </w:tc>
        <w:tc>
          <w:tcPr>
            <w:tcW w:w="2108" w:type="dxa"/>
          </w:tcPr>
          <w:p w14:paraId="1DBC887D" w14:textId="77777777" w:rsidR="00FB1EEA" w:rsidRPr="000A5B76" w:rsidRDefault="00FB1EEA" w:rsidP="00161EC3"/>
        </w:tc>
      </w:tr>
    </w:tbl>
    <w:p w14:paraId="2395BA88" w14:textId="77777777" w:rsidR="00FB1EEA" w:rsidRPr="000A5B76" w:rsidRDefault="00FB1EEA" w:rsidP="00FB1EEA">
      <w:r w:rsidRPr="000A5B76">
        <w:br/>
        <w:t>Ce que j’ai appris aujourd’hui :</w:t>
      </w:r>
    </w:p>
    <w:p w14:paraId="4221C275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242DCE2F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0C4BA616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4D2F58A2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2C6812FF" w14:textId="77777777" w:rsidR="00FB1EEA" w:rsidRPr="000A5B76" w:rsidRDefault="00FB1EEA" w:rsidP="00FB1EEA">
      <w:r w:rsidRPr="000A5B76">
        <w:t>Difficultés / questions à poser :</w:t>
      </w:r>
    </w:p>
    <w:p w14:paraId="2FAD99CD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31F22D28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32BB2FA6" w14:textId="77777777" w:rsidR="00FB1EEA" w:rsidRPr="000A5B76" w:rsidRDefault="00FB1EEA" w:rsidP="00FB1EEA">
      <w:r w:rsidRPr="000A5B76">
        <w:lastRenderedPageBreak/>
        <w:t>________________________________________________________________________</w:t>
      </w:r>
    </w:p>
    <w:p w14:paraId="521FBE28" w14:textId="77777777" w:rsidR="00FB1EEA" w:rsidRPr="000A5B76" w:rsidRDefault="00FB1EEA" w:rsidP="00FB1EEA">
      <w:r w:rsidRPr="000A5B76">
        <w:t>Signature / visa de l’encadreur : ______________________________</w:t>
      </w:r>
    </w:p>
    <w:p w14:paraId="22993AB9" w14:textId="77777777" w:rsidR="00FB1EEA" w:rsidRDefault="00FB1EEA">
      <w:pPr>
        <w:rPr>
          <w:b/>
          <w:sz w:val="28"/>
        </w:rPr>
      </w:pPr>
    </w:p>
    <w:p w14:paraId="0BEA2FA0" w14:textId="77777777" w:rsidR="00FB1EEA" w:rsidRDefault="00FB1EEA">
      <w:pPr>
        <w:rPr>
          <w:b/>
          <w:sz w:val="28"/>
        </w:rPr>
      </w:pPr>
    </w:p>
    <w:p w14:paraId="3A12A17B" w14:textId="77777777" w:rsidR="00FB1EEA" w:rsidRDefault="00FB1EEA">
      <w:pPr>
        <w:rPr>
          <w:b/>
          <w:sz w:val="28"/>
        </w:rPr>
      </w:pPr>
    </w:p>
    <w:p w14:paraId="1016551A" w14:textId="77777777" w:rsidR="00FB1EEA" w:rsidRDefault="00FB1EEA">
      <w:pPr>
        <w:rPr>
          <w:b/>
          <w:sz w:val="28"/>
        </w:rPr>
      </w:pPr>
    </w:p>
    <w:p w14:paraId="6E50B894" w14:textId="77777777" w:rsidR="00FB1EEA" w:rsidRDefault="00FB1EEA">
      <w:pPr>
        <w:rPr>
          <w:b/>
          <w:sz w:val="28"/>
        </w:rPr>
      </w:pPr>
    </w:p>
    <w:p w14:paraId="2B6A1DA8" w14:textId="77777777" w:rsidR="00FB1EEA" w:rsidRDefault="00FB1EEA">
      <w:pPr>
        <w:rPr>
          <w:b/>
          <w:sz w:val="28"/>
        </w:rPr>
      </w:pPr>
    </w:p>
    <w:p w14:paraId="28A2C8FA" w14:textId="77777777" w:rsidR="00FB1EEA" w:rsidRDefault="00FB1EEA">
      <w:pPr>
        <w:rPr>
          <w:b/>
          <w:sz w:val="28"/>
        </w:rPr>
      </w:pPr>
    </w:p>
    <w:p w14:paraId="4F066BD6" w14:textId="77777777" w:rsidR="00FB1EEA" w:rsidRDefault="00FB1EEA">
      <w:pPr>
        <w:rPr>
          <w:b/>
          <w:sz w:val="28"/>
        </w:rPr>
      </w:pPr>
    </w:p>
    <w:p w14:paraId="42D58E02" w14:textId="77777777" w:rsidR="00FB1EEA" w:rsidRDefault="00FB1EEA">
      <w:pPr>
        <w:rPr>
          <w:b/>
          <w:sz w:val="28"/>
        </w:rPr>
      </w:pPr>
    </w:p>
    <w:p w14:paraId="708F94FB" w14:textId="77777777" w:rsidR="00D70074" w:rsidRDefault="00D70074" w:rsidP="00FB1EEA">
      <w:pPr>
        <w:rPr>
          <w:b/>
          <w:sz w:val="28"/>
        </w:rPr>
      </w:pPr>
    </w:p>
    <w:p w14:paraId="69F29862" w14:textId="77777777" w:rsidR="00CF7016" w:rsidRDefault="00CF7016" w:rsidP="00FB1EEA">
      <w:pPr>
        <w:rPr>
          <w:b/>
          <w:sz w:val="28"/>
        </w:rPr>
      </w:pPr>
    </w:p>
    <w:p w14:paraId="3DF788C6" w14:textId="77777777" w:rsidR="00CF7016" w:rsidRDefault="00CF7016" w:rsidP="00FB1EEA">
      <w:pPr>
        <w:rPr>
          <w:b/>
          <w:sz w:val="28"/>
        </w:rPr>
      </w:pPr>
    </w:p>
    <w:p w14:paraId="25BB0BA8" w14:textId="77777777" w:rsidR="00CF7016" w:rsidRDefault="00CF7016" w:rsidP="00FB1EEA">
      <w:pPr>
        <w:rPr>
          <w:b/>
          <w:sz w:val="28"/>
        </w:rPr>
      </w:pPr>
    </w:p>
    <w:p w14:paraId="077E5D77" w14:textId="77777777" w:rsidR="00CF7016" w:rsidRDefault="00CF7016" w:rsidP="00FB1EEA">
      <w:pPr>
        <w:rPr>
          <w:b/>
          <w:sz w:val="28"/>
        </w:rPr>
      </w:pPr>
    </w:p>
    <w:p w14:paraId="0DD95839" w14:textId="77777777" w:rsidR="00CF7016" w:rsidRDefault="00CF7016" w:rsidP="00FB1EEA">
      <w:pPr>
        <w:rPr>
          <w:b/>
          <w:sz w:val="28"/>
        </w:rPr>
      </w:pPr>
    </w:p>
    <w:p w14:paraId="15A645DF" w14:textId="77777777" w:rsidR="00CF7016" w:rsidRDefault="00CF7016" w:rsidP="00FB1EEA">
      <w:pPr>
        <w:rPr>
          <w:b/>
          <w:sz w:val="28"/>
        </w:rPr>
      </w:pPr>
    </w:p>
    <w:p w14:paraId="0E1D4BC7" w14:textId="661A2FBD" w:rsidR="00FB1EEA" w:rsidRPr="000A5B76" w:rsidRDefault="00FB1EEA" w:rsidP="00FB1EEA">
      <w:r w:rsidRPr="000A5B76">
        <w:rPr>
          <w:b/>
          <w:sz w:val="28"/>
        </w:rPr>
        <w:lastRenderedPageBreak/>
        <w:t xml:space="preserve">2. FICHE JOURNALIÈRE — JOUR </w:t>
      </w:r>
      <w:r>
        <w:rPr>
          <w:b/>
          <w:sz w:val="28"/>
        </w:rPr>
        <w:t>30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53"/>
        <w:gridCol w:w="1415"/>
        <w:gridCol w:w="1330"/>
        <w:gridCol w:w="1330"/>
        <w:gridCol w:w="1579"/>
      </w:tblGrid>
      <w:tr w:rsidR="00FB1EEA" w:rsidRPr="000A5B76" w14:paraId="697D1EE9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14F0DC60" w14:textId="77777777" w:rsidR="00FB1EEA" w:rsidRPr="000A5B76" w:rsidRDefault="00FB1EEA" w:rsidP="00161EC3">
            <w:r w:rsidRPr="000A5B76">
              <w:rPr>
                <w:b/>
              </w:rPr>
              <w:t>Date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7743027F" w14:textId="77777777" w:rsidR="00FB1EEA" w:rsidRPr="000A5B76" w:rsidRDefault="00FB1EEA" w:rsidP="00161EC3">
            <w:r w:rsidRPr="000A5B76">
              <w:rPr>
                <w:b/>
              </w:rPr>
              <w:t>Service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60C3C81B" w14:textId="77777777" w:rsidR="00FB1EEA" w:rsidRPr="000A5B76" w:rsidRDefault="00FB1EEA" w:rsidP="00161EC3">
            <w:r w:rsidRPr="000A5B76">
              <w:rPr>
                <w:b/>
              </w:rPr>
              <w:t>Heure début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1E0AB52" w14:textId="77777777" w:rsidR="00FB1EEA" w:rsidRPr="000A5B76" w:rsidRDefault="00FB1EEA" w:rsidP="00161EC3">
            <w:r w:rsidRPr="000A5B76">
              <w:rPr>
                <w:b/>
              </w:rPr>
              <w:t>Heure fin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31937C4" w14:textId="77777777" w:rsidR="00FB1EEA" w:rsidRPr="000A5B76" w:rsidRDefault="00FB1EEA" w:rsidP="00161EC3">
            <w:r w:rsidRPr="000A5B76">
              <w:rPr>
                <w:b/>
              </w:rPr>
              <w:t>Encadreur</w:t>
            </w:r>
          </w:p>
        </w:tc>
      </w:tr>
      <w:tr w:rsidR="00FB1EEA" w:rsidRPr="000A5B76" w14:paraId="524389BC" w14:textId="77777777" w:rsidTr="00161EC3">
        <w:trPr>
          <w:jc w:val="center"/>
        </w:trPr>
        <w:tc>
          <w:tcPr>
            <w:tcW w:w="2108" w:type="dxa"/>
          </w:tcPr>
          <w:p w14:paraId="0017C024" w14:textId="77777777" w:rsidR="00FB1EEA" w:rsidRPr="000A5B76" w:rsidRDefault="00FB1EEA" w:rsidP="00161EC3"/>
        </w:tc>
        <w:tc>
          <w:tcPr>
            <w:tcW w:w="2108" w:type="dxa"/>
          </w:tcPr>
          <w:p w14:paraId="2A32E358" w14:textId="77777777" w:rsidR="00FB1EEA" w:rsidRPr="000A5B76" w:rsidRDefault="00FB1EEA" w:rsidP="00161EC3"/>
        </w:tc>
        <w:tc>
          <w:tcPr>
            <w:tcW w:w="2108" w:type="dxa"/>
          </w:tcPr>
          <w:p w14:paraId="7D487EA2" w14:textId="77777777" w:rsidR="00FB1EEA" w:rsidRPr="000A5B76" w:rsidRDefault="00FB1EEA" w:rsidP="00161EC3"/>
        </w:tc>
        <w:tc>
          <w:tcPr>
            <w:tcW w:w="2108" w:type="dxa"/>
          </w:tcPr>
          <w:p w14:paraId="612F0842" w14:textId="77777777" w:rsidR="00FB1EEA" w:rsidRPr="000A5B76" w:rsidRDefault="00FB1EEA" w:rsidP="00161EC3"/>
        </w:tc>
        <w:tc>
          <w:tcPr>
            <w:tcW w:w="2108" w:type="dxa"/>
          </w:tcPr>
          <w:p w14:paraId="645CAC1C" w14:textId="77777777" w:rsidR="00FB1EEA" w:rsidRPr="000A5B76" w:rsidRDefault="00FB1EEA" w:rsidP="00161EC3"/>
        </w:tc>
      </w:tr>
    </w:tbl>
    <w:p w14:paraId="0407C9CB" w14:textId="77777777" w:rsidR="00FB1EEA" w:rsidRPr="000A5B76" w:rsidRDefault="00FB1EEA" w:rsidP="00FB1EEA">
      <w:r w:rsidRPr="000A5B76">
        <w:br/>
        <w:t>Activités réalisées / observées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427"/>
        <w:gridCol w:w="1198"/>
        <w:gridCol w:w="1628"/>
        <w:gridCol w:w="1274"/>
      </w:tblGrid>
      <w:tr w:rsidR="00FB1EEA" w:rsidRPr="000A5B76" w14:paraId="2B5BCBE3" w14:textId="77777777" w:rsidTr="00161EC3">
        <w:trPr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39D511B7" w14:textId="77777777" w:rsidR="00FB1EEA" w:rsidRPr="000A5B76" w:rsidRDefault="00FB1EEA" w:rsidP="00161EC3">
            <w:r w:rsidRPr="000A5B76">
              <w:rPr>
                <w:b/>
              </w:rPr>
              <w:t>Activité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E157053" w14:textId="77777777" w:rsidR="00FB1EEA" w:rsidRPr="000A5B76" w:rsidRDefault="00FB1EEA" w:rsidP="00161EC3">
            <w:r w:rsidRPr="000A5B76">
              <w:rPr>
                <w:b/>
              </w:rPr>
              <w:t>Observé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782E7A2" w14:textId="77777777" w:rsidR="00FB1EEA" w:rsidRPr="000A5B76" w:rsidRDefault="00FB1EEA" w:rsidP="00161EC3">
            <w:r w:rsidRPr="000A5B76">
              <w:rPr>
                <w:b/>
              </w:rPr>
              <w:t>Aidé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53FD16A1" w14:textId="77777777" w:rsidR="00FB1EEA" w:rsidRPr="000A5B76" w:rsidRDefault="00FB1EEA" w:rsidP="00161EC3">
            <w:r w:rsidRPr="000A5B76">
              <w:rPr>
                <w:b/>
              </w:rPr>
              <w:t>Réalisé sous supervision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F5A0418" w14:textId="77777777" w:rsidR="00FB1EEA" w:rsidRPr="000A5B76" w:rsidRDefault="00FB1EEA" w:rsidP="00161EC3">
            <w:r w:rsidRPr="000A5B76">
              <w:rPr>
                <w:b/>
              </w:rPr>
              <w:t>À revoir</w:t>
            </w:r>
          </w:p>
        </w:tc>
      </w:tr>
      <w:tr w:rsidR="00FB1EEA" w:rsidRPr="000A5B76" w14:paraId="29DCD56E" w14:textId="77777777" w:rsidTr="00161EC3">
        <w:trPr>
          <w:jc w:val="center"/>
        </w:trPr>
        <w:tc>
          <w:tcPr>
            <w:tcW w:w="2108" w:type="dxa"/>
          </w:tcPr>
          <w:p w14:paraId="7BA97BA8" w14:textId="77777777" w:rsidR="00FB1EEA" w:rsidRPr="000A5B76" w:rsidRDefault="00FB1EEA" w:rsidP="00161EC3"/>
        </w:tc>
        <w:tc>
          <w:tcPr>
            <w:tcW w:w="2108" w:type="dxa"/>
          </w:tcPr>
          <w:p w14:paraId="2FF9E514" w14:textId="77777777" w:rsidR="00FB1EEA" w:rsidRPr="000A5B76" w:rsidRDefault="00FB1EEA" w:rsidP="00161EC3"/>
        </w:tc>
        <w:tc>
          <w:tcPr>
            <w:tcW w:w="2108" w:type="dxa"/>
          </w:tcPr>
          <w:p w14:paraId="20D5EC49" w14:textId="77777777" w:rsidR="00FB1EEA" w:rsidRPr="000A5B76" w:rsidRDefault="00FB1EEA" w:rsidP="00161EC3"/>
        </w:tc>
        <w:tc>
          <w:tcPr>
            <w:tcW w:w="2108" w:type="dxa"/>
          </w:tcPr>
          <w:p w14:paraId="49D672F4" w14:textId="77777777" w:rsidR="00FB1EEA" w:rsidRPr="000A5B76" w:rsidRDefault="00FB1EEA" w:rsidP="00161EC3"/>
        </w:tc>
        <w:tc>
          <w:tcPr>
            <w:tcW w:w="2108" w:type="dxa"/>
          </w:tcPr>
          <w:p w14:paraId="4304CA97" w14:textId="77777777" w:rsidR="00FB1EEA" w:rsidRPr="000A5B76" w:rsidRDefault="00FB1EEA" w:rsidP="00161EC3"/>
        </w:tc>
      </w:tr>
      <w:tr w:rsidR="00FB1EEA" w:rsidRPr="000A5B76" w14:paraId="135266A6" w14:textId="77777777" w:rsidTr="00161EC3">
        <w:trPr>
          <w:jc w:val="center"/>
        </w:trPr>
        <w:tc>
          <w:tcPr>
            <w:tcW w:w="2108" w:type="dxa"/>
          </w:tcPr>
          <w:p w14:paraId="17F496E2" w14:textId="77777777" w:rsidR="00FB1EEA" w:rsidRPr="000A5B76" w:rsidRDefault="00FB1EEA" w:rsidP="00161EC3"/>
        </w:tc>
        <w:tc>
          <w:tcPr>
            <w:tcW w:w="2108" w:type="dxa"/>
          </w:tcPr>
          <w:p w14:paraId="1D4D1F3D" w14:textId="77777777" w:rsidR="00FB1EEA" w:rsidRPr="000A5B76" w:rsidRDefault="00FB1EEA" w:rsidP="00161EC3"/>
        </w:tc>
        <w:tc>
          <w:tcPr>
            <w:tcW w:w="2108" w:type="dxa"/>
          </w:tcPr>
          <w:p w14:paraId="32B43769" w14:textId="77777777" w:rsidR="00FB1EEA" w:rsidRPr="000A5B76" w:rsidRDefault="00FB1EEA" w:rsidP="00161EC3"/>
        </w:tc>
        <w:tc>
          <w:tcPr>
            <w:tcW w:w="2108" w:type="dxa"/>
          </w:tcPr>
          <w:p w14:paraId="46BE7F3A" w14:textId="77777777" w:rsidR="00FB1EEA" w:rsidRPr="000A5B76" w:rsidRDefault="00FB1EEA" w:rsidP="00161EC3"/>
        </w:tc>
        <w:tc>
          <w:tcPr>
            <w:tcW w:w="2108" w:type="dxa"/>
          </w:tcPr>
          <w:p w14:paraId="1523A3DF" w14:textId="77777777" w:rsidR="00FB1EEA" w:rsidRPr="000A5B76" w:rsidRDefault="00FB1EEA" w:rsidP="00161EC3"/>
        </w:tc>
      </w:tr>
      <w:tr w:rsidR="00FB1EEA" w:rsidRPr="000A5B76" w14:paraId="13D3D4D4" w14:textId="77777777" w:rsidTr="00161EC3">
        <w:trPr>
          <w:jc w:val="center"/>
        </w:trPr>
        <w:tc>
          <w:tcPr>
            <w:tcW w:w="2108" w:type="dxa"/>
          </w:tcPr>
          <w:p w14:paraId="5B38B077" w14:textId="77777777" w:rsidR="00FB1EEA" w:rsidRPr="000A5B76" w:rsidRDefault="00FB1EEA" w:rsidP="00161EC3"/>
        </w:tc>
        <w:tc>
          <w:tcPr>
            <w:tcW w:w="2108" w:type="dxa"/>
          </w:tcPr>
          <w:p w14:paraId="28D6ADFB" w14:textId="77777777" w:rsidR="00FB1EEA" w:rsidRPr="000A5B76" w:rsidRDefault="00FB1EEA" w:rsidP="00161EC3"/>
        </w:tc>
        <w:tc>
          <w:tcPr>
            <w:tcW w:w="2108" w:type="dxa"/>
          </w:tcPr>
          <w:p w14:paraId="4EDD4D79" w14:textId="77777777" w:rsidR="00FB1EEA" w:rsidRPr="000A5B76" w:rsidRDefault="00FB1EEA" w:rsidP="00161EC3"/>
        </w:tc>
        <w:tc>
          <w:tcPr>
            <w:tcW w:w="2108" w:type="dxa"/>
          </w:tcPr>
          <w:p w14:paraId="1AF20C40" w14:textId="77777777" w:rsidR="00FB1EEA" w:rsidRPr="000A5B76" w:rsidRDefault="00FB1EEA" w:rsidP="00161EC3"/>
        </w:tc>
        <w:tc>
          <w:tcPr>
            <w:tcW w:w="2108" w:type="dxa"/>
          </w:tcPr>
          <w:p w14:paraId="52CCBF4D" w14:textId="77777777" w:rsidR="00FB1EEA" w:rsidRPr="000A5B76" w:rsidRDefault="00FB1EEA" w:rsidP="00161EC3"/>
        </w:tc>
      </w:tr>
      <w:tr w:rsidR="00FB1EEA" w:rsidRPr="000A5B76" w14:paraId="1F42CF72" w14:textId="77777777" w:rsidTr="00161EC3">
        <w:trPr>
          <w:jc w:val="center"/>
        </w:trPr>
        <w:tc>
          <w:tcPr>
            <w:tcW w:w="2108" w:type="dxa"/>
          </w:tcPr>
          <w:p w14:paraId="4098730D" w14:textId="77777777" w:rsidR="00FB1EEA" w:rsidRPr="000A5B76" w:rsidRDefault="00FB1EEA" w:rsidP="00161EC3"/>
        </w:tc>
        <w:tc>
          <w:tcPr>
            <w:tcW w:w="2108" w:type="dxa"/>
          </w:tcPr>
          <w:p w14:paraId="33828FBE" w14:textId="77777777" w:rsidR="00FB1EEA" w:rsidRPr="000A5B76" w:rsidRDefault="00FB1EEA" w:rsidP="00161EC3"/>
        </w:tc>
        <w:tc>
          <w:tcPr>
            <w:tcW w:w="2108" w:type="dxa"/>
          </w:tcPr>
          <w:p w14:paraId="32D13395" w14:textId="77777777" w:rsidR="00FB1EEA" w:rsidRPr="000A5B76" w:rsidRDefault="00FB1EEA" w:rsidP="00161EC3"/>
        </w:tc>
        <w:tc>
          <w:tcPr>
            <w:tcW w:w="2108" w:type="dxa"/>
          </w:tcPr>
          <w:p w14:paraId="1EB4A084" w14:textId="77777777" w:rsidR="00FB1EEA" w:rsidRPr="000A5B76" w:rsidRDefault="00FB1EEA" w:rsidP="00161EC3"/>
        </w:tc>
        <w:tc>
          <w:tcPr>
            <w:tcW w:w="2108" w:type="dxa"/>
          </w:tcPr>
          <w:p w14:paraId="127EA313" w14:textId="77777777" w:rsidR="00FB1EEA" w:rsidRPr="000A5B76" w:rsidRDefault="00FB1EEA" w:rsidP="00161EC3"/>
        </w:tc>
      </w:tr>
      <w:tr w:rsidR="00FB1EEA" w:rsidRPr="000A5B76" w14:paraId="2D88C596" w14:textId="77777777" w:rsidTr="00161EC3">
        <w:trPr>
          <w:jc w:val="center"/>
        </w:trPr>
        <w:tc>
          <w:tcPr>
            <w:tcW w:w="2108" w:type="dxa"/>
          </w:tcPr>
          <w:p w14:paraId="611CFD16" w14:textId="77777777" w:rsidR="00FB1EEA" w:rsidRPr="000A5B76" w:rsidRDefault="00FB1EEA" w:rsidP="00161EC3"/>
        </w:tc>
        <w:tc>
          <w:tcPr>
            <w:tcW w:w="2108" w:type="dxa"/>
          </w:tcPr>
          <w:p w14:paraId="3026296F" w14:textId="77777777" w:rsidR="00FB1EEA" w:rsidRPr="000A5B76" w:rsidRDefault="00FB1EEA" w:rsidP="00161EC3"/>
        </w:tc>
        <w:tc>
          <w:tcPr>
            <w:tcW w:w="2108" w:type="dxa"/>
          </w:tcPr>
          <w:p w14:paraId="43104524" w14:textId="77777777" w:rsidR="00FB1EEA" w:rsidRPr="000A5B76" w:rsidRDefault="00FB1EEA" w:rsidP="00161EC3"/>
        </w:tc>
        <w:tc>
          <w:tcPr>
            <w:tcW w:w="2108" w:type="dxa"/>
          </w:tcPr>
          <w:p w14:paraId="62394A4C" w14:textId="77777777" w:rsidR="00FB1EEA" w:rsidRPr="000A5B76" w:rsidRDefault="00FB1EEA" w:rsidP="00161EC3"/>
        </w:tc>
        <w:tc>
          <w:tcPr>
            <w:tcW w:w="2108" w:type="dxa"/>
          </w:tcPr>
          <w:p w14:paraId="4AE425BE" w14:textId="77777777" w:rsidR="00FB1EEA" w:rsidRPr="000A5B76" w:rsidRDefault="00FB1EEA" w:rsidP="00161EC3"/>
        </w:tc>
      </w:tr>
      <w:tr w:rsidR="00FB1EEA" w:rsidRPr="000A5B76" w14:paraId="29FFFC62" w14:textId="77777777" w:rsidTr="00161EC3">
        <w:trPr>
          <w:jc w:val="center"/>
        </w:trPr>
        <w:tc>
          <w:tcPr>
            <w:tcW w:w="2108" w:type="dxa"/>
          </w:tcPr>
          <w:p w14:paraId="7310E3FB" w14:textId="77777777" w:rsidR="00FB1EEA" w:rsidRPr="000A5B76" w:rsidRDefault="00FB1EEA" w:rsidP="00161EC3"/>
        </w:tc>
        <w:tc>
          <w:tcPr>
            <w:tcW w:w="2108" w:type="dxa"/>
          </w:tcPr>
          <w:p w14:paraId="6A0701E0" w14:textId="77777777" w:rsidR="00FB1EEA" w:rsidRPr="000A5B76" w:rsidRDefault="00FB1EEA" w:rsidP="00161EC3"/>
        </w:tc>
        <w:tc>
          <w:tcPr>
            <w:tcW w:w="2108" w:type="dxa"/>
          </w:tcPr>
          <w:p w14:paraId="29DFEB95" w14:textId="77777777" w:rsidR="00FB1EEA" w:rsidRPr="000A5B76" w:rsidRDefault="00FB1EEA" w:rsidP="00161EC3"/>
        </w:tc>
        <w:tc>
          <w:tcPr>
            <w:tcW w:w="2108" w:type="dxa"/>
          </w:tcPr>
          <w:p w14:paraId="0E5D7A9D" w14:textId="77777777" w:rsidR="00FB1EEA" w:rsidRPr="000A5B76" w:rsidRDefault="00FB1EEA" w:rsidP="00161EC3"/>
        </w:tc>
        <w:tc>
          <w:tcPr>
            <w:tcW w:w="2108" w:type="dxa"/>
          </w:tcPr>
          <w:p w14:paraId="33359774" w14:textId="77777777" w:rsidR="00FB1EEA" w:rsidRPr="000A5B76" w:rsidRDefault="00FB1EEA" w:rsidP="00161EC3"/>
        </w:tc>
      </w:tr>
      <w:tr w:rsidR="00FB1EEA" w:rsidRPr="000A5B76" w14:paraId="20D98C24" w14:textId="77777777" w:rsidTr="00161EC3">
        <w:trPr>
          <w:jc w:val="center"/>
        </w:trPr>
        <w:tc>
          <w:tcPr>
            <w:tcW w:w="2108" w:type="dxa"/>
          </w:tcPr>
          <w:p w14:paraId="5C81FAC4" w14:textId="77777777" w:rsidR="00FB1EEA" w:rsidRPr="000A5B76" w:rsidRDefault="00FB1EEA" w:rsidP="00161EC3"/>
        </w:tc>
        <w:tc>
          <w:tcPr>
            <w:tcW w:w="2108" w:type="dxa"/>
          </w:tcPr>
          <w:p w14:paraId="017E0FC4" w14:textId="77777777" w:rsidR="00FB1EEA" w:rsidRPr="000A5B76" w:rsidRDefault="00FB1EEA" w:rsidP="00161EC3"/>
        </w:tc>
        <w:tc>
          <w:tcPr>
            <w:tcW w:w="2108" w:type="dxa"/>
          </w:tcPr>
          <w:p w14:paraId="5C2F8E85" w14:textId="77777777" w:rsidR="00FB1EEA" w:rsidRPr="000A5B76" w:rsidRDefault="00FB1EEA" w:rsidP="00161EC3"/>
        </w:tc>
        <w:tc>
          <w:tcPr>
            <w:tcW w:w="2108" w:type="dxa"/>
          </w:tcPr>
          <w:p w14:paraId="277B66A0" w14:textId="77777777" w:rsidR="00FB1EEA" w:rsidRPr="000A5B76" w:rsidRDefault="00FB1EEA" w:rsidP="00161EC3"/>
        </w:tc>
        <w:tc>
          <w:tcPr>
            <w:tcW w:w="2108" w:type="dxa"/>
          </w:tcPr>
          <w:p w14:paraId="441CD30E" w14:textId="77777777" w:rsidR="00FB1EEA" w:rsidRPr="000A5B76" w:rsidRDefault="00FB1EEA" w:rsidP="00161EC3"/>
        </w:tc>
      </w:tr>
      <w:tr w:rsidR="00FB1EEA" w:rsidRPr="000A5B76" w14:paraId="0B5A83F9" w14:textId="77777777" w:rsidTr="00161EC3">
        <w:trPr>
          <w:jc w:val="center"/>
        </w:trPr>
        <w:tc>
          <w:tcPr>
            <w:tcW w:w="2108" w:type="dxa"/>
          </w:tcPr>
          <w:p w14:paraId="54E20291" w14:textId="77777777" w:rsidR="00FB1EEA" w:rsidRPr="000A5B76" w:rsidRDefault="00FB1EEA" w:rsidP="00161EC3"/>
        </w:tc>
        <w:tc>
          <w:tcPr>
            <w:tcW w:w="2108" w:type="dxa"/>
          </w:tcPr>
          <w:p w14:paraId="7D894512" w14:textId="77777777" w:rsidR="00FB1EEA" w:rsidRPr="000A5B76" w:rsidRDefault="00FB1EEA" w:rsidP="00161EC3"/>
        </w:tc>
        <w:tc>
          <w:tcPr>
            <w:tcW w:w="2108" w:type="dxa"/>
          </w:tcPr>
          <w:p w14:paraId="162BBFEC" w14:textId="77777777" w:rsidR="00FB1EEA" w:rsidRPr="000A5B76" w:rsidRDefault="00FB1EEA" w:rsidP="00161EC3"/>
        </w:tc>
        <w:tc>
          <w:tcPr>
            <w:tcW w:w="2108" w:type="dxa"/>
          </w:tcPr>
          <w:p w14:paraId="276E884B" w14:textId="77777777" w:rsidR="00FB1EEA" w:rsidRPr="000A5B76" w:rsidRDefault="00FB1EEA" w:rsidP="00161EC3"/>
        </w:tc>
        <w:tc>
          <w:tcPr>
            <w:tcW w:w="2108" w:type="dxa"/>
          </w:tcPr>
          <w:p w14:paraId="566F6AA1" w14:textId="77777777" w:rsidR="00FB1EEA" w:rsidRPr="000A5B76" w:rsidRDefault="00FB1EEA" w:rsidP="00161EC3"/>
        </w:tc>
      </w:tr>
    </w:tbl>
    <w:p w14:paraId="2A85A6FF" w14:textId="77777777" w:rsidR="00FB1EEA" w:rsidRPr="000A5B76" w:rsidRDefault="00FB1EEA" w:rsidP="00FB1EEA">
      <w:r w:rsidRPr="000A5B76">
        <w:br/>
        <w:t>Ce que j’ai appris aujourd’hui :</w:t>
      </w:r>
    </w:p>
    <w:p w14:paraId="64645FAC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79B73DEB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05CF6AEB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0145674E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5E98DC13" w14:textId="77777777" w:rsidR="00FB1EEA" w:rsidRPr="000A5B76" w:rsidRDefault="00FB1EEA" w:rsidP="00FB1EEA">
      <w:r w:rsidRPr="000A5B76">
        <w:t>Difficultés / questions à poser :</w:t>
      </w:r>
    </w:p>
    <w:p w14:paraId="293F9C59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085DC04D" w14:textId="77777777" w:rsidR="00FB1EEA" w:rsidRPr="000A5B76" w:rsidRDefault="00FB1EEA" w:rsidP="00FB1EEA">
      <w:r w:rsidRPr="000A5B76">
        <w:t>________________________________________________________________________</w:t>
      </w:r>
    </w:p>
    <w:p w14:paraId="0FA705C5" w14:textId="77777777" w:rsidR="00FB1EEA" w:rsidRPr="000A5B76" w:rsidRDefault="00FB1EEA" w:rsidP="00FB1EEA">
      <w:r w:rsidRPr="000A5B76">
        <w:lastRenderedPageBreak/>
        <w:t>________________________________________________________________________</w:t>
      </w:r>
    </w:p>
    <w:p w14:paraId="15950819" w14:textId="77777777" w:rsidR="00FB1EEA" w:rsidRPr="000A5B76" w:rsidRDefault="00FB1EEA" w:rsidP="00FB1EEA">
      <w:r w:rsidRPr="000A5B76">
        <w:t>Signature / visa de l’encadreur : ______________________________</w:t>
      </w:r>
    </w:p>
    <w:p w14:paraId="78E48EC6" w14:textId="77777777" w:rsidR="00FB1EEA" w:rsidRDefault="00FB1EEA">
      <w:pPr>
        <w:rPr>
          <w:b/>
          <w:sz w:val="28"/>
        </w:rPr>
      </w:pPr>
    </w:p>
    <w:p w14:paraId="699D6182" w14:textId="77777777" w:rsidR="00FB1EEA" w:rsidRDefault="00FB1EEA">
      <w:pPr>
        <w:rPr>
          <w:b/>
          <w:sz w:val="28"/>
        </w:rPr>
      </w:pPr>
    </w:p>
    <w:p w14:paraId="447CA415" w14:textId="77777777" w:rsidR="00FB1EEA" w:rsidRDefault="00FB1EEA">
      <w:pPr>
        <w:rPr>
          <w:b/>
          <w:sz w:val="28"/>
        </w:rPr>
      </w:pPr>
    </w:p>
    <w:p w14:paraId="74FE882E" w14:textId="77777777" w:rsidR="00FB1EEA" w:rsidRDefault="00FB1EEA">
      <w:pPr>
        <w:rPr>
          <w:b/>
          <w:sz w:val="28"/>
        </w:rPr>
      </w:pPr>
    </w:p>
    <w:p w14:paraId="20D09DCC" w14:textId="77777777" w:rsidR="00FB1EEA" w:rsidRDefault="00FB1EEA">
      <w:pPr>
        <w:rPr>
          <w:b/>
          <w:sz w:val="28"/>
        </w:rPr>
      </w:pPr>
    </w:p>
    <w:p w14:paraId="5085C566" w14:textId="77777777" w:rsidR="00FB1EEA" w:rsidRDefault="00FB1EEA">
      <w:pPr>
        <w:rPr>
          <w:b/>
          <w:sz w:val="28"/>
        </w:rPr>
      </w:pPr>
    </w:p>
    <w:p w14:paraId="160EFF56" w14:textId="77777777" w:rsidR="00FB1EEA" w:rsidRDefault="00FB1EEA">
      <w:pPr>
        <w:rPr>
          <w:b/>
          <w:sz w:val="28"/>
        </w:rPr>
      </w:pPr>
    </w:p>
    <w:p w14:paraId="2785F771" w14:textId="77777777" w:rsidR="00FB1EEA" w:rsidRDefault="00FB1EEA">
      <w:pPr>
        <w:rPr>
          <w:b/>
          <w:sz w:val="28"/>
        </w:rPr>
      </w:pPr>
    </w:p>
    <w:p w14:paraId="020B5ED9" w14:textId="77777777" w:rsidR="0028611E" w:rsidRDefault="0028611E">
      <w:pPr>
        <w:rPr>
          <w:b/>
          <w:sz w:val="28"/>
        </w:rPr>
      </w:pPr>
    </w:p>
    <w:p w14:paraId="4B16F85E" w14:textId="77777777" w:rsidR="00D70074" w:rsidRDefault="00D70074">
      <w:pPr>
        <w:rPr>
          <w:b/>
          <w:sz w:val="28"/>
        </w:rPr>
      </w:pPr>
    </w:p>
    <w:p w14:paraId="101F1115" w14:textId="77777777" w:rsidR="00CF7016" w:rsidRDefault="00CF7016">
      <w:pPr>
        <w:rPr>
          <w:b/>
          <w:sz w:val="28"/>
        </w:rPr>
      </w:pPr>
    </w:p>
    <w:p w14:paraId="14022891" w14:textId="77777777" w:rsidR="00CF7016" w:rsidRDefault="00CF7016">
      <w:pPr>
        <w:rPr>
          <w:b/>
          <w:sz w:val="28"/>
        </w:rPr>
      </w:pPr>
    </w:p>
    <w:p w14:paraId="380B08E0" w14:textId="77777777" w:rsidR="00CF7016" w:rsidRDefault="00CF7016">
      <w:pPr>
        <w:rPr>
          <w:b/>
          <w:sz w:val="28"/>
        </w:rPr>
      </w:pPr>
    </w:p>
    <w:p w14:paraId="7B8500BD" w14:textId="77777777" w:rsidR="00CF7016" w:rsidRDefault="00CF7016">
      <w:pPr>
        <w:rPr>
          <w:b/>
          <w:sz w:val="28"/>
        </w:rPr>
      </w:pPr>
    </w:p>
    <w:p w14:paraId="442663EF" w14:textId="77777777" w:rsidR="00CF7016" w:rsidRDefault="00CF7016">
      <w:pPr>
        <w:rPr>
          <w:b/>
          <w:sz w:val="28"/>
        </w:rPr>
      </w:pPr>
    </w:p>
    <w:p w14:paraId="6B256A1C" w14:textId="77777777" w:rsidR="00CF7016" w:rsidRDefault="00CF7016">
      <w:pPr>
        <w:rPr>
          <w:b/>
          <w:sz w:val="28"/>
        </w:rPr>
      </w:pPr>
    </w:p>
    <w:p w14:paraId="2AAA4123" w14:textId="0FD4A0B1" w:rsidR="00233B5B" w:rsidRPr="000A5B76" w:rsidRDefault="00000000">
      <w:r w:rsidRPr="000A5B76">
        <w:rPr>
          <w:b/>
          <w:sz w:val="28"/>
        </w:rPr>
        <w:lastRenderedPageBreak/>
        <w:t>3. SURVEILLANCE DES CONSTANTES</w:t>
      </w:r>
    </w:p>
    <w:p w14:paraId="6091AECF" w14:textId="77777777" w:rsidR="00233B5B" w:rsidRPr="000A5B76" w:rsidRDefault="00000000">
      <w:r w:rsidRPr="000A5B76">
        <w:t>Code patient uniquement : _________________</w:t>
      </w:r>
      <w:proofErr w:type="gramStart"/>
      <w:r w:rsidRPr="000A5B76">
        <w:t>_  Date</w:t>
      </w:r>
      <w:proofErr w:type="gramEnd"/>
      <w:r w:rsidRPr="000A5B76">
        <w:t xml:space="preserve"> : ______________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864"/>
        <w:gridCol w:w="553"/>
        <w:gridCol w:w="844"/>
        <w:gridCol w:w="607"/>
        <w:gridCol w:w="607"/>
        <w:gridCol w:w="800"/>
        <w:gridCol w:w="1137"/>
        <w:gridCol w:w="1495"/>
      </w:tblGrid>
      <w:tr w:rsidR="00233B5B" w:rsidRPr="000A5B76" w14:paraId="53646839" w14:textId="77777777">
        <w:trPr>
          <w:jc w:val="center"/>
        </w:trPr>
        <w:tc>
          <w:tcPr>
            <w:tcW w:w="1317" w:type="dxa"/>
            <w:shd w:val="clear" w:color="auto" w:fill="D9EAF7"/>
            <w:vAlign w:val="center"/>
          </w:tcPr>
          <w:p w14:paraId="4FEC25E5" w14:textId="77777777" w:rsidR="00233B5B" w:rsidRPr="000A5B76" w:rsidRDefault="00000000">
            <w:r w:rsidRPr="000A5B76">
              <w:rPr>
                <w:b/>
              </w:rPr>
              <w:t>Heure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3176B535" w14:textId="77777777" w:rsidR="00233B5B" w:rsidRPr="000A5B76" w:rsidRDefault="00000000">
            <w:r w:rsidRPr="000A5B76">
              <w:rPr>
                <w:b/>
              </w:rPr>
              <w:t>T°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32128520" w14:textId="77777777" w:rsidR="00233B5B" w:rsidRPr="000A5B76" w:rsidRDefault="00000000">
            <w:r w:rsidRPr="000A5B76">
              <w:rPr>
                <w:b/>
              </w:rPr>
              <w:t>Pouls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0B89F26C" w14:textId="77777777" w:rsidR="00233B5B" w:rsidRPr="000A5B76" w:rsidRDefault="00000000">
            <w:r w:rsidRPr="000A5B76">
              <w:rPr>
                <w:b/>
              </w:rPr>
              <w:t>TA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4625CBE3" w14:textId="77777777" w:rsidR="00233B5B" w:rsidRPr="000A5B76" w:rsidRDefault="00000000">
            <w:r w:rsidRPr="000A5B76">
              <w:rPr>
                <w:b/>
              </w:rPr>
              <w:t>FR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330B9536" w14:textId="77777777" w:rsidR="00233B5B" w:rsidRPr="000A5B76" w:rsidRDefault="00000000">
            <w:proofErr w:type="spellStart"/>
            <w:r w:rsidRPr="000A5B76">
              <w:rPr>
                <w:b/>
              </w:rPr>
              <w:t>SpO</w:t>
            </w:r>
            <w:proofErr w:type="spellEnd"/>
            <w:r w:rsidRPr="000A5B76">
              <w:rPr>
                <w:b/>
              </w:rPr>
              <w:t>₂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5E6818F9" w14:textId="77777777" w:rsidR="00233B5B" w:rsidRPr="000A5B76" w:rsidRDefault="00000000">
            <w:r w:rsidRPr="000A5B76">
              <w:rPr>
                <w:b/>
              </w:rPr>
              <w:t>Glycémie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5A92F8EC" w14:textId="77777777" w:rsidR="00233B5B" w:rsidRPr="000A5B76" w:rsidRDefault="00000000">
            <w:r w:rsidRPr="000A5B76">
              <w:rPr>
                <w:b/>
              </w:rPr>
              <w:t>Observations</w:t>
            </w:r>
          </w:p>
        </w:tc>
      </w:tr>
      <w:tr w:rsidR="00233B5B" w:rsidRPr="000A5B76" w14:paraId="5F661FCF" w14:textId="77777777">
        <w:trPr>
          <w:jc w:val="center"/>
        </w:trPr>
        <w:tc>
          <w:tcPr>
            <w:tcW w:w="1317" w:type="dxa"/>
          </w:tcPr>
          <w:p w14:paraId="4DFF4187" w14:textId="77777777" w:rsidR="00233B5B" w:rsidRPr="000A5B76" w:rsidRDefault="00233B5B"/>
        </w:tc>
        <w:tc>
          <w:tcPr>
            <w:tcW w:w="1317" w:type="dxa"/>
          </w:tcPr>
          <w:p w14:paraId="5481A452" w14:textId="77777777" w:rsidR="00233B5B" w:rsidRPr="000A5B76" w:rsidRDefault="00233B5B"/>
        </w:tc>
        <w:tc>
          <w:tcPr>
            <w:tcW w:w="1317" w:type="dxa"/>
          </w:tcPr>
          <w:p w14:paraId="0C89B42F" w14:textId="77777777" w:rsidR="00233B5B" w:rsidRPr="000A5B76" w:rsidRDefault="00233B5B"/>
        </w:tc>
        <w:tc>
          <w:tcPr>
            <w:tcW w:w="1317" w:type="dxa"/>
          </w:tcPr>
          <w:p w14:paraId="19D2331D" w14:textId="77777777" w:rsidR="00233B5B" w:rsidRPr="000A5B76" w:rsidRDefault="00233B5B"/>
        </w:tc>
        <w:tc>
          <w:tcPr>
            <w:tcW w:w="1317" w:type="dxa"/>
          </w:tcPr>
          <w:p w14:paraId="2FFF9051" w14:textId="77777777" w:rsidR="00233B5B" w:rsidRPr="000A5B76" w:rsidRDefault="00233B5B"/>
        </w:tc>
        <w:tc>
          <w:tcPr>
            <w:tcW w:w="1317" w:type="dxa"/>
          </w:tcPr>
          <w:p w14:paraId="7A50306A" w14:textId="77777777" w:rsidR="00233B5B" w:rsidRPr="000A5B76" w:rsidRDefault="00233B5B"/>
        </w:tc>
        <w:tc>
          <w:tcPr>
            <w:tcW w:w="1317" w:type="dxa"/>
          </w:tcPr>
          <w:p w14:paraId="715E4D2A" w14:textId="77777777" w:rsidR="00233B5B" w:rsidRPr="000A5B76" w:rsidRDefault="00233B5B"/>
        </w:tc>
        <w:tc>
          <w:tcPr>
            <w:tcW w:w="1317" w:type="dxa"/>
          </w:tcPr>
          <w:p w14:paraId="49C32B6F" w14:textId="77777777" w:rsidR="00233B5B" w:rsidRPr="000A5B76" w:rsidRDefault="00233B5B"/>
        </w:tc>
      </w:tr>
      <w:tr w:rsidR="00233B5B" w:rsidRPr="000A5B76" w14:paraId="71B8CDD0" w14:textId="77777777">
        <w:trPr>
          <w:jc w:val="center"/>
        </w:trPr>
        <w:tc>
          <w:tcPr>
            <w:tcW w:w="1317" w:type="dxa"/>
          </w:tcPr>
          <w:p w14:paraId="6BDF23E9" w14:textId="77777777" w:rsidR="00233B5B" w:rsidRPr="000A5B76" w:rsidRDefault="00233B5B"/>
        </w:tc>
        <w:tc>
          <w:tcPr>
            <w:tcW w:w="1317" w:type="dxa"/>
          </w:tcPr>
          <w:p w14:paraId="6A718812" w14:textId="77777777" w:rsidR="00233B5B" w:rsidRPr="000A5B76" w:rsidRDefault="00233B5B"/>
        </w:tc>
        <w:tc>
          <w:tcPr>
            <w:tcW w:w="1317" w:type="dxa"/>
          </w:tcPr>
          <w:p w14:paraId="207E0012" w14:textId="77777777" w:rsidR="00233B5B" w:rsidRPr="000A5B76" w:rsidRDefault="00233B5B"/>
        </w:tc>
        <w:tc>
          <w:tcPr>
            <w:tcW w:w="1317" w:type="dxa"/>
          </w:tcPr>
          <w:p w14:paraId="1CD56ABD" w14:textId="77777777" w:rsidR="00233B5B" w:rsidRPr="000A5B76" w:rsidRDefault="00233B5B"/>
        </w:tc>
        <w:tc>
          <w:tcPr>
            <w:tcW w:w="1317" w:type="dxa"/>
          </w:tcPr>
          <w:p w14:paraId="426C90FA" w14:textId="77777777" w:rsidR="00233B5B" w:rsidRPr="000A5B76" w:rsidRDefault="00233B5B"/>
        </w:tc>
        <w:tc>
          <w:tcPr>
            <w:tcW w:w="1317" w:type="dxa"/>
          </w:tcPr>
          <w:p w14:paraId="5A02A920" w14:textId="77777777" w:rsidR="00233B5B" w:rsidRPr="000A5B76" w:rsidRDefault="00233B5B"/>
        </w:tc>
        <w:tc>
          <w:tcPr>
            <w:tcW w:w="1317" w:type="dxa"/>
          </w:tcPr>
          <w:p w14:paraId="331F1674" w14:textId="77777777" w:rsidR="00233B5B" w:rsidRPr="000A5B76" w:rsidRDefault="00233B5B"/>
        </w:tc>
        <w:tc>
          <w:tcPr>
            <w:tcW w:w="1317" w:type="dxa"/>
          </w:tcPr>
          <w:p w14:paraId="4AAD3436" w14:textId="77777777" w:rsidR="00233B5B" w:rsidRPr="000A5B76" w:rsidRDefault="00233B5B"/>
        </w:tc>
      </w:tr>
      <w:tr w:rsidR="00233B5B" w:rsidRPr="000A5B76" w14:paraId="7B4F8E4F" w14:textId="77777777">
        <w:trPr>
          <w:jc w:val="center"/>
        </w:trPr>
        <w:tc>
          <w:tcPr>
            <w:tcW w:w="1317" w:type="dxa"/>
          </w:tcPr>
          <w:p w14:paraId="59BC885E" w14:textId="77777777" w:rsidR="00233B5B" w:rsidRPr="000A5B76" w:rsidRDefault="00233B5B"/>
        </w:tc>
        <w:tc>
          <w:tcPr>
            <w:tcW w:w="1317" w:type="dxa"/>
          </w:tcPr>
          <w:p w14:paraId="30C855E4" w14:textId="77777777" w:rsidR="00233B5B" w:rsidRPr="000A5B76" w:rsidRDefault="00233B5B"/>
        </w:tc>
        <w:tc>
          <w:tcPr>
            <w:tcW w:w="1317" w:type="dxa"/>
          </w:tcPr>
          <w:p w14:paraId="1093DA35" w14:textId="77777777" w:rsidR="00233B5B" w:rsidRPr="000A5B76" w:rsidRDefault="00233B5B"/>
        </w:tc>
        <w:tc>
          <w:tcPr>
            <w:tcW w:w="1317" w:type="dxa"/>
          </w:tcPr>
          <w:p w14:paraId="1326D695" w14:textId="77777777" w:rsidR="00233B5B" w:rsidRPr="000A5B76" w:rsidRDefault="00233B5B"/>
        </w:tc>
        <w:tc>
          <w:tcPr>
            <w:tcW w:w="1317" w:type="dxa"/>
          </w:tcPr>
          <w:p w14:paraId="5402D5DD" w14:textId="77777777" w:rsidR="00233B5B" w:rsidRPr="000A5B76" w:rsidRDefault="00233B5B"/>
        </w:tc>
        <w:tc>
          <w:tcPr>
            <w:tcW w:w="1317" w:type="dxa"/>
          </w:tcPr>
          <w:p w14:paraId="0BD360EC" w14:textId="77777777" w:rsidR="00233B5B" w:rsidRPr="000A5B76" w:rsidRDefault="00233B5B"/>
        </w:tc>
        <w:tc>
          <w:tcPr>
            <w:tcW w:w="1317" w:type="dxa"/>
          </w:tcPr>
          <w:p w14:paraId="4739E4D9" w14:textId="77777777" w:rsidR="00233B5B" w:rsidRPr="000A5B76" w:rsidRDefault="00233B5B"/>
        </w:tc>
        <w:tc>
          <w:tcPr>
            <w:tcW w:w="1317" w:type="dxa"/>
          </w:tcPr>
          <w:p w14:paraId="130D2BA2" w14:textId="77777777" w:rsidR="00233B5B" w:rsidRPr="000A5B76" w:rsidRDefault="00233B5B"/>
        </w:tc>
      </w:tr>
      <w:tr w:rsidR="00233B5B" w:rsidRPr="000A5B76" w14:paraId="12C1BF9F" w14:textId="77777777">
        <w:trPr>
          <w:jc w:val="center"/>
        </w:trPr>
        <w:tc>
          <w:tcPr>
            <w:tcW w:w="1317" w:type="dxa"/>
          </w:tcPr>
          <w:p w14:paraId="36137033" w14:textId="77777777" w:rsidR="00233B5B" w:rsidRPr="000A5B76" w:rsidRDefault="00233B5B"/>
        </w:tc>
        <w:tc>
          <w:tcPr>
            <w:tcW w:w="1317" w:type="dxa"/>
          </w:tcPr>
          <w:p w14:paraId="22C425FA" w14:textId="77777777" w:rsidR="00233B5B" w:rsidRPr="000A5B76" w:rsidRDefault="00233B5B"/>
        </w:tc>
        <w:tc>
          <w:tcPr>
            <w:tcW w:w="1317" w:type="dxa"/>
          </w:tcPr>
          <w:p w14:paraId="59F1AC4E" w14:textId="77777777" w:rsidR="00233B5B" w:rsidRPr="000A5B76" w:rsidRDefault="00233B5B"/>
        </w:tc>
        <w:tc>
          <w:tcPr>
            <w:tcW w:w="1317" w:type="dxa"/>
          </w:tcPr>
          <w:p w14:paraId="276C06ED" w14:textId="77777777" w:rsidR="00233B5B" w:rsidRPr="000A5B76" w:rsidRDefault="00233B5B"/>
        </w:tc>
        <w:tc>
          <w:tcPr>
            <w:tcW w:w="1317" w:type="dxa"/>
          </w:tcPr>
          <w:p w14:paraId="76527CB9" w14:textId="77777777" w:rsidR="00233B5B" w:rsidRPr="000A5B76" w:rsidRDefault="00233B5B"/>
        </w:tc>
        <w:tc>
          <w:tcPr>
            <w:tcW w:w="1317" w:type="dxa"/>
          </w:tcPr>
          <w:p w14:paraId="5587C21D" w14:textId="77777777" w:rsidR="00233B5B" w:rsidRPr="000A5B76" w:rsidRDefault="00233B5B"/>
        </w:tc>
        <w:tc>
          <w:tcPr>
            <w:tcW w:w="1317" w:type="dxa"/>
          </w:tcPr>
          <w:p w14:paraId="542EA495" w14:textId="77777777" w:rsidR="00233B5B" w:rsidRPr="000A5B76" w:rsidRDefault="00233B5B"/>
        </w:tc>
        <w:tc>
          <w:tcPr>
            <w:tcW w:w="1317" w:type="dxa"/>
          </w:tcPr>
          <w:p w14:paraId="1C6CBE00" w14:textId="77777777" w:rsidR="00233B5B" w:rsidRPr="000A5B76" w:rsidRDefault="00233B5B"/>
        </w:tc>
      </w:tr>
      <w:tr w:rsidR="00233B5B" w:rsidRPr="000A5B76" w14:paraId="16FBD44F" w14:textId="77777777">
        <w:trPr>
          <w:jc w:val="center"/>
        </w:trPr>
        <w:tc>
          <w:tcPr>
            <w:tcW w:w="1317" w:type="dxa"/>
          </w:tcPr>
          <w:p w14:paraId="2DE10464" w14:textId="77777777" w:rsidR="00233B5B" w:rsidRPr="000A5B76" w:rsidRDefault="00233B5B"/>
        </w:tc>
        <w:tc>
          <w:tcPr>
            <w:tcW w:w="1317" w:type="dxa"/>
          </w:tcPr>
          <w:p w14:paraId="2C722AB3" w14:textId="77777777" w:rsidR="00233B5B" w:rsidRPr="000A5B76" w:rsidRDefault="00233B5B"/>
        </w:tc>
        <w:tc>
          <w:tcPr>
            <w:tcW w:w="1317" w:type="dxa"/>
          </w:tcPr>
          <w:p w14:paraId="32DCDB9C" w14:textId="77777777" w:rsidR="00233B5B" w:rsidRPr="000A5B76" w:rsidRDefault="00233B5B"/>
        </w:tc>
        <w:tc>
          <w:tcPr>
            <w:tcW w:w="1317" w:type="dxa"/>
          </w:tcPr>
          <w:p w14:paraId="5DE1CD8E" w14:textId="77777777" w:rsidR="00233B5B" w:rsidRPr="000A5B76" w:rsidRDefault="00233B5B"/>
        </w:tc>
        <w:tc>
          <w:tcPr>
            <w:tcW w:w="1317" w:type="dxa"/>
          </w:tcPr>
          <w:p w14:paraId="3A97B147" w14:textId="77777777" w:rsidR="00233B5B" w:rsidRPr="000A5B76" w:rsidRDefault="00233B5B"/>
        </w:tc>
        <w:tc>
          <w:tcPr>
            <w:tcW w:w="1317" w:type="dxa"/>
          </w:tcPr>
          <w:p w14:paraId="6878D1D3" w14:textId="77777777" w:rsidR="00233B5B" w:rsidRPr="000A5B76" w:rsidRDefault="00233B5B"/>
        </w:tc>
        <w:tc>
          <w:tcPr>
            <w:tcW w:w="1317" w:type="dxa"/>
          </w:tcPr>
          <w:p w14:paraId="7E166E1B" w14:textId="77777777" w:rsidR="00233B5B" w:rsidRPr="000A5B76" w:rsidRDefault="00233B5B"/>
        </w:tc>
        <w:tc>
          <w:tcPr>
            <w:tcW w:w="1317" w:type="dxa"/>
          </w:tcPr>
          <w:p w14:paraId="3D8AF593" w14:textId="77777777" w:rsidR="00233B5B" w:rsidRPr="000A5B76" w:rsidRDefault="00233B5B"/>
        </w:tc>
      </w:tr>
      <w:tr w:rsidR="00233B5B" w:rsidRPr="000A5B76" w14:paraId="1CE80C9A" w14:textId="77777777">
        <w:trPr>
          <w:jc w:val="center"/>
        </w:trPr>
        <w:tc>
          <w:tcPr>
            <w:tcW w:w="1317" w:type="dxa"/>
          </w:tcPr>
          <w:p w14:paraId="560C8E40" w14:textId="77777777" w:rsidR="00233B5B" w:rsidRPr="000A5B76" w:rsidRDefault="00233B5B"/>
        </w:tc>
        <w:tc>
          <w:tcPr>
            <w:tcW w:w="1317" w:type="dxa"/>
          </w:tcPr>
          <w:p w14:paraId="3ABA05E4" w14:textId="77777777" w:rsidR="00233B5B" w:rsidRPr="000A5B76" w:rsidRDefault="00233B5B"/>
        </w:tc>
        <w:tc>
          <w:tcPr>
            <w:tcW w:w="1317" w:type="dxa"/>
          </w:tcPr>
          <w:p w14:paraId="0D80D11A" w14:textId="77777777" w:rsidR="00233B5B" w:rsidRPr="000A5B76" w:rsidRDefault="00233B5B"/>
        </w:tc>
        <w:tc>
          <w:tcPr>
            <w:tcW w:w="1317" w:type="dxa"/>
          </w:tcPr>
          <w:p w14:paraId="21E27AAF" w14:textId="77777777" w:rsidR="00233B5B" w:rsidRPr="000A5B76" w:rsidRDefault="00233B5B"/>
        </w:tc>
        <w:tc>
          <w:tcPr>
            <w:tcW w:w="1317" w:type="dxa"/>
          </w:tcPr>
          <w:p w14:paraId="088953CF" w14:textId="77777777" w:rsidR="00233B5B" w:rsidRPr="000A5B76" w:rsidRDefault="00233B5B"/>
        </w:tc>
        <w:tc>
          <w:tcPr>
            <w:tcW w:w="1317" w:type="dxa"/>
          </w:tcPr>
          <w:p w14:paraId="1760E393" w14:textId="77777777" w:rsidR="00233B5B" w:rsidRPr="000A5B76" w:rsidRDefault="00233B5B"/>
        </w:tc>
        <w:tc>
          <w:tcPr>
            <w:tcW w:w="1317" w:type="dxa"/>
          </w:tcPr>
          <w:p w14:paraId="7B073ACB" w14:textId="77777777" w:rsidR="00233B5B" w:rsidRPr="000A5B76" w:rsidRDefault="00233B5B"/>
        </w:tc>
        <w:tc>
          <w:tcPr>
            <w:tcW w:w="1317" w:type="dxa"/>
          </w:tcPr>
          <w:p w14:paraId="5F676705" w14:textId="77777777" w:rsidR="00233B5B" w:rsidRPr="000A5B76" w:rsidRDefault="00233B5B"/>
        </w:tc>
      </w:tr>
      <w:tr w:rsidR="00233B5B" w:rsidRPr="000A5B76" w14:paraId="0067051B" w14:textId="77777777">
        <w:trPr>
          <w:jc w:val="center"/>
        </w:trPr>
        <w:tc>
          <w:tcPr>
            <w:tcW w:w="1317" w:type="dxa"/>
          </w:tcPr>
          <w:p w14:paraId="0D3824FF" w14:textId="77777777" w:rsidR="00233B5B" w:rsidRPr="000A5B76" w:rsidRDefault="00233B5B"/>
        </w:tc>
        <w:tc>
          <w:tcPr>
            <w:tcW w:w="1317" w:type="dxa"/>
          </w:tcPr>
          <w:p w14:paraId="3DF01531" w14:textId="77777777" w:rsidR="00233B5B" w:rsidRPr="000A5B76" w:rsidRDefault="00233B5B"/>
        </w:tc>
        <w:tc>
          <w:tcPr>
            <w:tcW w:w="1317" w:type="dxa"/>
          </w:tcPr>
          <w:p w14:paraId="3E69C860" w14:textId="77777777" w:rsidR="00233B5B" w:rsidRPr="000A5B76" w:rsidRDefault="00233B5B"/>
        </w:tc>
        <w:tc>
          <w:tcPr>
            <w:tcW w:w="1317" w:type="dxa"/>
          </w:tcPr>
          <w:p w14:paraId="7B38E0F7" w14:textId="77777777" w:rsidR="00233B5B" w:rsidRPr="000A5B76" w:rsidRDefault="00233B5B"/>
        </w:tc>
        <w:tc>
          <w:tcPr>
            <w:tcW w:w="1317" w:type="dxa"/>
          </w:tcPr>
          <w:p w14:paraId="501B589E" w14:textId="77777777" w:rsidR="00233B5B" w:rsidRPr="000A5B76" w:rsidRDefault="00233B5B"/>
        </w:tc>
        <w:tc>
          <w:tcPr>
            <w:tcW w:w="1317" w:type="dxa"/>
          </w:tcPr>
          <w:p w14:paraId="44238D06" w14:textId="77777777" w:rsidR="00233B5B" w:rsidRPr="000A5B76" w:rsidRDefault="00233B5B"/>
        </w:tc>
        <w:tc>
          <w:tcPr>
            <w:tcW w:w="1317" w:type="dxa"/>
          </w:tcPr>
          <w:p w14:paraId="22E6010A" w14:textId="77777777" w:rsidR="00233B5B" w:rsidRPr="000A5B76" w:rsidRDefault="00233B5B"/>
        </w:tc>
        <w:tc>
          <w:tcPr>
            <w:tcW w:w="1317" w:type="dxa"/>
          </w:tcPr>
          <w:p w14:paraId="6CC298A6" w14:textId="77777777" w:rsidR="00233B5B" w:rsidRPr="000A5B76" w:rsidRDefault="00233B5B"/>
        </w:tc>
      </w:tr>
      <w:tr w:rsidR="00233B5B" w:rsidRPr="000A5B76" w14:paraId="11BA3DA8" w14:textId="77777777">
        <w:trPr>
          <w:jc w:val="center"/>
        </w:trPr>
        <w:tc>
          <w:tcPr>
            <w:tcW w:w="1317" w:type="dxa"/>
          </w:tcPr>
          <w:p w14:paraId="0B3B8666" w14:textId="77777777" w:rsidR="00233B5B" w:rsidRPr="000A5B76" w:rsidRDefault="00233B5B"/>
        </w:tc>
        <w:tc>
          <w:tcPr>
            <w:tcW w:w="1317" w:type="dxa"/>
          </w:tcPr>
          <w:p w14:paraId="059FA345" w14:textId="77777777" w:rsidR="00233B5B" w:rsidRPr="000A5B76" w:rsidRDefault="00233B5B"/>
        </w:tc>
        <w:tc>
          <w:tcPr>
            <w:tcW w:w="1317" w:type="dxa"/>
          </w:tcPr>
          <w:p w14:paraId="58473000" w14:textId="77777777" w:rsidR="00233B5B" w:rsidRPr="000A5B76" w:rsidRDefault="00233B5B"/>
        </w:tc>
        <w:tc>
          <w:tcPr>
            <w:tcW w:w="1317" w:type="dxa"/>
          </w:tcPr>
          <w:p w14:paraId="3E094572" w14:textId="77777777" w:rsidR="00233B5B" w:rsidRPr="000A5B76" w:rsidRDefault="00233B5B"/>
        </w:tc>
        <w:tc>
          <w:tcPr>
            <w:tcW w:w="1317" w:type="dxa"/>
          </w:tcPr>
          <w:p w14:paraId="04BA0A5F" w14:textId="77777777" w:rsidR="00233B5B" w:rsidRPr="000A5B76" w:rsidRDefault="00233B5B"/>
        </w:tc>
        <w:tc>
          <w:tcPr>
            <w:tcW w:w="1317" w:type="dxa"/>
          </w:tcPr>
          <w:p w14:paraId="702C9DD3" w14:textId="77777777" w:rsidR="00233B5B" w:rsidRPr="000A5B76" w:rsidRDefault="00233B5B"/>
        </w:tc>
        <w:tc>
          <w:tcPr>
            <w:tcW w:w="1317" w:type="dxa"/>
          </w:tcPr>
          <w:p w14:paraId="7AAF9425" w14:textId="77777777" w:rsidR="00233B5B" w:rsidRPr="000A5B76" w:rsidRDefault="00233B5B"/>
        </w:tc>
        <w:tc>
          <w:tcPr>
            <w:tcW w:w="1317" w:type="dxa"/>
          </w:tcPr>
          <w:p w14:paraId="3CD3503E" w14:textId="77777777" w:rsidR="00233B5B" w:rsidRPr="000A5B76" w:rsidRDefault="00233B5B"/>
        </w:tc>
      </w:tr>
      <w:tr w:rsidR="00233B5B" w:rsidRPr="000A5B76" w14:paraId="7E572909" w14:textId="77777777">
        <w:trPr>
          <w:jc w:val="center"/>
        </w:trPr>
        <w:tc>
          <w:tcPr>
            <w:tcW w:w="1317" w:type="dxa"/>
          </w:tcPr>
          <w:p w14:paraId="30DC156C" w14:textId="77777777" w:rsidR="00233B5B" w:rsidRPr="000A5B76" w:rsidRDefault="00233B5B"/>
        </w:tc>
        <w:tc>
          <w:tcPr>
            <w:tcW w:w="1317" w:type="dxa"/>
          </w:tcPr>
          <w:p w14:paraId="062E9D57" w14:textId="77777777" w:rsidR="00233B5B" w:rsidRPr="000A5B76" w:rsidRDefault="00233B5B"/>
        </w:tc>
        <w:tc>
          <w:tcPr>
            <w:tcW w:w="1317" w:type="dxa"/>
          </w:tcPr>
          <w:p w14:paraId="4556C28F" w14:textId="77777777" w:rsidR="00233B5B" w:rsidRPr="000A5B76" w:rsidRDefault="00233B5B"/>
        </w:tc>
        <w:tc>
          <w:tcPr>
            <w:tcW w:w="1317" w:type="dxa"/>
          </w:tcPr>
          <w:p w14:paraId="2C72CB61" w14:textId="77777777" w:rsidR="00233B5B" w:rsidRPr="000A5B76" w:rsidRDefault="00233B5B"/>
        </w:tc>
        <w:tc>
          <w:tcPr>
            <w:tcW w:w="1317" w:type="dxa"/>
          </w:tcPr>
          <w:p w14:paraId="4AF12380" w14:textId="77777777" w:rsidR="00233B5B" w:rsidRPr="000A5B76" w:rsidRDefault="00233B5B"/>
        </w:tc>
        <w:tc>
          <w:tcPr>
            <w:tcW w:w="1317" w:type="dxa"/>
          </w:tcPr>
          <w:p w14:paraId="1FEBC87C" w14:textId="77777777" w:rsidR="00233B5B" w:rsidRPr="000A5B76" w:rsidRDefault="00233B5B"/>
        </w:tc>
        <w:tc>
          <w:tcPr>
            <w:tcW w:w="1317" w:type="dxa"/>
          </w:tcPr>
          <w:p w14:paraId="3376EE80" w14:textId="77777777" w:rsidR="00233B5B" w:rsidRPr="000A5B76" w:rsidRDefault="00233B5B"/>
        </w:tc>
        <w:tc>
          <w:tcPr>
            <w:tcW w:w="1317" w:type="dxa"/>
          </w:tcPr>
          <w:p w14:paraId="74A879D7" w14:textId="77777777" w:rsidR="00233B5B" w:rsidRPr="000A5B76" w:rsidRDefault="00233B5B"/>
        </w:tc>
      </w:tr>
      <w:tr w:rsidR="00233B5B" w:rsidRPr="000A5B76" w14:paraId="21290DFA" w14:textId="77777777">
        <w:trPr>
          <w:jc w:val="center"/>
        </w:trPr>
        <w:tc>
          <w:tcPr>
            <w:tcW w:w="1317" w:type="dxa"/>
          </w:tcPr>
          <w:p w14:paraId="70CE28E4" w14:textId="77777777" w:rsidR="00233B5B" w:rsidRPr="000A5B76" w:rsidRDefault="00233B5B"/>
        </w:tc>
        <w:tc>
          <w:tcPr>
            <w:tcW w:w="1317" w:type="dxa"/>
          </w:tcPr>
          <w:p w14:paraId="30039EF3" w14:textId="77777777" w:rsidR="00233B5B" w:rsidRPr="000A5B76" w:rsidRDefault="00233B5B"/>
        </w:tc>
        <w:tc>
          <w:tcPr>
            <w:tcW w:w="1317" w:type="dxa"/>
          </w:tcPr>
          <w:p w14:paraId="15F5AE51" w14:textId="77777777" w:rsidR="00233B5B" w:rsidRPr="000A5B76" w:rsidRDefault="00233B5B"/>
        </w:tc>
        <w:tc>
          <w:tcPr>
            <w:tcW w:w="1317" w:type="dxa"/>
          </w:tcPr>
          <w:p w14:paraId="0D2D0B55" w14:textId="77777777" w:rsidR="00233B5B" w:rsidRPr="000A5B76" w:rsidRDefault="00233B5B"/>
        </w:tc>
        <w:tc>
          <w:tcPr>
            <w:tcW w:w="1317" w:type="dxa"/>
          </w:tcPr>
          <w:p w14:paraId="14186E4F" w14:textId="77777777" w:rsidR="00233B5B" w:rsidRPr="000A5B76" w:rsidRDefault="00233B5B"/>
        </w:tc>
        <w:tc>
          <w:tcPr>
            <w:tcW w:w="1317" w:type="dxa"/>
          </w:tcPr>
          <w:p w14:paraId="084C898B" w14:textId="77777777" w:rsidR="00233B5B" w:rsidRPr="000A5B76" w:rsidRDefault="00233B5B"/>
        </w:tc>
        <w:tc>
          <w:tcPr>
            <w:tcW w:w="1317" w:type="dxa"/>
          </w:tcPr>
          <w:p w14:paraId="7B455FDA" w14:textId="77777777" w:rsidR="00233B5B" w:rsidRPr="000A5B76" w:rsidRDefault="00233B5B"/>
        </w:tc>
        <w:tc>
          <w:tcPr>
            <w:tcW w:w="1317" w:type="dxa"/>
          </w:tcPr>
          <w:p w14:paraId="2F7B1D8A" w14:textId="77777777" w:rsidR="00233B5B" w:rsidRPr="000A5B76" w:rsidRDefault="00233B5B"/>
        </w:tc>
      </w:tr>
    </w:tbl>
    <w:p w14:paraId="3F09F74D" w14:textId="77777777" w:rsidR="00233B5B" w:rsidRPr="000A5B76" w:rsidRDefault="00000000">
      <w:r w:rsidRPr="000A5B76">
        <w:br/>
        <w:t>Remarques / transmissions :</w:t>
      </w:r>
    </w:p>
    <w:p w14:paraId="7C6129BF" w14:textId="77777777" w:rsidR="00233B5B" w:rsidRPr="000A5B76" w:rsidRDefault="00000000">
      <w:r w:rsidRPr="000A5B76">
        <w:t>________________________________________________________________________</w:t>
      </w:r>
    </w:p>
    <w:p w14:paraId="368B905B" w14:textId="77777777" w:rsidR="00233B5B" w:rsidRPr="000A5B76" w:rsidRDefault="00000000">
      <w:r w:rsidRPr="000A5B76">
        <w:t>________________________________________________________________________</w:t>
      </w:r>
    </w:p>
    <w:p w14:paraId="232DB23A" w14:textId="77777777" w:rsidR="00233B5B" w:rsidRPr="000A5B76" w:rsidRDefault="00000000">
      <w:r w:rsidRPr="000A5B76">
        <w:t>________________________________________________________________________</w:t>
      </w:r>
    </w:p>
    <w:p w14:paraId="2B1B1345" w14:textId="77777777" w:rsidR="00233B5B" w:rsidRPr="000A5B76" w:rsidRDefault="00000000">
      <w:r w:rsidRPr="000A5B76">
        <w:t>________________________________________________________________________</w:t>
      </w:r>
    </w:p>
    <w:p w14:paraId="48BEFA62" w14:textId="77777777" w:rsidR="00233B5B" w:rsidRPr="000A5B76" w:rsidRDefault="00000000">
      <w:r w:rsidRPr="000A5B76">
        <w:br w:type="page"/>
      </w:r>
    </w:p>
    <w:p w14:paraId="619863E8" w14:textId="77777777" w:rsidR="00233B5B" w:rsidRPr="000A5B76" w:rsidRDefault="00000000">
      <w:r w:rsidRPr="000A5B76">
        <w:rPr>
          <w:b/>
          <w:sz w:val="28"/>
        </w:rPr>
        <w:lastRenderedPageBreak/>
        <w:t>4. FICHE D’APPRENTISSAGE — MÉDICAMENTS</w:t>
      </w:r>
    </w:p>
    <w:p w14:paraId="2E3DA11C" w14:textId="77777777" w:rsidR="00233B5B" w:rsidRPr="000A5B76" w:rsidRDefault="00000000">
      <w:r w:rsidRPr="000A5B76">
        <w:t>Ne pas remplacer le dossier médical officiel. Utiliser un code patient et respecter la prescription et les consignes du service.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61"/>
        <w:gridCol w:w="737"/>
        <w:gridCol w:w="1135"/>
        <w:gridCol w:w="791"/>
        <w:gridCol w:w="552"/>
        <w:gridCol w:w="1020"/>
        <w:gridCol w:w="967"/>
        <w:gridCol w:w="1144"/>
      </w:tblGrid>
      <w:tr w:rsidR="00233B5B" w:rsidRPr="000A5B76" w14:paraId="62AF58E0" w14:textId="77777777">
        <w:trPr>
          <w:jc w:val="center"/>
        </w:trPr>
        <w:tc>
          <w:tcPr>
            <w:tcW w:w="1317" w:type="dxa"/>
            <w:shd w:val="clear" w:color="auto" w:fill="D9EAF7"/>
            <w:vAlign w:val="center"/>
          </w:tcPr>
          <w:p w14:paraId="0D5A833F" w14:textId="77777777" w:rsidR="00233B5B" w:rsidRPr="000A5B76" w:rsidRDefault="00000000">
            <w:r w:rsidRPr="000A5B76">
              <w:rPr>
                <w:b/>
              </w:rPr>
              <w:t>Date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6469B3B8" w14:textId="77777777" w:rsidR="00233B5B" w:rsidRPr="000A5B76" w:rsidRDefault="00000000">
            <w:r w:rsidRPr="000A5B76">
              <w:rPr>
                <w:b/>
              </w:rPr>
              <w:t>Code patient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46207DA6" w14:textId="77777777" w:rsidR="00233B5B" w:rsidRPr="000A5B76" w:rsidRDefault="00000000">
            <w:r w:rsidRPr="000A5B76">
              <w:rPr>
                <w:b/>
              </w:rPr>
              <w:t>Médicament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6781210B" w14:textId="77777777" w:rsidR="00233B5B" w:rsidRPr="000A5B76" w:rsidRDefault="00000000">
            <w:r w:rsidRPr="000A5B76">
              <w:rPr>
                <w:b/>
              </w:rPr>
              <w:t>Dosage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5FDD97BC" w14:textId="77777777" w:rsidR="00233B5B" w:rsidRPr="000A5B76" w:rsidRDefault="00000000">
            <w:r w:rsidRPr="000A5B76">
              <w:rPr>
                <w:b/>
              </w:rPr>
              <w:t>Voie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5312E0FC" w14:textId="77777777" w:rsidR="00233B5B" w:rsidRPr="000A5B76" w:rsidRDefault="00000000">
            <w:r w:rsidRPr="000A5B76">
              <w:rPr>
                <w:b/>
              </w:rPr>
              <w:t>Fréquence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164E0DA6" w14:textId="77777777" w:rsidR="00233B5B" w:rsidRPr="000A5B76" w:rsidRDefault="00000000">
            <w:r w:rsidRPr="000A5B76">
              <w:rPr>
                <w:b/>
              </w:rPr>
              <w:t>Indication</w:t>
            </w:r>
          </w:p>
        </w:tc>
        <w:tc>
          <w:tcPr>
            <w:tcW w:w="1317" w:type="dxa"/>
            <w:shd w:val="clear" w:color="auto" w:fill="D9EAF7"/>
            <w:vAlign w:val="center"/>
          </w:tcPr>
          <w:p w14:paraId="4B6E5493" w14:textId="77777777" w:rsidR="00233B5B" w:rsidRPr="000A5B76" w:rsidRDefault="00000000">
            <w:r w:rsidRPr="000A5B76">
              <w:rPr>
                <w:b/>
              </w:rPr>
              <w:t>Observation</w:t>
            </w:r>
          </w:p>
        </w:tc>
      </w:tr>
      <w:tr w:rsidR="00233B5B" w:rsidRPr="000A5B76" w14:paraId="320E562D" w14:textId="77777777">
        <w:trPr>
          <w:jc w:val="center"/>
        </w:trPr>
        <w:tc>
          <w:tcPr>
            <w:tcW w:w="1317" w:type="dxa"/>
          </w:tcPr>
          <w:p w14:paraId="7BF18288" w14:textId="77777777" w:rsidR="00233B5B" w:rsidRPr="000A5B76" w:rsidRDefault="00233B5B"/>
        </w:tc>
        <w:tc>
          <w:tcPr>
            <w:tcW w:w="1317" w:type="dxa"/>
          </w:tcPr>
          <w:p w14:paraId="7B299097" w14:textId="77777777" w:rsidR="00233B5B" w:rsidRPr="000A5B76" w:rsidRDefault="00233B5B"/>
        </w:tc>
        <w:tc>
          <w:tcPr>
            <w:tcW w:w="1317" w:type="dxa"/>
          </w:tcPr>
          <w:p w14:paraId="049CF45C" w14:textId="77777777" w:rsidR="00233B5B" w:rsidRPr="000A5B76" w:rsidRDefault="00233B5B"/>
        </w:tc>
        <w:tc>
          <w:tcPr>
            <w:tcW w:w="1317" w:type="dxa"/>
          </w:tcPr>
          <w:p w14:paraId="14571882" w14:textId="77777777" w:rsidR="00233B5B" w:rsidRPr="000A5B76" w:rsidRDefault="00233B5B"/>
        </w:tc>
        <w:tc>
          <w:tcPr>
            <w:tcW w:w="1317" w:type="dxa"/>
          </w:tcPr>
          <w:p w14:paraId="6C53F7B5" w14:textId="77777777" w:rsidR="00233B5B" w:rsidRPr="000A5B76" w:rsidRDefault="00233B5B"/>
        </w:tc>
        <w:tc>
          <w:tcPr>
            <w:tcW w:w="1317" w:type="dxa"/>
          </w:tcPr>
          <w:p w14:paraId="6C52DBB4" w14:textId="77777777" w:rsidR="00233B5B" w:rsidRPr="000A5B76" w:rsidRDefault="00233B5B"/>
        </w:tc>
        <w:tc>
          <w:tcPr>
            <w:tcW w:w="1317" w:type="dxa"/>
          </w:tcPr>
          <w:p w14:paraId="41C37975" w14:textId="77777777" w:rsidR="00233B5B" w:rsidRPr="000A5B76" w:rsidRDefault="00233B5B"/>
        </w:tc>
        <w:tc>
          <w:tcPr>
            <w:tcW w:w="1317" w:type="dxa"/>
          </w:tcPr>
          <w:p w14:paraId="03175B18" w14:textId="77777777" w:rsidR="00233B5B" w:rsidRPr="000A5B76" w:rsidRDefault="00233B5B"/>
        </w:tc>
      </w:tr>
      <w:tr w:rsidR="00233B5B" w:rsidRPr="000A5B76" w14:paraId="379377FD" w14:textId="77777777">
        <w:trPr>
          <w:jc w:val="center"/>
        </w:trPr>
        <w:tc>
          <w:tcPr>
            <w:tcW w:w="1317" w:type="dxa"/>
          </w:tcPr>
          <w:p w14:paraId="6B0CC780" w14:textId="77777777" w:rsidR="00233B5B" w:rsidRPr="000A5B76" w:rsidRDefault="00233B5B"/>
        </w:tc>
        <w:tc>
          <w:tcPr>
            <w:tcW w:w="1317" w:type="dxa"/>
          </w:tcPr>
          <w:p w14:paraId="644E7175" w14:textId="77777777" w:rsidR="00233B5B" w:rsidRPr="000A5B76" w:rsidRDefault="00233B5B"/>
        </w:tc>
        <w:tc>
          <w:tcPr>
            <w:tcW w:w="1317" w:type="dxa"/>
          </w:tcPr>
          <w:p w14:paraId="30638E5D" w14:textId="77777777" w:rsidR="00233B5B" w:rsidRPr="000A5B76" w:rsidRDefault="00233B5B"/>
        </w:tc>
        <w:tc>
          <w:tcPr>
            <w:tcW w:w="1317" w:type="dxa"/>
          </w:tcPr>
          <w:p w14:paraId="76595F19" w14:textId="77777777" w:rsidR="00233B5B" w:rsidRPr="000A5B76" w:rsidRDefault="00233B5B"/>
        </w:tc>
        <w:tc>
          <w:tcPr>
            <w:tcW w:w="1317" w:type="dxa"/>
          </w:tcPr>
          <w:p w14:paraId="5DA22FB3" w14:textId="77777777" w:rsidR="00233B5B" w:rsidRPr="000A5B76" w:rsidRDefault="00233B5B"/>
        </w:tc>
        <w:tc>
          <w:tcPr>
            <w:tcW w:w="1317" w:type="dxa"/>
          </w:tcPr>
          <w:p w14:paraId="320CDC57" w14:textId="77777777" w:rsidR="00233B5B" w:rsidRPr="000A5B76" w:rsidRDefault="00233B5B"/>
        </w:tc>
        <w:tc>
          <w:tcPr>
            <w:tcW w:w="1317" w:type="dxa"/>
          </w:tcPr>
          <w:p w14:paraId="326DC82D" w14:textId="77777777" w:rsidR="00233B5B" w:rsidRPr="000A5B76" w:rsidRDefault="00233B5B"/>
        </w:tc>
        <w:tc>
          <w:tcPr>
            <w:tcW w:w="1317" w:type="dxa"/>
          </w:tcPr>
          <w:p w14:paraId="38A546A2" w14:textId="77777777" w:rsidR="00233B5B" w:rsidRPr="000A5B76" w:rsidRDefault="00233B5B"/>
        </w:tc>
      </w:tr>
      <w:tr w:rsidR="00233B5B" w:rsidRPr="000A5B76" w14:paraId="0C1AF4ED" w14:textId="77777777">
        <w:trPr>
          <w:jc w:val="center"/>
        </w:trPr>
        <w:tc>
          <w:tcPr>
            <w:tcW w:w="1317" w:type="dxa"/>
          </w:tcPr>
          <w:p w14:paraId="2F6EF529" w14:textId="77777777" w:rsidR="00233B5B" w:rsidRPr="000A5B76" w:rsidRDefault="00233B5B"/>
        </w:tc>
        <w:tc>
          <w:tcPr>
            <w:tcW w:w="1317" w:type="dxa"/>
          </w:tcPr>
          <w:p w14:paraId="4EBFEDFA" w14:textId="77777777" w:rsidR="00233B5B" w:rsidRPr="000A5B76" w:rsidRDefault="00233B5B"/>
        </w:tc>
        <w:tc>
          <w:tcPr>
            <w:tcW w:w="1317" w:type="dxa"/>
          </w:tcPr>
          <w:p w14:paraId="34195F9F" w14:textId="77777777" w:rsidR="00233B5B" w:rsidRPr="000A5B76" w:rsidRDefault="00233B5B"/>
        </w:tc>
        <w:tc>
          <w:tcPr>
            <w:tcW w:w="1317" w:type="dxa"/>
          </w:tcPr>
          <w:p w14:paraId="4C761B65" w14:textId="77777777" w:rsidR="00233B5B" w:rsidRPr="000A5B76" w:rsidRDefault="00233B5B"/>
        </w:tc>
        <w:tc>
          <w:tcPr>
            <w:tcW w:w="1317" w:type="dxa"/>
          </w:tcPr>
          <w:p w14:paraId="6A05DA37" w14:textId="77777777" w:rsidR="00233B5B" w:rsidRPr="000A5B76" w:rsidRDefault="00233B5B"/>
        </w:tc>
        <w:tc>
          <w:tcPr>
            <w:tcW w:w="1317" w:type="dxa"/>
          </w:tcPr>
          <w:p w14:paraId="7D9158BA" w14:textId="77777777" w:rsidR="00233B5B" w:rsidRPr="000A5B76" w:rsidRDefault="00233B5B"/>
        </w:tc>
        <w:tc>
          <w:tcPr>
            <w:tcW w:w="1317" w:type="dxa"/>
          </w:tcPr>
          <w:p w14:paraId="4C05D53A" w14:textId="77777777" w:rsidR="00233B5B" w:rsidRPr="000A5B76" w:rsidRDefault="00233B5B"/>
        </w:tc>
        <w:tc>
          <w:tcPr>
            <w:tcW w:w="1317" w:type="dxa"/>
          </w:tcPr>
          <w:p w14:paraId="16D1DD14" w14:textId="77777777" w:rsidR="00233B5B" w:rsidRPr="000A5B76" w:rsidRDefault="00233B5B"/>
        </w:tc>
      </w:tr>
      <w:tr w:rsidR="00233B5B" w:rsidRPr="000A5B76" w14:paraId="34BF8BF0" w14:textId="77777777">
        <w:trPr>
          <w:jc w:val="center"/>
        </w:trPr>
        <w:tc>
          <w:tcPr>
            <w:tcW w:w="1317" w:type="dxa"/>
          </w:tcPr>
          <w:p w14:paraId="0132E578" w14:textId="77777777" w:rsidR="00233B5B" w:rsidRPr="000A5B76" w:rsidRDefault="00233B5B"/>
        </w:tc>
        <w:tc>
          <w:tcPr>
            <w:tcW w:w="1317" w:type="dxa"/>
          </w:tcPr>
          <w:p w14:paraId="1899D702" w14:textId="77777777" w:rsidR="00233B5B" w:rsidRPr="000A5B76" w:rsidRDefault="00233B5B"/>
        </w:tc>
        <w:tc>
          <w:tcPr>
            <w:tcW w:w="1317" w:type="dxa"/>
          </w:tcPr>
          <w:p w14:paraId="60DA13DC" w14:textId="77777777" w:rsidR="00233B5B" w:rsidRPr="000A5B76" w:rsidRDefault="00233B5B"/>
        </w:tc>
        <w:tc>
          <w:tcPr>
            <w:tcW w:w="1317" w:type="dxa"/>
          </w:tcPr>
          <w:p w14:paraId="2938C3BD" w14:textId="77777777" w:rsidR="00233B5B" w:rsidRPr="000A5B76" w:rsidRDefault="00233B5B"/>
        </w:tc>
        <w:tc>
          <w:tcPr>
            <w:tcW w:w="1317" w:type="dxa"/>
          </w:tcPr>
          <w:p w14:paraId="01B9FF88" w14:textId="77777777" w:rsidR="00233B5B" w:rsidRPr="000A5B76" w:rsidRDefault="00233B5B"/>
        </w:tc>
        <w:tc>
          <w:tcPr>
            <w:tcW w:w="1317" w:type="dxa"/>
          </w:tcPr>
          <w:p w14:paraId="578CBE06" w14:textId="77777777" w:rsidR="00233B5B" w:rsidRPr="000A5B76" w:rsidRDefault="00233B5B"/>
        </w:tc>
        <w:tc>
          <w:tcPr>
            <w:tcW w:w="1317" w:type="dxa"/>
          </w:tcPr>
          <w:p w14:paraId="4D62E02C" w14:textId="77777777" w:rsidR="00233B5B" w:rsidRPr="000A5B76" w:rsidRDefault="00233B5B"/>
        </w:tc>
        <w:tc>
          <w:tcPr>
            <w:tcW w:w="1317" w:type="dxa"/>
          </w:tcPr>
          <w:p w14:paraId="653EC95B" w14:textId="77777777" w:rsidR="00233B5B" w:rsidRPr="000A5B76" w:rsidRDefault="00233B5B"/>
        </w:tc>
      </w:tr>
      <w:tr w:rsidR="00233B5B" w:rsidRPr="000A5B76" w14:paraId="0F76C394" w14:textId="77777777">
        <w:trPr>
          <w:jc w:val="center"/>
        </w:trPr>
        <w:tc>
          <w:tcPr>
            <w:tcW w:w="1317" w:type="dxa"/>
          </w:tcPr>
          <w:p w14:paraId="336854E6" w14:textId="77777777" w:rsidR="00233B5B" w:rsidRPr="000A5B76" w:rsidRDefault="00233B5B"/>
        </w:tc>
        <w:tc>
          <w:tcPr>
            <w:tcW w:w="1317" w:type="dxa"/>
          </w:tcPr>
          <w:p w14:paraId="448DC5CF" w14:textId="77777777" w:rsidR="00233B5B" w:rsidRPr="000A5B76" w:rsidRDefault="00233B5B"/>
        </w:tc>
        <w:tc>
          <w:tcPr>
            <w:tcW w:w="1317" w:type="dxa"/>
          </w:tcPr>
          <w:p w14:paraId="0DEA7044" w14:textId="77777777" w:rsidR="00233B5B" w:rsidRPr="000A5B76" w:rsidRDefault="00233B5B"/>
        </w:tc>
        <w:tc>
          <w:tcPr>
            <w:tcW w:w="1317" w:type="dxa"/>
          </w:tcPr>
          <w:p w14:paraId="75E1A0EA" w14:textId="77777777" w:rsidR="00233B5B" w:rsidRPr="000A5B76" w:rsidRDefault="00233B5B"/>
        </w:tc>
        <w:tc>
          <w:tcPr>
            <w:tcW w:w="1317" w:type="dxa"/>
          </w:tcPr>
          <w:p w14:paraId="6BE72465" w14:textId="77777777" w:rsidR="00233B5B" w:rsidRPr="000A5B76" w:rsidRDefault="00233B5B"/>
        </w:tc>
        <w:tc>
          <w:tcPr>
            <w:tcW w:w="1317" w:type="dxa"/>
          </w:tcPr>
          <w:p w14:paraId="1D6C2C68" w14:textId="77777777" w:rsidR="00233B5B" w:rsidRPr="000A5B76" w:rsidRDefault="00233B5B"/>
        </w:tc>
        <w:tc>
          <w:tcPr>
            <w:tcW w:w="1317" w:type="dxa"/>
          </w:tcPr>
          <w:p w14:paraId="59F0530B" w14:textId="77777777" w:rsidR="00233B5B" w:rsidRPr="000A5B76" w:rsidRDefault="00233B5B"/>
        </w:tc>
        <w:tc>
          <w:tcPr>
            <w:tcW w:w="1317" w:type="dxa"/>
          </w:tcPr>
          <w:p w14:paraId="73AEAEDA" w14:textId="77777777" w:rsidR="00233B5B" w:rsidRPr="000A5B76" w:rsidRDefault="00233B5B"/>
        </w:tc>
      </w:tr>
      <w:tr w:rsidR="00233B5B" w:rsidRPr="000A5B76" w14:paraId="63EC36F8" w14:textId="77777777">
        <w:trPr>
          <w:jc w:val="center"/>
        </w:trPr>
        <w:tc>
          <w:tcPr>
            <w:tcW w:w="1317" w:type="dxa"/>
          </w:tcPr>
          <w:p w14:paraId="5A39CB46" w14:textId="77777777" w:rsidR="00233B5B" w:rsidRPr="000A5B76" w:rsidRDefault="00233B5B"/>
        </w:tc>
        <w:tc>
          <w:tcPr>
            <w:tcW w:w="1317" w:type="dxa"/>
          </w:tcPr>
          <w:p w14:paraId="76381358" w14:textId="77777777" w:rsidR="00233B5B" w:rsidRPr="000A5B76" w:rsidRDefault="00233B5B"/>
        </w:tc>
        <w:tc>
          <w:tcPr>
            <w:tcW w:w="1317" w:type="dxa"/>
          </w:tcPr>
          <w:p w14:paraId="604B0BC8" w14:textId="77777777" w:rsidR="00233B5B" w:rsidRPr="000A5B76" w:rsidRDefault="00233B5B"/>
        </w:tc>
        <w:tc>
          <w:tcPr>
            <w:tcW w:w="1317" w:type="dxa"/>
          </w:tcPr>
          <w:p w14:paraId="3A0FD864" w14:textId="77777777" w:rsidR="00233B5B" w:rsidRPr="000A5B76" w:rsidRDefault="00233B5B"/>
        </w:tc>
        <w:tc>
          <w:tcPr>
            <w:tcW w:w="1317" w:type="dxa"/>
          </w:tcPr>
          <w:p w14:paraId="0CED3AEA" w14:textId="77777777" w:rsidR="00233B5B" w:rsidRPr="000A5B76" w:rsidRDefault="00233B5B"/>
        </w:tc>
        <w:tc>
          <w:tcPr>
            <w:tcW w:w="1317" w:type="dxa"/>
          </w:tcPr>
          <w:p w14:paraId="03F9DA89" w14:textId="77777777" w:rsidR="00233B5B" w:rsidRPr="000A5B76" w:rsidRDefault="00233B5B"/>
        </w:tc>
        <w:tc>
          <w:tcPr>
            <w:tcW w:w="1317" w:type="dxa"/>
          </w:tcPr>
          <w:p w14:paraId="23415DBD" w14:textId="77777777" w:rsidR="00233B5B" w:rsidRPr="000A5B76" w:rsidRDefault="00233B5B"/>
        </w:tc>
        <w:tc>
          <w:tcPr>
            <w:tcW w:w="1317" w:type="dxa"/>
          </w:tcPr>
          <w:p w14:paraId="1DB5D655" w14:textId="77777777" w:rsidR="00233B5B" w:rsidRPr="000A5B76" w:rsidRDefault="00233B5B"/>
        </w:tc>
      </w:tr>
      <w:tr w:rsidR="00233B5B" w:rsidRPr="000A5B76" w14:paraId="54DCD9C8" w14:textId="77777777">
        <w:trPr>
          <w:jc w:val="center"/>
        </w:trPr>
        <w:tc>
          <w:tcPr>
            <w:tcW w:w="1317" w:type="dxa"/>
          </w:tcPr>
          <w:p w14:paraId="7805BBDB" w14:textId="77777777" w:rsidR="00233B5B" w:rsidRPr="000A5B76" w:rsidRDefault="00233B5B"/>
        </w:tc>
        <w:tc>
          <w:tcPr>
            <w:tcW w:w="1317" w:type="dxa"/>
          </w:tcPr>
          <w:p w14:paraId="0F04B2C1" w14:textId="77777777" w:rsidR="00233B5B" w:rsidRPr="000A5B76" w:rsidRDefault="00233B5B"/>
        </w:tc>
        <w:tc>
          <w:tcPr>
            <w:tcW w:w="1317" w:type="dxa"/>
          </w:tcPr>
          <w:p w14:paraId="424A42B2" w14:textId="77777777" w:rsidR="00233B5B" w:rsidRPr="000A5B76" w:rsidRDefault="00233B5B"/>
        </w:tc>
        <w:tc>
          <w:tcPr>
            <w:tcW w:w="1317" w:type="dxa"/>
          </w:tcPr>
          <w:p w14:paraId="35ED836D" w14:textId="77777777" w:rsidR="00233B5B" w:rsidRPr="000A5B76" w:rsidRDefault="00233B5B"/>
        </w:tc>
        <w:tc>
          <w:tcPr>
            <w:tcW w:w="1317" w:type="dxa"/>
          </w:tcPr>
          <w:p w14:paraId="73D7C17D" w14:textId="77777777" w:rsidR="00233B5B" w:rsidRPr="000A5B76" w:rsidRDefault="00233B5B"/>
        </w:tc>
        <w:tc>
          <w:tcPr>
            <w:tcW w:w="1317" w:type="dxa"/>
          </w:tcPr>
          <w:p w14:paraId="3726D0E5" w14:textId="77777777" w:rsidR="00233B5B" w:rsidRPr="000A5B76" w:rsidRDefault="00233B5B"/>
        </w:tc>
        <w:tc>
          <w:tcPr>
            <w:tcW w:w="1317" w:type="dxa"/>
          </w:tcPr>
          <w:p w14:paraId="6728BE07" w14:textId="77777777" w:rsidR="00233B5B" w:rsidRPr="000A5B76" w:rsidRDefault="00233B5B"/>
        </w:tc>
        <w:tc>
          <w:tcPr>
            <w:tcW w:w="1317" w:type="dxa"/>
          </w:tcPr>
          <w:p w14:paraId="210EEE68" w14:textId="77777777" w:rsidR="00233B5B" w:rsidRPr="000A5B76" w:rsidRDefault="00233B5B"/>
        </w:tc>
      </w:tr>
      <w:tr w:rsidR="00233B5B" w:rsidRPr="000A5B76" w14:paraId="20C36804" w14:textId="77777777">
        <w:trPr>
          <w:jc w:val="center"/>
        </w:trPr>
        <w:tc>
          <w:tcPr>
            <w:tcW w:w="1317" w:type="dxa"/>
          </w:tcPr>
          <w:p w14:paraId="379BAADE" w14:textId="77777777" w:rsidR="00233B5B" w:rsidRPr="000A5B76" w:rsidRDefault="00233B5B"/>
        </w:tc>
        <w:tc>
          <w:tcPr>
            <w:tcW w:w="1317" w:type="dxa"/>
          </w:tcPr>
          <w:p w14:paraId="69F6DEFD" w14:textId="77777777" w:rsidR="00233B5B" w:rsidRPr="000A5B76" w:rsidRDefault="00233B5B"/>
        </w:tc>
        <w:tc>
          <w:tcPr>
            <w:tcW w:w="1317" w:type="dxa"/>
          </w:tcPr>
          <w:p w14:paraId="3ED56FAB" w14:textId="77777777" w:rsidR="00233B5B" w:rsidRPr="000A5B76" w:rsidRDefault="00233B5B"/>
        </w:tc>
        <w:tc>
          <w:tcPr>
            <w:tcW w:w="1317" w:type="dxa"/>
          </w:tcPr>
          <w:p w14:paraId="1D29D235" w14:textId="77777777" w:rsidR="00233B5B" w:rsidRPr="000A5B76" w:rsidRDefault="00233B5B"/>
        </w:tc>
        <w:tc>
          <w:tcPr>
            <w:tcW w:w="1317" w:type="dxa"/>
          </w:tcPr>
          <w:p w14:paraId="687201FC" w14:textId="77777777" w:rsidR="00233B5B" w:rsidRPr="000A5B76" w:rsidRDefault="00233B5B"/>
        </w:tc>
        <w:tc>
          <w:tcPr>
            <w:tcW w:w="1317" w:type="dxa"/>
          </w:tcPr>
          <w:p w14:paraId="78C30C5E" w14:textId="77777777" w:rsidR="00233B5B" w:rsidRPr="000A5B76" w:rsidRDefault="00233B5B"/>
        </w:tc>
        <w:tc>
          <w:tcPr>
            <w:tcW w:w="1317" w:type="dxa"/>
          </w:tcPr>
          <w:p w14:paraId="6DBE5A99" w14:textId="77777777" w:rsidR="00233B5B" w:rsidRPr="000A5B76" w:rsidRDefault="00233B5B"/>
        </w:tc>
        <w:tc>
          <w:tcPr>
            <w:tcW w:w="1317" w:type="dxa"/>
          </w:tcPr>
          <w:p w14:paraId="3AA68184" w14:textId="77777777" w:rsidR="00233B5B" w:rsidRPr="000A5B76" w:rsidRDefault="00233B5B"/>
        </w:tc>
      </w:tr>
    </w:tbl>
    <w:p w14:paraId="037A2ABD" w14:textId="77777777" w:rsidR="00233B5B" w:rsidRPr="000A5B76" w:rsidRDefault="00000000">
      <w:r w:rsidRPr="000A5B76">
        <w:br/>
        <w:t>Pour un médicament à étudier 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407"/>
      </w:tblGrid>
      <w:tr w:rsidR="00233B5B" w:rsidRPr="000A5B76" w14:paraId="6FD2BF41" w14:textId="77777777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00C63A81" w14:textId="77777777" w:rsidR="00233B5B" w:rsidRPr="000A5B76" w:rsidRDefault="00000000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4FBF0FEC" w14:textId="77777777" w:rsidR="00233B5B" w:rsidRPr="000A5B76" w:rsidRDefault="00000000">
            <w:r w:rsidRPr="000A5B76">
              <w:rPr>
                <w:b/>
              </w:rPr>
              <w:t>Notes</w:t>
            </w:r>
          </w:p>
        </w:tc>
      </w:tr>
      <w:tr w:rsidR="00233B5B" w:rsidRPr="000A5B76" w14:paraId="0C150995" w14:textId="77777777">
        <w:trPr>
          <w:jc w:val="center"/>
        </w:trPr>
        <w:tc>
          <w:tcPr>
            <w:tcW w:w="5270" w:type="dxa"/>
          </w:tcPr>
          <w:p w14:paraId="030002D9" w14:textId="77777777" w:rsidR="00233B5B" w:rsidRPr="000A5B76" w:rsidRDefault="00233B5B"/>
        </w:tc>
        <w:tc>
          <w:tcPr>
            <w:tcW w:w="5270" w:type="dxa"/>
          </w:tcPr>
          <w:p w14:paraId="3279F767" w14:textId="77777777" w:rsidR="00233B5B" w:rsidRPr="000A5B76" w:rsidRDefault="00233B5B"/>
        </w:tc>
      </w:tr>
      <w:tr w:rsidR="00233B5B" w:rsidRPr="000A5B76" w14:paraId="40EB1BB8" w14:textId="77777777">
        <w:trPr>
          <w:jc w:val="center"/>
        </w:trPr>
        <w:tc>
          <w:tcPr>
            <w:tcW w:w="5270" w:type="dxa"/>
          </w:tcPr>
          <w:p w14:paraId="1E1D5779" w14:textId="77777777" w:rsidR="00233B5B" w:rsidRPr="000A5B76" w:rsidRDefault="00233B5B"/>
        </w:tc>
        <w:tc>
          <w:tcPr>
            <w:tcW w:w="5270" w:type="dxa"/>
          </w:tcPr>
          <w:p w14:paraId="66B1753A" w14:textId="77777777" w:rsidR="00233B5B" w:rsidRPr="000A5B76" w:rsidRDefault="00233B5B"/>
        </w:tc>
      </w:tr>
      <w:tr w:rsidR="00233B5B" w:rsidRPr="000A5B76" w14:paraId="310399F0" w14:textId="77777777">
        <w:trPr>
          <w:jc w:val="center"/>
        </w:trPr>
        <w:tc>
          <w:tcPr>
            <w:tcW w:w="5270" w:type="dxa"/>
          </w:tcPr>
          <w:p w14:paraId="16934008" w14:textId="77777777" w:rsidR="00233B5B" w:rsidRPr="000A5B76" w:rsidRDefault="00233B5B"/>
        </w:tc>
        <w:tc>
          <w:tcPr>
            <w:tcW w:w="5270" w:type="dxa"/>
          </w:tcPr>
          <w:p w14:paraId="2A0C32BF" w14:textId="77777777" w:rsidR="00233B5B" w:rsidRPr="000A5B76" w:rsidRDefault="00233B5B"/>
        </w:tc>
      </w:tr>
      <w:tr w:rsidR="00233B5B" w:rsidRPr="000A5B76" w14:paraId="4A9BE2AA" w14:textId="77777777">
        <w:trPr>
          <w:jc w:val="center"/>
        </w:trPr>
        <w:tc>
          <w:tcPr>
            <w:tcW w:w="5270" w:type="dxa"/>
          </w:tcPr>
          <w:p w14:paraId="723549C7" w14:textId="77777777" w:rsidR="00233B5B" w:rsidRPr="000A5B76" w:rsidRDefault="00233B5B"/>
        </w:tc>
        <w:tc>
          <w:tcPr>
            <w:tcW w:w="5270" w:type="dxa"/>
          </w:tcPr>
          <w:p w14:paraId="015C3CFA" w14:textId="77777777" w:rsidR="00233B5B" w:rsidRPr="000A5B76" w:rsidRDefault="00233B5B"/>
        </w:tc>
      </w:tr>
      <w:tr w:rsidR="00233B5B" w:rsidRPr="000A5B76" w14:paraId="55E6222C" w14:textId="77777777">
        <w:trPr>
          <w:jc w:val="center"/>
        </w:trPr>
        <w:tc>
          <w:tcPr>
            <w:tcW w:w="5270" w:type="dxa"/>
          </w:tcPr>
          <w:p w14:paraId="5953752A" w14:textId="77777777" w:rsidR="00233B5B" w:rsidRPr="000A5B76" w:rsidRDefault="00233B5B"/>
        </w:tc>
        <w:tc>
          <w:tcPr>
            <w:tcW w:w="5270" w:type="dxa"/>
          </w:tcPr>
          <w:p w14:paraId="71C2B6A7" w14:textId="77777777" w:rsidR="00233B5B" w:rsidRPr="000A5B76" w:rsidRDefault="00233B5B"/>
        </w:tc>
      </w:tr>
      <w:tr w:rsidR="00233B5B" w:rsidRPr="000A5B76" w14:paraId="1FD24EB3" w14:textId="77777777">
        <w:trPr>
          <w:jc w:val="center"/>
        </w:trPr>
        <w:tc>
          <w:tcPr>
            <w:tcW w:w="5270" w:type="dxa"/>
          </w:tcPr>
          <w:p w14:paraId="78B9D569" w14:textId="77777777" w:rsidR="00233B5B" w:rsidRPr="000A5B76" w:rsidRDefault="00233B5B"/>
        </w:tc>
        <w:tc>
          <w:tcPr>
            <w:tcW w:w="5270" w:type="dxa"/>
          </w:tcPr>
          <w:p w14:paraId="0C3D1EC6" w14:textId="77777777" w:rsidR="00233B5B" w:rsidRPr="000A5B76" w:rsidRDefault="00233B5B"/>
        </w:tc>
      </w:tr>
    </w:tbl>
    <w:p w14:paraId="6221E86A" w14:textId="77777777" w:rsidR="00233B5B" w:rsidRPr="000A5B76" w:rsidRDefault="00000000">
      <w:r w:rsidRPr="000A5B76">
        <w:br w:type="page"/>
      </w:r>
    </w:p>
    <w:p w14:paraId="49DE1DF9" w14:textId="77777777" w:rsidR="00233B5B" w:rsidRPr="000A5B76" w:rsidRDefault="00000000">
      <w:r w:rsidRPr="000A5B76">
        <w:rPr>
          <w:b/>
          <w:sz w:val="28"/>
        </w:rPr>
        <w:lastRenderedPageBreak/>
        <w:t>5. ACTES ET COMPÉTENCES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528"/>
        <w:gridCol w:w="1220"/>
        <w:gridCol w:w="953"/>
        <w:gridCol w:w="1316"/>
        <w:gridCol w:w="953"/>
        <w:gridCol w:w="937"/>
      </w:tblGrid>
      <w:tr w:rsidR="00233B5B" w:rsidRPr="000A5B76" w14:paraId="20EF0369" w14:textId="77777777">
        <w:trPr>
          <w:jc w:val="center"/>
        </w:trPr>
        <w:tc>
          <w:tcPr>
            <w:tcW w:w="1757" w:type="dxa"/>
            <w:shd w:val="clear" w:color="auto" w:fill="D9EAF7"/>
            <w:vAlign w:val="center"/>
          </w:tcPr>
          <w:p w14:paraId="6930AFC6" w14:textId="77777777" w:rsidR="00233B5B" w:rsidRPr="000A5B76" w:rsidRDefault="00000000">
            <w:r w:rsidRPr="000A5B76">
              <w:rPr>
                <w:b/>
              </w:rPr>
              <w:t>Compétence</w:t>
            </w:r>
          </w:p>
        </w:tc>
        <w:tc>
          <w:tcPr>
            <w:tcW w:w="1757" w:type="dxa"/>
            <w:shd w:val="clear" w:color="auto" w:fill="D9EAF7"/>
            <w:vAlign w:val="center"/>
          </w:tcPr>
          <w:p w14:paraId="0BD4225D" w14:textId="77777777" w:rsidR="00233B5B" w:rsidRPr="000A5B76" w:rsidRDefault="00000000">
            <w:r w:rsidRPr="000A5B76">
              <w:rPr>
                <w:b/>
              </w:rPr>
              <w:t>Observé</w:t>
            </w:r>
          </w:p>
        </w:tc>
        <w:tc>
          <w:tcPr>
            <w:tcW w:w="1757" w:type="dxa"/>
            <w:shd w:val="clear" w:color="auto" w:fill="D9EAF7"/>
            <w:vAlign w:val="center"/>
          </w:tcPr>
          <w:p w14:paraId="6436FEAF" w14:textId="77777777" w:rsidR="00233B5B" w:rsidRPr="000A5B76" w:rsidRDefault="00000000">
            <w:r w:rsidRPr="000A5B76">
              <w:rPr>
                <w:b/>
              </w:rPr>
              <w:t>Aidé</w:t>
            </w:r>
          </w:p>
        </w:tc>
        <w:tc>
          <w:tcPr>
            <w:tcW w:w="1757" w:type="dxa"/>
            <w:shd w:val="clear" w:color="auto" w:fill="D9EAF7"/>
            <w:vAlign w:val="center"/>
          </w:tcPr>
          <w:p w14:paraId="2CD5628E" w14:textId="77777777" w:rsidR="00233B5B" w:rsidRPr="000A5B76" w:rsidRDefault="00000000">
            <w:r w:rsidRPr="000A5B76">
              <w:rPr>
                <w:b/>
              </w:rPr>
              <w:t>Réalisé supervisé</w:t>
            </w:r>
          </w:p>
        </w:tc>
        <w:tc>
          <w:tcPr>
            <w:tcW w:w="1757" w:type="dxa"/>
            <w:shd w:val="clear" w:color="auto" w:fill="D9EAF7"/>
            <w:vAlign w:val="center"/>
          </w:tcPr>
          <w:p w14:paraId="1132B968" w14:textId="77777777" w:rsidR="00233B5B" w:rsidRPr="000A5B76" w:rsidRDefault="00000000">
            <w:r w:rsidRPr="000A5B76">
              <w:rPr>
                <w:b/>
              </w:rPr>
              <w:t>Date</w:t>
            </w:r>
          </w:p>
        </w:tc>
        <w:tc>
          <w:tcPr>
            <w:tcW w:w="1757" w:type="dxa"/>
            <w:shd w:val="clear" w:color="auto" w:fill="D9EAF7"/>
            <w:vAlign w:val="center"/>
          </w:tcPr>
          <w:p w14:paraId="61FF79C2" w14:textId="77777777" w:rsidR="00233B5B" w:rsidRPr="000A5B76" w:rsidRDefault="00000000">
            <w:r w:rsidRPr="000A5B76">
              <w:rPr>
                <w:b/>
              </w:rPr>
              <w:t>Visa</w:t>
            </w:r>
          </w:p>
        </w:tc>
      </w:tr>
      <w:tr w:rsidR="00233B5B" w:rsidRPr="000A5B76" w14:paraId="2BF9D3D8" w14:textId="77777777">
        <w:trPr>
          <w:jc w:val="center"/>
        </w:trPr>
        <w:tc>
          <w:tcPr>
            <w:tcW w:w="1757" w:type="dxa"/>
          </w:tcPr>
          <w:p w14:paraId="0C629742" w14:textId="77777777" w:rsidR="00233B5B" w:rsidRPr="000A5B76" w:rsidRDefault="00000000">
            <w:r w:rsidRPr="000A5B76">
              <w:t>Accueil et installation du patient</w:t>
            </w:r>
          </w:p>
        </w:tc>
        <w:tc>
          <w:tcPr>
            <w:tcW w:w="1757" w:type="dxa"/>
          </w:tcPr>
          <w:p w14:paraId="3D5176B9" w14:textId="77777777" w:rsidR="00233B5B" w:rsidRPr="000A5B76" w:rsidRDefault="00233B5B"/>
        </w:tc>
        <w:tc>
          <w:tcPr>
            <w:tcW w:w="1757" w:type="dxa"/>
          </w:tcPr>
          <w:p w14:paraId="79447670" w14:textId="77777777" w:rsidR="00233B5B" w:rsidRPr="000A5B76" w:rsidRDefault="00233B5B"/>
        </w:tc>
        <w:tc>
          <w:tcPr>
            <w:tcW w:w="1757" w:type="dxa"/>
          </w:tcPr>
          <w:p w14:paraId="5280A1B8" w14:textId="77777777" w:rsidR="00233B5B" w:rsidRPr="000A5B76" w:rsidRDefault="00233B5B"/>
        </w:tc>
        <w:tc>
          <w:tcPr>
            <w:tcW w:w="1757" w:type="dxa"/>
          </w:tcPr>
          <w:p w14:paraId="2BC8F393" w14:textId="77777777" w:rsidR="00233B5B" w:rsidRPr="000A5B76" w:rsidRDefault="00233B5B"/>
        </w:tc>
        <w:tc>
          <w:tcPr>
            <w:tcW w:w="1757" w:type="dxa"/>
          </w:tcPr>
          <w:p w14:paraId="57351F2D" w14:textId="77777777" w:rsidR="00233B5B" w:rsidRPr="000A5B76" w:rsidRDefault="00233B5B"/>
        </w:tc>
      </w:tr>
      <w:tr w:rsidR="00233B5B" w:rsidRPr="000A5B76" w14:paraId="1C12DCE0" w14:textId="77777777">
        <w:trPr>
          <w:jc w:val="center"/>
        </w:trPr>
        <w:tc>
          <w:tcPr>
            <w:tcW w:w="1757" w:type="dxa"/>
          </w:tcPr>
          <w:p w14:paraId="2A40DEC9" w14:textId="77777777" w:rsidR="00233B5B" w:rsidRPr="000A5B76" w:rsidRDefault="00000000">
            <w:r w:rsidRPr="000A5B76">
              <w:t>Prise de température</w:t>
            </w:r>
          </w:p>
        </w:tc>
        <w:tc>
          <w:tcPr>
            <w:tcW w:w="1757" w:type="dxa"/>
          </w:tcPr>
          <w:p w14:paraId="15AF8C47" w14:textId="77777777" w:rsidR="00233B5B" w:rsidRPr="000A5B76" w:rsidRDefault="00233B5B"/>
        </w:tc>
        <w:tc>
          <w:tcPr>
            <w:tcW w:w="1757" w:type="dxa"/>
          </w:tcPr>
          <w:p w14:paraId="0AA54FAC" w14:textId="77777777" w:rsidR="00233B5B" w:rsidRPr="000A5B76" w:rsidRDefault="00233B5B"/>
        </w:tc>
        <w:tc>
          <w:tcPr>
            <w:tcW w:w="1757" w:type="dxa"/>
          </w:tcPr>
          <w:p w14:paraId="02EE1EBA" w14:textId="77777777" w:rsidR="00233B5B" w:rsidRPr="000A5B76" w:rsidRDefault="00233B5B"/>
        </w:tc>
        <w:tc>
          <w:tcPr>
            <w:tcW w:w="1757" w:type="dxa"/>
          </w:tcPr>
          <w:p w14:paraId="041D839D" w14:textId="77777777" w:rsidR="00233B5B" w:rsidRPr="000A5B76" w:rsidRDefault="00233B5B"/>
        </w:tc>
        <w:tc>
          <w:tcPr>
            <w:tcW w:w="1757" w:type="dxa"/>
          </w:tcPr>
          <w:p w14:paraId="7B4EE0CC" w14:textId="77777777" w:rsidR="00233B5B" w:rsidRPr="000A5B76" w:rsidRDefault="00233B5B"/>
        </w:tc>
      </w:tr>
      <w:tr w:rsidR="00233B5B" w:rsidRPr="000A5B76" w14:paraId="21DF4A8A" w14:textId="77777777">
        <w:trPr>
          <w:jc w:val="center"/>
        </w:trPr>
        <w:tc>
          <w:tcPr>
            <w:tcW w:w="1757" w:type="dxa"/>
          </w:tcPr>
          <w:p w14:paraId="1AB041CA" w14:textId="77777777" w:rsidR="00233B5B" w:rsidRPr="000A5B76" w:rsidRDefault="00000000">
            <w:r w:rsidRPr="000A5B76">
              <w:t>Prise du pouls</w:t>
            </w:r>
          </w:p>
        </w:tc>
        <w:tc>
          <w:tcPr>
            <w:tcW w:w="1757" w:type="dxa"/>
          </w:tcPr>
          <w:p w14:paraId="76D88FA3" w14:textId="77777777" w:rsidR="00233B5B" w:rsidRPr="000A5B76" w:rsidRDefault="00233B5B"/>
        </w:tc>
        <w:tc>
          <w:tcPr>
            <w:tcW w:w="1757" w:type="dxa"/>
          </w:tcPr>
          <w:p w14:paraId="6D0B5553" w14:textId="77777777" w:rsidR="00233B5B" w:rsidRPr="000A5B76" w:rsidRDefault="00233B5B"/>
        </w:tc>
        <w:tc>
          <w:tcPr>
            <w:tcW w:w="1757" w:type="dxa"/>
          </w:tcPr>
          <w:p w14:paraId="66D54DC2" w14:textId="77777777" w:rsidR="00233B5B" w:rsidRPr="000A5B76" w:rsidRDefault="00233B5B"/>
        </w:tc>
        <w:tc>
          <w:tcPr>
            <w:tcW w:w="1757" w:type="dxa"/>
          </w:tcPr>
          <w:p w14:paraId="2014E804" w14:textId="77777777" w:rsidR="00233B5B" w:rsidRPr="000A5B76" w:rsidRDefault="00233B5B"/>
        </w:tc>
        <w:tc>
          <w:tcPr>
            <w:tcW w:w="1757" w:type="dxa"/>
          </w:tcPr>
          <w:p w14:paraId="5D15A171" w14:textId="77777777" w:rsidR="00233B5B" w:rsidRPr="000A5B76" w:rsidRDefault="00233B5B"/>
        </w:tc>
      </w:tr>
      <w:tr w:rsidR="00233B5B" w:rsidRPr="000A5B76" w14:paraId="2B9E2658" w14:textId="77777777">
        <w:trPr>
          <w:jc w:val="center"/>
        </w:trPr>
        <w:tc>
          <w:tcPr>
            <w:tcW w:w="1757" w:type="dxa"/>
          </w:tcPr>
          <w:p w14:paraId="0E3B457C" w14:textId="77777777" w:rsidR="00233B5B" w:rsidRPr="000A5B76" w:rsidRDefault="00000000">
            <w:r w:rsidRPr="000A5B76">
              <w:t>Mesure de la tension artérielle</w:t>
            </w:r>
          </w:p>
        </w:tc>
        <w:tc>
          <w:tcPr>
            <w:tcW w:w="1757" w:type="dxa"/>
          </w:tcPr>
          <w:p w14:paraId="12E5661D" w14:textId="77777777" w:rsidR="00233B5B" w:rsidRPr="000A5B76" w:rsidRDefault="00233B5B"/>
        </w:tc>
        <w:tc>
          <w:tcPr>
            <w:tcW w:w="1757" w:type="dxa"/>
          </w:tcPr>
          <w:p w14:paraId="058B25A1" w14:textId="77777777" w:rsidR="00233B5B" w:rsidRPr="000A5B76" w:rsidRDefault="00233B5B"/>
        </w:tc>
        <w:tc>
          <w:tcPr>
            <w:tcW w:w="1757" w:type="dxa"/>
          </w:tcPr>
          <w:p w14:paraId="462F42B7" w14:textId="77777777" w:rsidR="00233B5B" w:rsidRPr="000A5B76" w:rsidRDefault="00233B5B"/>
        </w:tc>
        <w:tc>
          <w:tcPr>
            <w:tcW w:w="1757" w:type="dxa"/>
          </w:tcPr>
          <w:p w14:paraId="1E1F4D49" w14:textId="77777777" w:rsidR="00233B5B" w:rsidRPr="000A5B76" w:rsidRDefault="00233B5B"/>
        </w:tc>
        <w:tc>
          <w:tcPr>
            <w:tcW w:w="1757" w:type="dxa"/>
          </w:tcPr>
          <w:p w14:paraId="31E4A517" w14:textId="77777777" w:rsidR="00233B5B" w:rsidRPr="000A5B76" w:rsidRDefault="00233B5B"/>
        </w:tc>
      </w:tr>
      <w:tr w:rsidR="00233B5B" w:rsidRPr="000A5B76" w14:paraId="70237AE7" w14:textId="77777777">
        <w:trPr>
          <w:jc w:val="center"/>
        </w:trPr>
        <w:tc>
          <w:tcPr>
            <w:tcW w:w="1757" w:type="dxa"/>
          </w:tcPr>
          <w:p w14:paraId="6D31C047" w14:textId="77777777" w:rsidR="00233B5B" w:rsidRPr="000A5B76" w:rsidRDefault="00000000">
            <w:r w:rsidRPr="000A5B76">
              <w:t xml:space="preserve">Mesure de la </w:t>
            </w:r>
            <w:proofErr w:type="spellStart"/>
            <w:r w:rsidRPr="000A5B76">
              <w:t>SpO</w:t>
            </w:r>
            <w:proofErr w:type="spellEnd"/>
            <w:r w:rsidRPr="000A5B76">
              <w:t>₂</w:t>
            </w:r>
          </w:p>
        </w:tc>
        <w:tc>
          <w:tcPr>
            <w:tcW w:w="1757" w:type="dxa"/>
          </w:tcPr>
          <w:p w14:paraId="28AA5A7B" w14:textId="77777777" w:rsidR="00233B5B" w:rsidRPr="000A5B76" w:rsidRDefault="00233B5B"/>
        </w:tc>
        <w:tc>
          <w:tcPr>
            <w:tcW w:w="1757" w:type="dxa"/>
          </w:tcPr>
          <w:p w14:paraId="2A5DEFBC" w14:textId="77777777" w:rsidR="00233B5B" w:rsidRPr="000A5B76" w:rsidRDefault="00233B5B"/>
        </w:tc>
        <w:tc>
          <w:tcPr>
            <w:tcW w:w="1757" w:type="dxa"/>
          </w:tcPr>
          <w:p w14:paraId="70C2CAF9" w14:textId="77777777" w:rsidR="00233B5B" w:rsidRPr="000A5B76" w:rsidRDefault="00233B5B"/>
        </w:tc>
        <w:tc>
          <w:tcPr>
            <w:tcW w:w="1757" w:type="dxa"/>
          </w:tcPr>
          <w:p w14:paraId="7BF19DD3" w14:textId="77777777" w:rsidR="00233B5B" w:rsidRPr="000A5B76" w:rsidRDefault="00233B5B"/>
        </w:tc>
        <w:tc>
          <w:tcPr>
            <w:tcW w:w="1757" w:type="dxa"/>
          </w:tcPr>
          <w:p w14:paraId="7F40B317" w14:textId="77777777" w:rsidR="00233B5B" w:rsidRPr="000A5B76" w:rsidRDefault="00233B5B"/>
        </w:tc>
      </w:tr>
      <w:tr w:rsidR="00233B5B" w:rsidRPr="000A5B76" w14:paraId="387172D0" w14:textId="77777777">
        <w:trPr>
          <w:jc w:val="center"/>
        </w:trPr>
        <w:tc>
          <w:tcPr>
            <w:tcW w:w="1757" w:type="dxa"/>
          </w:tcPr>
          <w:p w14:paraId="1C2EF25F" w14:textId="77777777" w:rsidR="00233B5B" w:rsidRPr="000A5B76" w:rsidRDefault="00000000">
            <w:r w:rsidRPr="000A5B76">
              <w:t>Glycémie capillaire</w:t>
            </w:r>
          </w:p>
        </w:tc>
        <w:tc>
          <w:tcPr>
            <w:tcW w:w="1757" w:type="dxa"/>
          </w:tcPr>
          <w:p w14:paraId="5014E321" w14:textId="77777777" w:rsidR="00233B5B" w:rsidRPr="000A5B76" w:rsidRDefault="00233B5B"/>
        </w:tc>
        <w:tc>
          <w:tcPr>
            <w:tcW w:w="1757" w:type="dxa"/>
          </w:tcPr>
          <w:p w14:paraId="4C5A40CE" w14:textId="77777777" w:rsidR="00233B5B" w:rsidRPr="000A5B76" w:rsidRDefault="00233B5B"/>
        </w:tc>
        <w:tc>
          <w:tcPr>
            <w:tcW w:w="1757" w:type="dxa"/>
          </w:tcPr>
          <w:p w14:paraId="3D74F42E" w14:textId="77777777" w:rsidR="00233B5B" w:rsidRPr="000A5B76" w:rsidRDefault="00233B5B"/>
        </w:tc>
        <w:tc>
          <w:tcPr>
            <w:tcW w:w="1757" w:type="dxa"/>
          </w:tcPr>
          <w:p w14:paraId="4AC85E47" w14:textId="77777777" w:rsidR="00233B5B" w:rsidRPr="000A5B76" w:rsidRDefault="00233B5B"/>
        </w:tc>
        <w:tc>
          <w:tcPr>
            <w:tcW w:w="1757" w:type="dxa"/>
          </w:tcPr>
          <w:p w14:paraId="03D5B445" w14:textId="77777777" w:rsidR="00233B5B" w:rsidRPr="000A5B76" w:rsidRDefault="00233B5B"/>
        </w:tc>
      </w:tr>
      <w:tr w:rsidR="00233B5B" w:rsidRPr="000A5B76" w14:paraId="252A06D1" w14:textId="77777777">
        <w:trPr>
          <w:jc w:val="center"/>
        </w:trPr>
        <w:tc>
          <w:tcPr>
            <w:tcW w:w="1757" w:type="dxa"/>
          </w:tcPr>
          <w:p w14:paraId="734E74CB" w14:textId="77777777" w:rsidR="00233B5B" w:rsidRPr="000A5B76" w:rsidRDefault="00000000">
            <w:r w:rsidRPr="000A5B76">
              <w:t>Poids / taille</w:t>
            </w:r>
          </w:p>
        </w:tc>
        <w:tc>
          <w:tcPr>
            <w:tcW w:w="1757" w:type="dxa"/>
          </w:tcPr>
          <w:p w14:paraId="23E38AC8" w14:textId="77777777" w:rsidR="00233B5B" w:rsidRPr="000A5B76" w:rsidRDefault="00233B5B"/>
        </w:tc>
        <w:tc>
          <w:tcPr>
            <w:tcW w:w="1757" w:type="dxa"/>
          </w:tcPr>
          <w:p w14:paraId="6B4FD805" w14:textId="77777777" w:rsidR="00233B5B" w:rsidRPr="000A5B76" w:rsidRDefault="00233B5B"/>
        </w:tc>
        <w:tc>
          <w:tcPr>
            <w:tcW w:w="1757" w:type="dxa"/>
          </w:tcPr>
          <w:p w14:paraId="711F2EF3" w14:textId="77777777" w:rsidR="00233B5B" w:rsidRPr="000A5B76" w:rsidRDefault="00233B5B"/>
        </w:tc>
        <w:tc>
          <w:tcPr>
            <w:tcW w:w="1757" w:type="dxa"/>
          </w:tcPr>
          <w:p w14:paraId="54591949" w14:textId="77777777" w:rsidR="00233B5B" w:rsidRPr="000A5B76" w:rsidRDefault="00233B5B"/>
        </w:tc>
        <w:tc>
          <w:tcPr>
            <w:tcW w:w="1757" w:type="dxa"/>
          </w:tcPr>
          <w:p w14:paraId="792BECD8" w14:textId="77777777" w:rsidR="00233B5B" w:rsidRPr="000A5B76" w:rsidRDefault="00233B5B"/>
        </w:tc>
      </w:tr>
      <w:tr w:rsidR="00233B5B" w:rsidRPr="000A5B76" w14:paraId="098EF135" w14:textId="77777777">
        <w:trPr>
          <w:jc w:val="center"/>
        </w:trPr>
        <w:tc>
          <w:tcPr>
            <w:tcW w:w="1757" w:type="dxa"/>
          </w:tcPr>
          <w:p w14:paraId="58544C94" w14:textId="77777777" w:rsidR="00233B5B" w:rsidRPr="000A5B76" w:rsidRDefault="00000000">
            <w:r w:rsidRPr="000A5B76">
              <w:t>Hygiène et toilette du patient</w:t>
            </w:r>
          </w:p>
        </w:tc>
        <w:tc>
          <w:tcPr>
            <w:tcW w:w="1757" w:type="dxa"/>
          </w:tcPr>
          <w:p w14:paraId="350A9CA3" w14:textId="77777777" w:rsidR="00233B5B" w:rsidRPr="000A5B76" w:rsidRDefault="00233B5B"/>
        </w:tc>
        <w:tc>
          <w:tcPr>
            <w:tcW w:w="1757" w:type="dxa"/>
          </w:tcPr>
          <w:p w14:paraId="7327EF01" w14:textId="77777777" w:rsidR="00233B5B" w:rsidRPr="000A5B76" w:rsidRDefault="00233B5B"/>
        </w:tc>
        <w:tc>
          <w:tcPr>
            <w:tcW w:w="1757" w:type="dxa"/>
          </w:tcPr>
          <w:p w14:paraId="5E08F8BD" w14:textId="77777777" w:rsidR="00233B5B" w:rsidRPr="000A5B76" w:rsidRDefault="00233B5B"/>
        </w:tc>
        <w:tc>
          <w:tcPr>
            <w:tcW w:w="1757" w:type="dxa"/>
          </w:tcPr>
          <w:p w14:paraId="193B62C6" w14:textId="77777777" w:rsidR="00233B5B" w:rsidRPr="000A5B76" w:rsidRDefault="00233B5B"/>
        </w:tc>
        <w:tc>
          <w:tcPr>
            <w:tcW w:w="1757" w:type="dxa"/>
          </w:tcPr>
          <w:p w14:paraId="1648FFED" w14:textId="77777777" w:rsidR="00233B5B" w:rsidRPr="000A5B76" w:rsidRDefault="00233B5B"/>
        </w:tc>
      </w:tr>
      <w:tr w:rsidR="00233B5B" w:rsidRPr="000A5B76" w14:paraId="1919773F" w14:textId="77777777">
        <w:trPr>
          <w:jc w:val="center"/>
        </w:trPr>
        <w:tc>
          <w:tcPr>
            <w:tcW w:w="1757" w:type="dxa"/>
          </w:tcPr>
          <w:p w14:paraId="4BC82404" w14:textId="77777777" w:rsidR="00233B5B" w:rsidRPr="000A5B76" w:rsidRDefault="00000000">
            <w:r w:rsidRPr="000A5B76">
              <w:t>Réfection du lit</w:t>
            </w:r>
          </w:p>
        </w:tc>
        <w:tc>
          <w:tcPr>
            <w:tcW w:w="1757" w:type="dxa"/>
          </w:tcPr>
          <w:p w14:paraId="581A9C45" w14:textId="77777777" w:rsidR="00233B5B" w:rsidRPr="000A5B76" w:rsidRDefault="00233B5B"/>
        </w:tc>
        <w:tc>
          <w:tcPr>
            <w:tcW w:w="1757" w:type="dxa"/>
          </w:tcPr>
          <w:p w14:paraId="0FE9F5B6" w14:textId="77777777" w:rsidR="00233B5B" w:rsidRPr="000A5B76" w:rsidRDefault="00233B5B"/>
        </w:tc>
        <w:tc>
          <w:tcPr>
            <w:tcW w:w="1757" w:type="dxa"/>
          </w:tcPr>
          <w:p w14:paraId="1D83F726" w14:textId="77777777" w:rsidR="00233B5B" w:rsidRPr="000A5B76" w:rsidRDefault="00233B5B"/>
        </w:tc>
        <w:tc>
          <w:tcPr>
            <w:tcW w:w="1757" w:type="dxa"/>
          </w:tcPr>
          <w:p w14:paraId="6AAD30D6" w14:textId="77777777" w:rsidR="00233B5B" w:rsidRPr="000A5B76" w:rsidRDefault="00233B5B"/>
        </w:tc>
        <w:tc>
          <w:tcPr>
            <w:tcW w:w="1757" w:type="dxa"/>
          </w:tcPr>
          <w:p w14:paraId="11377F40" w14:textId="77777777" w:rsidR="00233B5B" w:rsidRPr="000A5B76" w:rsidRDefault="00233B5B"/>
        </w:tc>
      </w:tr>
      <w:tr w:rsidR="00233B5B" w:rsidRPr="000A5B76" w14:paraId="1A2CB01B" w14:textId="77777777">
        <w:trPr>
          <w:jc w:val="center"/>
        </w:trPr>
        <w:tc>
          <w:tcPr>
            <w:tcW w:w="1757" w:type="dxa"/>
          </w:tcPr>
          <w:p w14:paraId="010059D2" w14:textId="77777777" w:rsidR="00233B5B" w:rsidRPr="000A5B76" w:rsidRDefault="00000000">
            <w:r w:rsidRPr="000A5B76">
              <w:t>Préparation du matériel</w:t>
            </w:r>
          </w:p>
        </w:tc>
        <w:tc>
          <w:tcPr>
            <w:tcW w:w="1757" w:type="dxa"/>
          </w:tcPr>
          <w:p w14:paraId="05828E08" w14:textId="77777777" w:rsidR="00233B5B" w:rsidRPr="000A5B76" w:rsidRDefault="00233B5B"/>
        </w:tc>
        <w:tc>
          <w:tcPr>
            <w:tcW w:w="1757" w:type="dxa"/>
          </w:tcPr>
          <w:p w14:paraId="7C8F79FB" w14:textId="77777777" w:rsidR="00233B5B" w:rsidRPr="000A5B76" w:rsidRDefault="00233B5B"/>
        </w:tc>
        <w:tc>
          <w:tcPr>
            <w:tcW w:w="1757" w:type="dxa"/>
          </w:tcPr>
          <w:p w14:paraId="27479CE9" w14:textId="77777777" w:rsidR="00233B5B" w:rsidRPr="000A5B76" w:rsidRDefault="00233B5B"/>
        </w:tc>
        <w:tc>
          <w:tcPr>
            <w:tcW w:w="1757" w:type="dxa"/>
          </w:tcPr>
          <w:p w14:paraId="015B6181" w14:textId="77777777" w:rsidR="00233B5B" w:rsidRPr="000A5B76" w:rsidRDefault="00233B5B"/>
        </w:tc>
        <w:tc>
          <w:tcPr>
            <w:tcW w:w="1757" w:type="dxa"/>
          </w:tcPr>
          <w:p w14:paraId="29B83096" w14:textId="77777777" w:rsidR="00233B5B" w:rsidRPr="000A5B76" w:rsidRDefault="00233B5B"/>
        </w:tc>
      </w:tr>
      <w:tr w:rsidR="00233B5B" w:rsidRPr="000A5B76" w14:paraId="3D718547" w14:textId="77777777">
        <w:trPr>
          <w:jc w:val="center"/>
        </w:trPr>
        <w:tc>
          <w:tcPr>
            <w:tcW w:w="1757" w:type="dxa"/>
          </w:tcPr>
          <w:p w14:paraId="3F6CB0F8" w14:textId="77777777" w:rsidR="00233B5B" w:rsidRPr="000A5B76" w:rsidRDefault="00000000">
            <w:r w:rsidRPr="000A5B76">
              <w:t>Prévention des infections</w:t>
            </w:r>
          </w:p>
        </w:tc>
        <w:tc>
          <w:tcPr>
            <w:tcW w:w="1757" w:type="dxa"/>
          </w:tcPr>
          <w:p w14:paraId="47CE0248" w14:textId="77777777" w:rsidR="00233B5B" w:rsidRPr="000A5B76" w:rsidRDefault="00233B5B"/>
        </w:tc>
        <w:tc>
          <w:tcPr>
            <w:tcW w:w="1757" w:type="dxa"/>
          </w:tcPr>
          <w:p w14:paraId="453A60C5" w14:textId="77777777" w:rsidR="00233B5B" w:rsidRPr="000A5B76" w:rsidRDefault="00233B5B"/>
        </w:tc>
        <w:tc>
          <w:tcPr>
            <w:tcW w:w="1757" w:type="dxa"/>
          </w:tcPr>
          <w:p w14:paraId="6B9F2C85" w14:textId="77777777" w:rsidR="00233B5B" w:rsidRPr="000A5B76" w:rsidRDefault="00233B5B"/>
        </w:tc>
        <w:tc>
          <w:tcPr>
            <w:tcW w:w="1757" w:type="dxa"/>
          </w:tcPr>
          <w:p w14:paraId="547BEB0B" w14:textId="77777777" w:rsidR="00233B5B" w:rsidRPr="000A5B76" w:rsidRDefault="00233B5B"/>
        </w:tc>
        <w:tc>
          <w:tcPr>
            <w:tcW w:w="1757" w:type="dxa"/>
          </w:tcPr>
          <w:p w14:paraId="30F4E13C" w14:textId="77777777" w:rsidR="00233B5B" w:rsidRPr="000A5B76" w:rsidRDefault="00233B5B"/>
        </w:tc>
      </w:tr>
      <w:tr w:rsidR="00233B5B" w:rsidRPr="000A5B76" w14:paraId="4212328A" w14:textId="77777777">
        <w:trPr>
          <w:jc w:val="center"/>
        </w:trPr>
        <w:tc>
          <w:tcPr>
            <w:tcW w:w="1757" w:type="dxa"/>
          </w:tcPr>
          <w:p w14:paraId="4712BD66" w14:textId="77777777" w:rsidR="00233B5B" w:rsidRPr="000A5B76" w:rsidRDefault="00000000">
            <w:r w:rsidRPr="000A5B76">
              <w:t>Pansement / aide au pansement</w:t>
            </w:r>
          </w:p>
        </w:tc>
        <w:tc>
          <w:tcPr>
            <w:tcW w:w="1757" w:type="dxa"/>
          </w:tcPr>
          <w:p w14:paraId="34F8CC45" w14:textId="77777777" w:rsidR="00233B5B" w:rsidRPr="000A5B76" w:rsidRDefault="00233B5B"/>
        </w:tc>
        <w:tc>
          <w:tcPr>
            <w:tcW w:w="1757" w:type="dxa"/>
          </w:tcPr>
          <w:p w14:paraId="47C14137" w14:textId="77777777" w:rsidR="00233B5B" w:rsidRPr="000A5B76" w:rsidRDefault="00233B5B"/>
        </w:tc>
        <w:tc>
          <w:tcPr>
            <w:tcW w:w="1757" w:type="dxa"/>
          </w:tcPr>
          <w:p w14:paraId="5BEFC620" w14:textId="77777777" w:rsidR="00233B5B" w:rsidRPr="000A5B76" w:rsidRDefault="00233B5B"/>
        </w:tc>
        <w:tc>
          <w:tcPr>
            <w:tcW w:w="1757" w:type="dxa"/>
          </w:tcPr>
          <w:p w14:paraId="1890B017" w14:textId="77777777" w:rsidR="00233B5B" w:rsidRPr="000A5B76" w:rsidRDefault="00233B5B"/>
        </w:tc>
        <w:tc>
          <w:tcPr>
            <w:tcW w:w="1757" w:type="dxa"/>
          </w:tcPr>
          <w:p w14:paraId="01C01C81" w14:textId="77777777" w:rsidR="00233B5B" w:rsidRPr="000A5B76" w:rsidRDefault="00233B5B"/>
        </w:tc>
      </w:tr>
      <w:tr w:rsidR="00233B5B" w:rsidRPr="000A5B76" w14:paraId="473F57AA" w14:textId="77777777">
        <w:trPr>
          <w:jc w:val="center"/>
        </w:trPr>
        <w:tc>
          <w:tcPr>
            <w:tcW w:w="1757" w:type="dxa"/>
          </w:tcPr>
          <w:p w14:paraId="4F29C262" w14:textId="77777777" w:rsidR="00233B5B" w:rsidRPr="000A5B76" w:rsidRDefault="00000000">
            <w:r w:rsidRPr="000A5B76">
              <w:t>Transmission des observations</w:t>
            </w:r>
          </w:p>
        </w:tc>
        <w:tc>
          <w:tcPr>
            <w:tcW w:w="1757" w:type="dxa"/>
          </w:tcPr>
          <w:p w14:paraId="101309D0" w14:textId="77777777" w:rsidR="00233B5B" w:rsidRPr="000A5B76" w:rsidRDefault="00233B5B"/>
        </w:tc>
        <w:tc>
          <w:tcPr>
            <w:tcW w:w="1757" w:type="dxa"/>
          </w:tcPr>
          <w:p w14:paraId="456C2CBB" w14:textId="77777777" w:rsidR="00233B5B" w:rsidRPr="000A5B76" w:rsidRDefault="00233B5B"/>
        </w:tc>
        <w:tc>
          <w:tcPr>
            <w:tcW w:w="1757" w:type="dxa"/>
          </w:tcPr>
          <w:p w14:paraId="61FCD64D" w14:textId="77777777" w:rsidR="00233B5B" w:rsidRPr="000A5B76" w:rsidRDefault="00233B5B"/>
        </w:tc>
        <w:tc>
          <w:tcPr>
            <w:tcW w:w="1757" w:type="dxa"/>
          </w:tcPr>
          <w:p w14:paraId="3BB6360B" w14:textId="77777777" w:rsidR="00233B5B" w:rsidRPr="000A5B76" w:rsidRDefault="00233B5B"/>
        </w:tc>
        <w:tc>
          <w:tcPr>
            <w:tcW w:w="1757" w:type="dxa"/>
          </w:tcPr>
          <w:p w14:paraId="58441751" w14:textId="77777777" w:rsidR="00233B5B" w:rsidRPr="000A5B76" w:rsidRDefault="00233B5B"/>
        </w:tc>
      </w:tr>
      <w:tr w:rsidR="00233B5B" w:rsidRPr="000A5B76" w14:paraId="6BE1FF99" w14:textId="77777777">
        <w:trPr>
          <w:jc w:val="center"/>
        </w:trPr>
        <w:tc>
          <w:tcPr>
            <w:tcW w:w="1757" w:type="dxa"/>
          </w:tcPr>
          <w:p w14:paraId="6412FB68" w14:textId="77777777" w:rsidR="00233B5B" w:rsidRPr="000A5B76" w:rsidRDefault="00000000">
            <w:r w:rsidRPr="000A5B76">
              <w:t>Respect de la confidentialité</w:t>
            </w:r>
          </w:p>
        </w:tc>
        <w:tc>
          <w:tcPr>
            <w:tcW w:w="1757" w:type="dxa"/>
          </w:tcPr>
          <w:p w14:paraId="4743BF24" w14:textId="77777777" w:rsidR="00233B5B" w:rsidRPr="000A5B76" w:rsidRDefault="00233B5B"/>
        </w:tc>
        <w:tc>
          <w:tcPr>
            <w:tcW w:w="1757" w:type="dxa"/>
          </w:tcPr>
          <w:p w14:paraId="0D08934F" w14:textId="77777777" w:rsidR="00233B5B" w:rsidRPr="000A5B76" w:rsidRDefault="00233B5B"/>
        </w:tc>
        <w:tc>
          <w:tcPr>
            <w:tcW w:w="1757" w:type="dxa"/>
          </w:tcPr>
          <w:p w14:paraId="1D07FF44" w14:textId="77777777" w:rsidR="00233B5B" w:rsidRPr="000A5B76" w:rsidRDefault="00233B5B"/>
        </w:tc>
        <w:tc>
          <w:tcPr>
            <w:tcW w:w="1757" w:type="dxa"/>
          </w:tcPr>
          <w:p w14:paraId="56D884B5" w14:textId="77777777" w:rsidR="00233B5B" w:rsidRPr="000A5B76" w:rsidRDefault="00233B5B"/>
        </w:tc>
        <w:tc>
          <w:tcPr>
            <w:tcW w:w="1757" w:type="dxa"/>
          </w:tcPr>
          <w:p w14:paraId="4B67E5A6" w14:textId="77777777" w:rsidR="00233B5B" w:rsidRPr="000A5B76" w:rsidRDefault="00233B5B"/>
        </w:tc>
      </w:tr>
      <w:tr w:rsidR="00233B5B" w:rsidRPr="000A5B76" w14:paraId="405FC981" w14:textId="77777777">
        <w:trPr>
          <w:jc w:val="center"/>
        </w:trPr>
        <w:tc>
          <w:tcPr>
            <w:tcW w:w="1757" w:type="dxa"/>
          </w:tcPr>
          <w:p w14:paraId="581778CE" w14:textId="77777777" w:rsidR="00233B5B" w:rsidRPr="000A5B76" w:rsidRDefault="00000000">
            <w:r w:rsidRPr="000A5B76">
              <w:t>Autre</w:t>
            </w:r>
          </w:p>
        </w:tc>
        <w:tc>
          <w:tcPr>
            <w:tcW w:w="1757" w:type="dxa"/>
          </w:tcPr>
          <w:p w14:paraId="17826A27" w14:textId="77777777" w:rsidR="00233B5B" w:rsidRPr="000A5B76" w:rsidRDefault="00233B5B"/>
        </w:tc>
        <w:tc>
          <w:tcPr>
            <w:tcW w:w="1757" w:type="dxa"/>
          </w:tcPr>
          <w:p w14:paraId="012F228E" w14:textId="77777777" w:rsidR="00233B5B" w:rsidRPr="000A5B76" w:rsidRDefault="00233B5B"/>
        </w:tc>
        <w:tc>
          <w:tcPr>
            <w:tcW w:w="1757" w:type="dxa"/>
          </w:tcPr>
          <w:p w14:paraId="084D4089" w14:textId="77777777" w:rsidR="00233B5B" w:rsidRPr="000A5B76" w:rsidRDefault="00233B5B"/>
        </w:tc>
        <w:tc>
          <w:tcPr>
            <w:tcW w:w="1757" w:type="dxa"/>
          </w:tcPr>
          <w:p w14:paraId="16B17BEC" w14:textId="77777777" w:rsidR="00233B5B" w:rsidRPr="000A5B76" w:rsidRDefault="00233B5B"/>
        </w:tc>
        <w:tc>
          <w:tcPr>
            <w:tcW w:w="1757" w:type="dxa"/>
          </w:tcPr>
          <w:p w14:paraId="31EBDBE6" w14:textId="77777777" w:rsidR="00233B5B" w:rsidRPr="000A5B76" w:rsidRDefault="00233B5B"/>
        </w:tc>
      </w:tr>
    </w:tbl>
    <w:p w14:paraId="35C22BE0" w14:textId="77777777" w:rsidR="00233B5B" w:rsidRPr="000A5B76" w:rsidRDefault="00000000">
      <w:r w:rsidRPr="000A5B76">
        <w:br w:type="page"/>
      </w:r>
    </w:p>
    <w:p w14:paraId="7519EF9D" w14:textId="77777777" w:rsidR="00233B5B" w:rsidRPr="000A5B76" w:rsidRDefault="00000000">
      <w:r w:rsidRPr="000A5B76">
        <w:rPr>
          <w:b/>
          <w:sz w:val="28"/>
        </w:rPr>
        <w:lastRenderedPageBreak/>
        <w:t>6. FICHE — PATIENT / SITUATION CLINIQUE OBSERVÉE</w:t>
      </w:r>
    </w:p>
    <w:p w14:paraId="7F0A3F8F" w14:textId="77777777" w:rsidR="00233B5B" w:rsidRPr="000A5B76" w:rsidRDefault="00000000">
      <w:r w:rsidRPr="000A5B76">
        <w:t>Code patient : _________________</w:t>
      </w:r>
      <w:proofErr w:type="gramStart"/>
      <w:r w:rsidRPr="000A5B76">
        <w:t>_  Date</w:t>
      </w:r>
      <w:proofErr w:type="gramEnd"/>
      <w:r w:rsidRPr="000A5B76">
        <w:t xml:space="preserve"> : _________</w:t>
      </w:r>
      <w:proofErr w:type="gramStart"/>
      <w:r w:rsidRPr="000A5B76">
        <w:t>_  Service</w:t>
      </w:r>
      <w:proofErr w:type="gramEnd"/>
      <w:r w:rsidRPr="000A5B76">
        <w:t xml:space="preserve"> : __________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591"/>
        <w:gridCol w:w="3316"/>
      </w:tblGrid>
      <w:tr w:rsidR="00233B5B" w:rsidRPr="000A5B76" w14:paraId="7C51685D" w14:textId="77777777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473555F2" w14:textId="77777777" w:rsidR="00233B5B" w:rsidRPr="000A5B76" w:rsidRDefault="00000000">
            <w:r w:rsidRPr="000A5B76">
              <w:rPr>
                <w:b/>
              </w:rPr>
              <w:t>Rubrique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642F0EA3" w14:textId="77777777" w:rsidR="00233B5B" w:rsidRPr="000A5B76" w:rsidRDefault="00000000">
            <w:r w:rsidRPr="000A5B76">
              <w:rPr>
                <w:b/>
              </w:rPr>
              <w:t>Notes</w:t>
            </w:r>
          </w:p>
        </w:tc>
      </w:tr>
      <w:tr w:rsidR="00233B5B" w:rsidRPr="000A5B76" w14:paraId="21072B5D" w14:textId="77777777">
        <w:trPr>
          <w:jc w:val="center"/>
        </w:trPr>
        <w:tc>
          <w:tcPr>
            <w:tcW w:w="5270" w:type="dxa"/>
          </w:tcPr>
          <w:p w14:paraId="5A1DC03A" w14:textId="77777777" w:rsidR="00233B5B" w:rsidRPr="000A5B76" w:rsidRDefault="00000000">
            <w:r w:rsidRPr="000A5B76">
              <w:t>Motif / situation</w:t>
            </w:r>
          </w:p>
        </w:tc>
        <w:tc>
          <w:tcPr>
            <w:tcW w:w="5270" w:type="dxa"/>
          </w:tcPr>
          <w:p w14:paraId="4264686E" w14:textId="77777777" w:rsidR="00233B5B" w:rsidRPr="000A5B76" w:rsidRDefault="00233B5B"/>
        </w:tc>
      </w:tr>
      <w:tr w:rsidR="00233B5B" w:rsidRPr="000A5B76" w14:paraId="0B84AD4F" w14:textId="77777777">
        <w:trPr>
          <w:jc w:val="center"/>
        </w:trPr>
        <w:tc>
          <w:tcPr>
            <w:tcW w:w="5270" w:type="dxa"/>
          </w:tcPr>
          <w:p w14:paraId="2B175BBD" w14:textId="77777777" w:rsidR="00233B5B" w:rsidRPr="000A5B76" w:rsidRDefault="00000000">
            <w:r w:rsidRPr="000A5B76">
              <w:t>Signes observés</w:t>
            </w:r>
          </w:p>
        </w:tc>
        <w:tc>
          <w:tcPr>
            <w:tcW w:w="5270" w:type="dxa"/>
          </w:tcPr>
          <w:p w14:paraId="3A272A0B" w14:textId="77777777" w:rsidR="00233B5B" w:rsidRPr="000A5B76" w:rsidRDefault="00233B5B"/>
        </w:tc>
      </w:tr>
      <w:tr w:rsidR="00233B5B" w:rsidRPr="000A5B76" w14:paraId="0AE85D4D" w14:textId="77777777">
        <w:trPr>
          <w:jc w:val="center"/>
        </w:trPr>
        <w:tc>
          <w:tcPr>
            <w:tcW w:w="5270" w:type="dxa"/>
          </w:tcPr>
          <w:p w14:paraId="7BF963D9" w14:textId="77777777" w:rsidR="00233B5B" w:rsidRPr="000A5B76" w:rsidRDefault="00000000">
            <w:r w:rsidRPr="000A5B76">
              <w:t>Constantes pertinentes</w:t>
            </w:r>
          </w:p>
        </w:tc>
        <w:tc>
          <w:tcPr>
            <w:tcW w:w="5270" w:type="dxa"/>
          </w:tcPr>
          <w:p w14:paraId="297865DB" w14:textId="77777777" w:rsidR="00233B5B" w:rsidRPr="000A5B76" w:rsidRDefault="00233B5B"/>
        </w:tc>
      </w:tr>
      <w:tr w:rsidR="00233B5B" w:rsidRPr="000A5B76" w14:paraId="2C8C7C07" w14:textId="77777777">
        <w:trPr>
          <w:jc w:val="center"/>
        </w:trPr>
        <w:tc>
          <w:tcPr>
            <w:tcW w:w="5270" w:type="dxa"/>
          </w:tcPr>
          <w:p w14:paraId="0F50052E" w14:textId="77777777" w:rsidR="00233B5B" w:rsidRPr="000A5B76" w:rsidRDefault="00000000">
            <w:r w:rsidRPr="000A5B76">
              <w:t>Soins réalisés / observés</w:t>
            </w:r>
          </w:p>
        </w:tc>
        <w:tc>
          <w:tcPr>
            <w:tcW w:w="5270" w:type="dxa"/>
          </w:tcPr>
          <w:p w14:paraId="0BE35DA7" w14:textId="77777777" w:rsidR="00233B5B" w:rsidRPr="000A5B76" w:rsidRDefault="00233B5B"/>
        </w:tc>
      </w:tr>
      <w:tr w:rsidR="00233B5B" w:rsidRPr="000A5B76" w14:paraId="158DF010" w14:textId="77777777">
        <w:trPr>
          <w:jc w:val="center"/>
        </w:trPr>
        <w:tc>
          <w:tcPr>
            <w:tcW w:w="5270" w:type="dxa"/>
          </w:tcPr>
          <w:p w14:paraId="247EE067" w14:textId="77777777" w:rsidR="00233B5B" w:rsidRPr="000A5B76" w:rsidRDefault="00000000">
            <w:r w:rsidRPr="000A5B76">
              <w:t>Prescription / traitement étudié</w:t>
            </w:r>
          </w:p>
        </w:tc>
        <w:tc>
          <w:tcPr>
            <w:tcW w:w="5270" w:type="dxa"/>
          </w:tcPr>
          <w:p w14:paraId="32738A50" w14:textId="77777777" w:rsidR="00233B5B" w:rsidRPr="000A5B76" w:rsidRDefault="00233B5B"/>
        </w:tc>
      </w:tr>
      <w:tr w:rsidR="00233B5B" w:rsidRPr="000A5B76" w14:paraId="219F9830" w14:textId="77777777">
        <w:trPr>
          <w:jc w:val="center"/>
        </w:trPr>
        <w:tc>
          <w:tcPr>
            <w:tcW w:w="5270" w:type="dxa"/>
          </w:tcPr>
          <w:p w14:paraId="013F56DB" w14:textId="77777777" w:rsidR="00233B5B" w:rsidRPr="000A5B76" w:rsidRDefault="00000000">
            <w:r w:rsidRPr="000A5B76">
              <w:t>Surveillance</w:t>
            </w:r>
          </w:p>
        </w:tc>
        <w:tc>
          <w:tcPr>
            <w:tcW w:w="5270" w:type="dxa"/>
          </w:tcPr>
          <w:p w14:paraId="75F3B625" w14:textId="77777777" w:rsidR="00233B5B" w:rsidRPr="000A5B76" w:rsidRDefault="00233B5B"/>
        </w:tc>
      </w:tr>
      <w:tr w:rsidR="00233B5B" w:rsidRPr="000A5B76" w14:paraId="1FBA27BF" w14:textId="77777777">
        <w:trPr>
          <w:jc w:val="center"/>
        </w:trPr>
        <w:tc>
          <w:tcPr>
            <w:tcW w:w="5270" w:type="dxa"/>
          </w:tcPr>
          <w:p w14:paraId="029E3A4A" w14:textId="77777777" w:rsidR="00233B5B" w:rsidRPr="000A5B76" w:rsidRDefault="00000000">
            <w:r w:rsidRPr="000A5B76">
              <w:t>Transmission faite</w:t>
            </w:r>
          </w:p>
        </w:tc>
        <w:tc>
          <w:tcPr>
            <w:tcW w:w="5270" w:type="dxa"/>
          </w:tcPr>
          <w:p w14:paraId="0B2EDBFD" w14:textId="77777777" w:rsidR="00233B5B" w:rsidRPr="000A5B76" w:rsidRDefault="00233B5B"/>
        </w:tc>
      </w:tr>
      <w:tr w:rsidR="00233B5B" w:rsidRPr="000A5B76" w14:paraId="0543902F" w14:textId="77777777">
        <w:trPr>
          <w:jc w:val="center"/>
        </w:trPr>
        <w:tc>
          <w:tcPr>
            <w:tcW w:w="5270" w:type="dxa"/>
          </w:tcPr>
          <w:p w14:paraId="439382A6" w14:textId="77777777" w:rsidR="00233B5B" w:rsidRPr="000A5B76" w:rsidRDefault="00000000">
            <w:r w:rsidRPr="000A5B76">
              <w:t>Ce que j’ai appris</w:t>
            </w:r>
          </w:p>
        </w:tc>
        <w:tc>
          <w:tcPr>
            <w:tcW w:w="5270" w:type="dxa"/>
          </w:tcPr>
          <w:p w14:paraId="0D07F4B6" w14:textId="77777777" w:rsidR="00233B5B" w:rsidRPr="000A5B76" w:rsidRDefault="00233B5B"/>
        </w:tc>
      </w:tr>
    </w:tbl>
    <w:p w14:paraId="0BFF190B" w14:textId="77777777" w:rsidR="00233B5B" w:rsidRPr="000A5B76" w:rsidRDefault="00000000">
      <w:r w:rsidRPr="000A5B76">
        <w:br w:type="page"/>
      </w:r>
    </w:p>
    <w:p w14:paraId="547076CA" w14:textId="77777777" w:rsidR="00233B5B" w:rsidRPr="000A5B76" w:rsidRDefault="00000000">
      <w:r w:rsidRPr="000A5B76">
        <w:rPr>
          <w:b/>
          <w:sz w:val="28"/>
        </w:rPr>
        <w:lastRenderedPageBreak/>
        <w:t>7. FICHE DE RÉVISION — PATHOLOGIE 1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233B5B" w:rsidRPr="000A5B76" w14:paraId="7A7FB278" w14:textId="77777777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7989FB45" w14:textId="77777777" w:rsidR="00233B5B" w:rsidRPr="000A5B76" w:rsidRDefault="00000000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3D7988BE" w14:textId="77777777" w:rsidR="00233B5B" w:rsidRPr="000A5B76" w:rsidRDefault="00000000">
            <w:r w:rsidRPr="000A5B76">
              <w:rPr>
                <w:b/>
              </w:rPr>
              <w:t>Notes</w:t>
            </w:r>
          </w:p>
        </w:tc>
      </w:tr>
      <w:tr w:rsidR="00233B5B" w:rsidRPr="000A5B76" w14:paraId="737232F2" w14:textId="77777777">
        <w:trPr>
          <w:jc w:val="center"/>
        </w:trPr>
        <w:tc>
          <w:tcPr>
            <w:tcW w:w="5270" w:type="dxa"/>
          </w:tcPr>
          <w:p w14:paraId="0FEE9072" w14:textId="77777777" w:rsidR="00233B5B" w:rsidRPr="000A5B76" w:rsidRDefault="00000000">
            <w:r w:rsidRPr="000A5B76">
              <w:t>Nom de la pathologie</w:t>
            </w:r>
          </w:p>
        </w:tc>
        <w:tc>
          <w:tcPr>
            <w:tcW w:w="5270" w:type="dxa"/>
          </w:tcPr>
          <w:p w14:paraId="4E2819CA" w14:textId="77777777" w:rsidR="00233B5B" w:rsidRPr="000A5B76" w:rsidRDefault="00233B5B"/>
        </w:tc>
      </w:tr>
      <w:tr w:rsidR="00233B5B" w:rsidRPr="000A5B76" w14:paraId="4F215536" w14:textId="77777777">
        <w:trPr>
          <w:jc w:val="center"/>
        </w:trPr>
        <w:tc>
          <w:tcPr>
            <w:tcW w:w="5270" w:type="dxa"/>
          </w:tcPr>
          <w:p w14:paraId="7F196293" w14:textId="77777777" w:rsidR="00233B5B" w:rsidRPr="000A5B76" w:rsidRDefault="00000000">
            <w:r w:rsidRPr="000A5B76">
              <w:t>Définition</w:t>
            </w:r>
          </w:p>
        </w:tc>
        <w:tc>
          <w:tcPr>
            <w:tcW w:w="5270" w:type="dxa"/>
          </w:tcPr>
          <w:p w14:paraId="0BE79A91" w14:textId="77777777" w:rsidR="00233B5B" w:rsidRPr="000A5B76" w:rsidRDefault="00233B5B"/>
        </w:tc>
      </w:tr>
      <w:tr w:rsidR="00233B5B" w:rsidRPr="000A5B76" w14:paraId="2791D6C3" w14:textId="77777777">
        <w:trPr>
          <w:jc w:val="center"/>
        </w:trPr>
        <w:tc>
          <w:tcPr>
            <w:tcW w:w="5270" w:type="dxa"/>
          </w:tcPr>
          <w:p w14:paraId="4CCEDCB9" w14:textId="77777777" w:rsidR="00233B5B" w:rsidRPr="000A5B76" w:rsidRDefault="00000000">
            <w:r w:rsidRPr="000A5B76">
              <w:t>Causes / facteurs de risque</w:t>
            </w:r>
          </w:p>
        </w:tc>
        <w:tc>
          <w:tcPr>
            <w:tcW w:w="5270" w:type="dxa"/>
          </w:tcPr>
          <w:p w14:paraId="36F67275" w14:textId="77777777" w:rsidR="00233B5B" w:rsidRPr="000A5B76" w:rsidRDefault="00233B5B"/>
        </w:tc>
      </w:tr>
      <w:tr w:rsidR="00233B5B" w:rsidRPr="000A5B76" w14:paraId="5AA28581" w14:textId="77777777">
        <w:trPr>
          <w:jc w:val="center"/>
        </w:trPr>
        <w:tc>
          <w:tcPr>
            <w:tcW w:w="5270" w:type="dxa"/>
          </w:tcPr>
          <w:p w14:paraId="20E8ABAB" w14:textId="77777777" w:rsidR="00233B5B" w:rsidRPr="000A5B76" w:rsidRDefault="00000000">
            <w:r w:rsidRPr="000A5B76">
              <w:t>Signes et symptômes</w:t>
            </w:r>
          </w:p>
        </w:tc>
        <w:tc>
          <w:tcPr>
            <w:tcW w:w="5270" w:type="dxa"/>
          </w:tcPr>
          <w:p w14:paraId="190E74C6" w14:textId="77777777" w:rsidR="00233B5B" w:rsidRPr="000A5B76" w:rsidRDefault="00233B5B"/>
        </w:tc>
      </w:tr>
      <w:tr w:rsidR="00233B5B" w:rsidRPr="000A5B76" w14:paraId="1D13D250" w14:textId="77777777">
        <w:trPr>
          <w:jc w:val="center"/>
        </w:trPr>
        <w:tc>
          <w:tcPr>
            <w:tcW w:w="5270" w:type="dxa"/>
          </w:tcPr>
          <w:p w14:paraId="27E87AD5" w14:textId="77777777" w:rsidR="00233B5B" w:rsidRPr="000A5B76" w:rsidRDefault="00000000">
            <w:r w:rsidRPr="000A5B76">
              <w:t>Examens</w:t>
            </w:r>
          </w:p>
        </w:tc>
        <w:tc>
          <w:tcPr>
            <w:tcW w:w="5270" w:type="dxa"/>
          </w:tcPr>
          <w:p w14:paraId="1CBD1679" w14:textId="77777777" w:rsidR="00233B5B" w:rsidRPr="000A5B76" w:rsidRDefault="00233B5B"/>
        </w:tc>
      </w:tr>
      <w:tr w:rsidR="00233B5B" w:rsidRPr="000A5B76" w14:paraId="2BC361BA" w14:textId="77777777">
        <w:trPr>
          <w:jc w:val="center"/>
        </w:trPr>
        <w:tc>
          <w:tcPr>
            <w:tcW w:w="5270" w:type="dxa"/>
          </w:tcPr>
          <w:p w14:paraId="1C77FCF0" w14:textId="77777777" w:rsidR="00233B5B" w:rsidRPr="000A5B76" w:rsidRDefault="00000000">
            <w:r w:rsidRPr="000A5B76">
              <w:t>Traitement / prise en charge</w:t>
            </w:r>
          </w:p>
        </w:tc>
        <w:tc>
          <w:tcPr>
            <w:tcW w:w="5270" w:type="dxa"/>
          </w:tcPr>
          <w:p w14:paraId="422F4DAB" w14:textId="77777777" w:rsidR="00233B5B" w:rsidRPr="000A5B76" w:rsidRDefault="00233B5B"/>
        </w:tc>
      </w:tr>
      <w:tr w:rsidR="00233B5B" w:rsidRPr="000A5B76" w14:paraId="35009BC5" w14:textId="77777777">
        <w:trPr>
          <w:jc w:val="center"/>
        </w:trPr>
        <w:tc>
          <w:tcPr>
            <w:tcW w:w="5270" w:type="dxa"/>
          </w:tcPr>
          <w:p w14:paraId="0188F6CA" w14:textId="77777777" w:rsidR="00233B5B" w:rsidRPr="000A5B76" w:rsidRDefault="00000000">
            <w:r w:rsidRPr="000A5B76">
              <w:t>Complications / signes d’alerte</w:t>
            </w:r>
          </w:p>
        </w:tc>
        <w:tc>
          <w:tcPr>
            <w:tcW w:w="5270" w:type="dxa"/>
          </w:tcPr>
          <w:p w14:paraId="7E704B2B" w14:textId="77777777" w:rsidR="00233B5B" w:rsidRPr="000A5B76" w:rsidRDefault="00233B5B"/>
        </w:tc>
      </w:tr>
      <w:tr w:rsidR="00233B5B" w:rsidRPr="000A5B76" w14:paraId="42D6320E" w14:textId="77777777">
        <w:trPr>
          <w:jc w:val="center"/>
        </w:trPr>
        <w:tc>
          <w:tcPr>
            <w:tcW w:w="5270" w:type="dxa"/>
          </w:tcPr>
          <w:p w14:paraId="7364B033" w14:textId="77777777" w:rsidR="00233B5B" w:rsidRPr="000A5B76" w:rsidRDefault="00000000">
            <w:r w:rsidRPr="000A5B76">
              <w:t>Rôle de l’auxiliaire de santé</w:t>
            </w:r>
          </w:p>
        </w:tc>
        <w:tc>
          <w:tcPr>
            <w:tcW w:w="5270" w:type="dxa"/>
          </w:tcPr>
          <w:p w14:paraId="78C89A59" w14:textId="77777777" w:rsidR="00233B5B" w:rsidRPr="000A5B76" w:rsidRDefault="00233B5B"/>
        </w:tc>
      </w:tr>
      <w:tr w:rsidR="00233B5B" w:rsidRPr="000A5B76" w14:paraId="52CB1B56" w14:textId="77777777">
        <w:trPr>
          <w:jc w:val="center"/>
        </w:trPr>
        <w:tc>
          <w:tcPr>
            <w:tcW w:w="5270" w:type="dxa"/>
          </w:tcPr>
          <w:p w14:paraId="2E4B2851" w14:textId="77777777" w:rsidR="00233B5B" w:rsidRPr="000A5B76" w:rsidRDefault="00000000">
            <w:r w:rsidRPr="000A5B76">
              <w:t>Ce que je dois retenir</w:t>
            </w:r>
          </w:p>
        </w:tc>
        <w:tc>
          <w:tcPr>
            <w:tcW w:w="5270" w:type="dxa"/>
          </w:tcPr>
          <w:p w14:paraId="14566E1D" w14:textId="77777777" w:rsidR="00233B5B" w:rsidRPr="000A5B76" w:rsidRDefault="00233B5B"/>
        </w:tc>
      </w:tr>
    </w:tbl>
    <w:p w14:paraId="54E4930C" w14:textId="77777777" w:rsidR="00233B5B" w:rsidRPr="000A5B76" w:rsidRDefault="00000000">
      <w:r w:rsidRPr="000A5B76">
        <w:br w:type="page"/>
      </w:r>
    </w:p>
    <w:p w14:paraId="5FEA2746" w14:textId="77777777" w:rsidR="00233B5B" w:rsidRPr="000A5B76" w:rsidRDefault="00000000">
      <w:r w:rsidRPr="000A5B76">
        <w:rPr>
          <w:b/>
          <w:sz w:val="28"/>
        </w:rPr>
        <w:lastRenderedPageBreak/>
        <w:t>7. FICHE DE RÉVISION — PATHOLOGIE 2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233B5B" w:rsidRPr="000A5B76" w14:paraId="50D55C29" w14:textId="77777777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34F18232" w14:textId="77777777" w:rsidR="00233B5B" w:rsidRPr="000A5B76" w:rsidRDefault="00000000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301C82DE" w14:textId="77777777" w:rsidR="00233B5B" w:rsidRPr="000A5B76" w:rsidRDefault="00000000">
            <w:r w:rsidRPr="000A5B76">
              <w:rPr>
                <w:b/>
              </w:rPr>
              <w:t>Notes</w:t>
            </w:r>
          </w:p>
        </w:tc>
      </w:tr>
      <w:tr w:rsidR="00233B5B" w:rsidRPr="000A5B76" w14:paraId="041BF7FB" w14:textId="77777777">
        <w:trPr>
          <w:jc w:val="center"/>
        </w:trPr>
        <w:tc>
          <w:tcPr>
            <w:tcW w:w="5270" w:type="dxa"/>
          </w:tcPr>
          <w:p w14:paraId="243D5EBF" w14:textId="77777777" w:rsidR="00233B5B" w:rsidRPr="000A5B76" w:rsidRDefault="00000000">
            <w:r w:rsidRPr="000A5B76">
              <w:t>Nom de la pathologie</w:t>
            </w:r>
          </w:p>
        </w:tc>
        <w:tc>
          <w:tcPr>
            <w:tcW w:w="5270" w:type="dxa"/>
          </w:tcPr>
          <w:p w14:paraId="616894A9" w14:textId="77777777" w:rsidR="00233B5B" w:rsidRPr="000A5B76" w:rsidRDefault="00233B5B"/>
        </w:tc>
      </w:tr>
      <w:tr w:rsidR="00233B5B" w:rsidRPr="000A5B76" w14:paraId="0C780406" w14:textId="77777777">
        <w:trPr>
          <w:jc w:val="center"/>
        </w:trPr>
        <w:tc>
          <w:tcPr>
            <w:tcW w:w="5270" w:type="dxa"/>
          </w:tcPr>
          <w:p w14:paraId="400510D4" w14:textId="77777777" w:rsidR="00233B5B" w:rsidRPr="000A5B76" w:rsidRDefault="00000000">
            <w:r w:rsidRPr="000A5B76">
              <w:t>Définition</w:t>
            </w:r>
          </w:p>
        </w:tc>
        <w:tc>
          <w:tcPr>
            <w:tcW w:w="5270" w:type="dxa"/>
          </w:tcPr>
          <w:p w14:paraId="1D637B25" w14:textId="77777777" w:rsidR="00233B5B" w:rsidRPr="000A5B76" w:rsidRDefault="00233B5B"/>
        </w:tc>
      </w:tr>
      <w:tr w:rsidR="00233B5B" w:rsidRPr="000A5B76" w14:paraId="3005E502" w14:textId="77777777">
        <w:trPr>
          <w:jc w:val="center"/>
        </w:trPr>
        <w:tc>
          <w:tcPr>
            <w:tcW w:w="5270" w:type="dxa"/>
          </w:tcPr>
          <w:p w14:paraId="733F1BE4" w14:textId="77777777" w:rsidR="00233B5B" w:rsidRPr="000A5B76" w:rsidRDefault="00000000">
            <w:r w:rsidRPr="000A5B76">
              <w:t>Causes / facteurs de risque</w:t>
            </w:r>
          </w:p>
        </w:tc>
        <w:tc>
          <w:tcPr>
            <w:tcW w:w="5270" w:type="dxa"/>
          </w:tcPr>
          <w:p w14:paraId="571DDF21" w14:textId="77777777" w:rsidR="00233B5B" w:rsidRPr="000A5B76" w:rsidRDefault="00233B5B"/>
        </w:tc>
      </w:tr>
      <w:tr w:rsidR="00233B5B" w:rsidRPr="000A5B76" w14:paraId="08D8A1D7" w14:textId="77777777">
        <w:trPr>
          <w:jc w:val="center"/>
        </w:trPr>
        <w:tc>
          <w:tcPr>
            <w:tcW w:w="5270" w:type="dxa"/>
          </w:tcPr>
          <w:p w14:paraId="6D2F4668" w14:textId="77777777" w:rsidR="00233B5B" w:rsidRPr="000A5B76" w:rsidRDefault="00000000">
            <w:r w:rsidRPr="000A5B76">
              <w:t>Signes et symptômes</w:t>
            </w:r>
          </w:p>
        </w:tc>
        <w:tc>
          <w:tcPr>
            <w:tcW w:w="5270" w:type="dxa"/>
          </w:tcPr>
          <w:p w14:paraId="49ACE4F7" w14:textId="77777777" w:rsidR="00233B5B" w:rsidRPr="000A5B76" w:rsidRDefault="00233B5B"/>
        </w:tc>
      </w:tr>
      <w:tr w:rsidR="00233B5B" w:rsidRPr="000A5B76" w14:paraId="4BDEF8F2" w14:textId="77777777">
        <w:trPr>
          <w:jc w:val="center"/>
        </w:trPr>
        <w:tc>
          <w:tcPr>
            <w:tcW w:w="5270" w:type="dxa"/>
          </w:tcPr>
          <w:p w14:paraId="79C55ADE" w14:textId="77777777" w:rsidR="00233B5B" w:rsidRPr="000A5B76" w:rsidRDefault="00000000">
            <w:r w:rsidRPr="000A5B76">
              <w:t>Examens</w:t>
            </w:r>
          </w:p>
        </w:tc>
        <w:tc>
          <w:tcPr>
            <w:tcW w:w="5270" w:type="dxa"/>
          </w:tcPr>
          <w:p w14:paraId="233BE578" w14:textId="77777777" w:rsidR="00233B5B" w:rsidRPr="000A5B76" w:rsidRDefault="00233B5B"/>
        </w:tc>
      </w:tr>
      <w:tr w:rsidR="00233B5B" w:rsidRPr="000A5B76" w14:paraId="3E63AF45" w14:textId="77777777">
        <w:trPr>
          <w:jc w:val="center"/>
        </w:trPr>
        <w:tc>
          <w:tcPr>
            <w:tcW w:w="5270" w:type="dxa"/>
          </w:tcPr>
          <w:p w14:paraId="44013946" w14:textId="77777777" w:rsidR="00233B5B" w:rsidRPr="000A5B76" w:rsidRDefault="00000000">
            <w:r w:rsidRPr="000A5B76">
              <w:t>Traitement / prise en charge</w:t>
            </w:r>
          </w:p>
        </w:tc>
        <w:tc>
          <w:tcPr>
            <w:tcW w:w="5270" w:type="dxa"/>
          </w:tcPr>
          <w:p w14:paraId="7DFF18B4" w14:textId="77777777" w:rsidR="00233B5B" w:rsidRPr="000A5B76" w:rsidRDefault="00233B5B"/>
        </w:tc>
      </w:tr>
      <w:tr w:rsidR="00233B5B" w:rsidRPr="000A5B76" w14:paraId="0AE8BD49" w14:textId="77777777">
        <w:trPr>
          <w:jc w:val="center"/>
        </w:trPr>
        <w:tc>
          <w:tcPr>
            <w:tcW w:w="5270" w:type="dxa"/>
          </w:tcPr>
          <w:p w14:paraId="1147C9E7" w14:textId="77777777" w:rsidR="00233B5B" w:rsidRPr="000A5B76" w:rsidRDefault="00000000">
            <w:r w:rsidRPr="000A5B76">
              <w:t>Complications / signes d’alerte</w:t>
            </w:r>
          </w:p>
        </w:tc>
        <w:tc>
          <w:tcPr>
            <w:tcW w:w="5270" w:type="dxa"/>
          </w:tcPr>
          <w:p w14:paraId="0A19629C" w14:textId="77777777" w:rsidR="00233B5B" w:rsidRPr="000A5B76" w:rsidRDefault="00233B5B"/>
        </w:tc>
      </w:tr>
      <w:tr w:rsidR="00233B5B" w:rsidRPr="000A5B76" w14:paraId="404F9B4D" w14:textId="77777777">
        <w:trPr>
          <w:jc w:val="center"/>
        </w:trPr>
        <w:tc>
          <w:tcPr>
            <w:tcW w:w="5270" w:type="dxa"/>
          </w:tcPr>
          <w:p w14:paraId="1DB25F5B" w14:textId="77777777" w:rsidR="00233B5B" w:rsidRPr="000A5B76" w:rsidRDefault="00000000">
            <w:r w:rsidRPr="000A5B76">
              <w:t>Rôle de l’auxiliaire de santé</w:t>
            </w:r>
          </w:p>
        </w:tc>
        <w:tc>
          <w:tcPr>
            <w:tcW w:w="5270" w:type="dxa"/>
          </w:tcPr>
          <w:p w14:paraId="5F00E49F" w14:textId="77777777" w:rsidR="00233B5B" w:rsidRPr="000A5B76" w:rsidRDefault="00233B5B"/>
        </w:tc>
      </w:tr>
      <w:tr w:rsidR="00233B5B" w:rsidRPr="000A5B76" w14:paraId="2A288929" w14:textId="77777777">
        <w:trPr>
          <w:jc w:val="center"/>
        </w:trPr>
        <w:tc>
          <w:tcPr>
            <w:tcW w:w="5270" w:type="dxa"/>
          </w:tcPr>
          <w:p w14:paraId="4905B642" w14:textId="77777777" w:rsidR="00233B5B" w:rsidRPr="000A5B76" w:rsidRDefault="00000000">
            <w:r w:rsidRPr="000A5B76">
              <w:t>Ce que je dois retenir</w:t>
            </w:r>
          </w:p>
        </w:tc>
        <w:tc>
          <w:tcPr>
            <w:tcW w:w="5270" w:type="dxa"/>
          </w:tcPr>
          <w:p w14:paraId="7B2DE148" w14:textId="77777777" w:rsidR="00233B5B" w:rsidRPr="000A5B76" w:rsidRDefault="00233B5B"/>
        </w:tc>
      </w:tr>
    </w:tbl>
    <w:p w14:paraId="7022A310" w14:textId="77777777" w:rsidR="00233B5B" w:rsidRPr="000A5B76" w:rsidRDefault="00000000">
      <w:r w:rsidRPr="000A5B76">
        <w:br w:type="page"/>
      </w:r>
    </w:p>
    <w:p w14:paraId="7BD68D5A" w14:textId="77777777" w:rsidR="00233B5B" w:rsidRPr="000A5B76" w:rsidRDefault="00000000">
      <w:r w:rsidRPr="000A5B76">
        <w:rPr>
          <w:b/>
          <w:sz w:val="28"/>
        </w:rPr>
        <w:lastRenderedPageBreak/>
        <w:t>7. FICHE DE RÉVISION — PATHOLOGIE 3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233B5B" w:rsidRPr="000A5B76" w14:paraId="3197A607" w14:textId="77777777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70F9AF4D" w14:textId="77777777" w:rsidR="00233B5B" w:rsidRPr="000A5B76" w:rsidRDefault="00000000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35C715AF" w14:textId="77777777" w:rsidR="00233B5B" w:rsidRPr="000A5B76" w:rsidRDefault="00000000">
            <w:r w:rsidRPr="000A5B76">
              <w:rPr>
                <w:b/>
              </w:rPr>
              <w:t>Notes</w:t>
            </w:r>
          </w:p>
        </w:tc>
      </w:tr>
      <w:tr w:rsidR="00233B5B" w:rsidRPr="000A5B76" w14:paraId="05386ABE" w14:textId="77777777">
        <w:trPr>
          <w:jc w:val="center"/>
        </w:trPr>
        <w:tc>
          <w:tcPr>
            <w:tcW w:w="5270" w:type="dxa"/>
          </w:tcPr>
          <w:p w14:paraId="21C93103" w14:textId="77777777" w:rsidR="00233B5B" w:rsidRPr="000A5B76" w:rsidRDefault="00000000">
            <w:r w:rsidRPr="000A5B76">
              <w:t>Nom de la pathologie</w:t>
            </w:r>
          </w:p>
        </w:tc>
        <w:tc>
          <w:tcPr>
            <w:tcW w:w="5270" w:type="dxa"/>
          </w:tcPr>
          <w:p w14:paraId="3E6A0B18" w14:textId="77777777" w:rsidR="00233B5B" w:rsidRPr="000A5B76" w:rsidRDefault="00233B5B"/>
        </w:tc>
      </w:tr>
      <w:tr w:rsidR="00233B5B" w:rsidRPr="000A5B76" w14:paraId="29BBA8F1" w14:textId="77777777">
        <w:trPr>
          <w:jc w:val="center"/>
        </w:trPr>
        <w:tc>
          <w:tcPr>
            <w:tcW w:w="5270" w:type="dxa"/>
          </w:tcPr>
          <w:p w14:paraId="6063B863" w14:textId="77777777" w:rsidR="00233B5B" w:rsidRPr="000A5B76" w:rsidRDefault="00000000">
            <w:r w:rsidRPr="000A5B76">
              <w:t>Définition</w:t>
            </w:r>
          </w:p>
        </w:tc>
        <w:tc>
          <w:tcPr>
            <w:tcW w:w="5270" w:type="dxa"/>
          </w:tcPr>
          <w:p w14:paraId="6CA5A519" w14:textId="77777777" w:rsidR="00233B5B" w:rsidRPr="000A5B76" w:rsidRDefault="00233B5B"/>
        </w:tc>
      </w:tr>
      <w:tr w:rsidR="00233B5B" w:rsidRPr="000A5B76" w14:paraId="2BCB6B0C" w14:textId="77777777">
        <w:trPr>
          <w:jc w:val="center"/>
        </w:trPr>
        <w:tc>
          <w:tcPr>
            <w:tcW w:w="5270" w:type="dxa"/>
          </w:tcPr>
          <w:p w14:paraId="1F4CFEF1" w14:textId="77777777" w:rsidR="00233B5B" w:rsidRPr="000A5B76" w:rsidRDefault="00000000">
            <w:r w:rsidRPr="000A5B76">
              <w:t>Causes / facteurs de risque</w:t>
            </w:r>
          </w:p>
        </w:tc>
        <w:tc>
          <w:tcPr>
            <w:tcW w:w="5270" w:type="dxa"/>
          </w:tcPr>
          <w:p w14:paraId="67DD31C6" w14:textId="77777777" w:rsidR="00233B5B" w:rsidRPr="000A5B76" w:rsidRDefault="00233B5B"/>
        </w:tc>
      </w:tr>
      <w:tr w:rsidR="00233B5B" w:rsidRPr="000A5B76" w14:paraId="2AC44325" w14:textId="77777777">
        <w:trPr>
          <w:jc w:val="center"/>
        </w:trPr>
        <w:tc>
          <w:tcPr>
            <w:tcW w:w="5270" w:type="dxa"/>
          </w:tcPr>
          <w:p w14:paraId="35D67756" w14:textId="77777777" w:rsidR="00233B5B" w:rsidRPr="000A5B76" w:rsidRDefault="00000000">
            <w:r w:rsidRPr="000A5B76">
              <w:t>Signes et symptômes</w:t>
            </w:r>
          </w:p>
        </w:tc>
        <w:tc>
          <w:tcPr>
            <w:tcW w:w="5270" w:type="dxa"/>
          </w:tcPr>
          <w:p w14:paraId="7FACFF1F" w14:textId="77777777" w:rsidR="00233B5B" w:rsidRPr="000A5B76" w:rsidRDefault="00233B5B"/>
        </w:tc>
      </w:tr>
      <w:tr w:rsidR="00233B5B" w:rsidRPr="000A5B76" w14:paraId="688A5F87" w14:textId="77777777">
        <w:trPr>
          <w:jc w:val="center"/>
        </w:trPr>
        <w:tc>
          <w:tcPr>
            <w:tcW w:w="5270" w:type="dxa"/>
          </w:tcPr>
          <w:p w14:paraId="4650B816" w14:textId="77777777" w:rsidR="00233B5B" w:rsidRPr="000A5B76" w:rsidRDefault="00000000">
            <w:r w:rsidRPr="000A5B76">
              <w:t>Examens</w:t>
            </w:r>
          </w:p>
        </w:tc>
        <w:tc>
          <w:tcPr>
            <w:tcW w:w="5270" w:type="dxa"/>
          </w:tcPr>
          <w:p w14:paraId="21B2EF13" w14:textId="77777777" w:rsidR="00233B5B" w:rsidRPr="000A5B76" w:rsidRDefault="00233B5B"/>
        </w:tc>
      </w:tr>
      <w:tr w:rsidR="00233B5B" w:rsidRPr="000A5B76" w14:paraId="2AF080E7" w14:textId="77777777">
        <w:trPr>
          <w:jc w:val="center"/>
        </w:trPr>
        <w:tc>
          <w:tcPr>
            <w:tcW w:w="5270" w:type="dxa"/>
          </w:tcPr>
          <w:p w14:paraId="1F7F9DA7" w14:textId="77777777" w:rsidR="00233B5B" w:rsidRPr="000A5B76" w:rsidRDefault="00000000">
            <w:r w:rsidRPr="000A5B76">
              <w:t>Traitement / prise en charge</w:t>
            </w:r>
          </w:p>
        </w:tc>
        <w:tc>
          <w:tcPr>
            <w:tcW w:w="5270" w:type="dxa"/>
          </w:tcPr>
          <w:p w14:paraId="7DCFE0D0" w14:textId="77777777" w:rsidR="00233B5B" w:rsidRPr="000A5B76" w:rsidRDefault="00233B5B"/>
        </w:tc>
      </w:tr>
      <w:tr w:rsidR="00233B5B" w:rsidRPr="000A5B76" w14:paraId="7AF07CCE" w14:textId="77777777">
        <w:trPr>
          <w:jc w:val="center"/>
        </w:trPr>
        <w:tc>
          <w:tcPr>
            <w:tcW w:w="5270" w:type="dxa"/>
          </w:tcPr>
          <w:p w14:paraId="678DE2C6" w14:textId="77777777" w:rsidR="00233B5B" w:rsidRPr="000A5B76" w:rsidRDefault="00000000">
            <w:r w:rsidRPr="000A5B76">
              <w:t>Complications / signes d’alerte</w:t>
            </w:r>
          </w:p>
        </w:tc>
        <w:tc>
          <w:tcPr>
            <w:tcW w:w="5270" w:type="dxa"/>
          </w:tcPr>
          <w:p w14:paraId="4941C35C" w14:textId="77777777" w:rsidR="00233B5B" w:rsidRPr="000A5B76" w:rsidRDefault="00233B5B"/>
        </w:tc>
      </w:tr>
      <w:tr w:rsidR="00233B5B" w:rsidRPr="000A5B76" w14:paraId="75BF9DE0" w14:textId="77777777">
        <w:trPr>
          <w:jc w:val="center"/>
        </w:trPr>
        <w:tc>
          <w:tcPr>
            <w:tcW w:w="5270" w:type="dxa"/>
          </w:tcPr>
          <w:p w14:paraId="76F0E99D" w14:textId="77777777" w:rsidR="00233B5B" w:rsidRPr="000A5B76" w:rsidRDefault="00000000">
            <w:r w:rsidRPr="000A5B76">
              <w:t>Rôle de l’auxiliaire de santé</w:t>
            </w:r>
          </w:p>
        </w:tc>
        <w:tc>
          <w:tcPr>
            <w:tcW w:w="5270" w:type="dxa"/>
          </w:tcPr>
          <w:p w14:paraId="133F12C4" w14:textId="77777777" w:rsidR="00233B5B" w:rsidRPr="000A5B76" w:rsidRDefault="00233B5B"/>
        </w:tc>
      </w:tr>
      <w:tr w:rsidR="00233B5B" w:rsidRPr="000A5B76" w14:paraId="5587FDFC" w14:textId="77777777">
        <w:trPr>
          <w:jc w:val="center"/>
        </w:trPr>
        <w:tc>
          <w:tcPr>
            <w:tcW w:w="5270" w:type="dxa"/>
          </w:tcPr>
          <w:p w14:paraId="53188ED0" w14:textId="77777777" w:rsidR="00233B5B" w:rsidRPr="000A5B76" w:rsidRDefault="00000000">
            <w:r w:rsidRPr="000A5B76">
              <w:t>Ce que je dois retenir</w:t>
            </w:r>
          </w:p>
        </w:tc>
        <w:tc>
          <w:tcPr>
            <w:tcW w:w="5270" w:type="dxa"/>
          </w:tcPr>
          <w:p w14:paraId="702BA5E4" w14:textId="77777777" w:rsidR="00233B5B" w:rsidRPr="000A5B76" w:rsidRDefault="00233B5B"/>
        </w:tc>
      </w:tr>
    </w:tbl>
    <w:p w14:paraId="5D278496" w14:textId="77777777" w:rsidR="00233B5B" w:rsidRPr="000A5B76" w:rsidRDefault="00000000">
      <w:r w:rsidRPr="000A5B76">
        <w:br w:type="page"/>
      </w:r>
    </w:p>
    <w:p w14:paraId="501658BD" w14:textId="77777777" w:rsidR="00233B5B" w:rsidRPr="000A5B76" w:rsidRDefault="00000000">
      <w:r w:rsidRPr="000A5B76">
        <w:rPr>
          <w:b/>
          <w:sz w:val="28"/>
        </w:rPr>
        <w:lastRenderedPageBreak/>
        <w:t>7. FICHE DE RÉVISION — PATHOLOGIE 4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233B5B" w:rsidRPr="000A5B76" w14:paraId="3B76A9AB" w14:textId="77777777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04573A3B" w14:textId="77777777" w:rsidR="00233B5B" w:rsidRPr="000A5B76" w:rsidRDefault="00000000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2161AEAB" w14:textId="77777777" w:rsidR="00233B5B" w:rsidRPr="000A5B76" w:rsidRDefault="00000000">
            <w:r w:rsidRPr="000A5B76">
              <w:rPr>
                <w:b/>
              </w:rPr>
              <w:t>Notes</w:t>
            </w:r>
          </w:p>
        </w:tc>
      </w:tr>
      <w:tr w:rsidR="00233B5B" w:rsidRPr="000A5B76" w14:paraId="33AE8A60" w14:textId="77777777">
        <w:trPr>
          <w:jc w:val="center"/>
        </w:trPr>
        <w:tc>
          <w:tcPr>
            <w:tcW w:w="5270" w:type="dxa"/>
          </w:tcPr>
          <w:p w14:paraId="5257CCE7" w14:textId="77777777" w:rsidR="00233B5B" w:rsidRPr="000A5B76" w:rsidRDefault="00000000">
            <w:r w:rsidRPr="000A5B76">
              <w:t>Nom de la pathologie</w:t>
            </w:r>
          </w:p>
        </w:tc>
        <w:tc>
          <w:tcPr>
            <w:tcW w:w="5270" w:type="dxa"/>
          </w:tcPr>
          <w:p w14:paraId="0D5C9436" w14:textId="77777777" w:rsidR="00233B5B" w:rsidRPr="000A5B76" w:rsidRDefault="00233B5B"/>
        </w:tc>
      </w:tr>
      <w:tr w:rsidR="00233B5B" w:rsidRPr="000A5B76" w14:paraId="79610A4B" w14:textId="77777777">
        <w:trPr>
          <w:jc w:val="center"/>
        </w:trPr>
        <w:tc>
          <w:tcPr>
            <w:tcW w:w="5270" w:type="dxa"/>
          </w:tcPr>
          <w:p w14:paraId="49FF458A" w14:textId="77777777" w:rsidR="00233B5B" w:rsidRPr="000A5B76" w:rsidRDefault="00000000">
            <w:r w:rsidRPr="000A5B76">
              <w:t>Définition</w:t>
            </w:r>
          </w:p>
        </w:tc>
        <w:tc>
          <w:tcPr>
            <w:tcW w:w="5270" w:type="dxa"/>
          </w:tcPr>
          <w:p w14:paraId="611B8F9B" w14:textId="77777777" w:rsidR="00233B5B" w:rsidRPr="000A5B76" w:rsidRDefault="00233B5B"/>
        </w:tc>
      </w:tr>
      <w:tr w:rsidR="00233B5B" w:rsidRPr="000A5B76" w14:paraId="397F37DC" w14:textId="77777777">
        <w:trPr>
          <w:jc w:val="center"/>
        </w:trPr>
        <w:tc>
          <w:tcPr>
            <w:tcW w:w="5270" w:type="dxa"/>
          </w:tcPr>
          <w:p w14:paraId="1AD4C90C" w14:textId="77777777" w:rsidR="00233B5B" w:rsidRPr="000A5B76" w:rsidRDefault="00000000">
            <w:r w:rsidRPr="000A5B76">
              <w:t>Causes / facteurs de risque</w:t>
            </w:r>
          </w:p>
        </w:tc>
        <w:tc>
          <w:tcPr>
            <w:tcW w:w="5270" w:type="dxa"/>
          </w:tcPr>
          <w:p w14:paraId="7031971D" w14:textId="77777777" w:rsidR="00233B5B" w:rsidRPr="000A5B76" w:rsidRDefault="00233B5B"/>
        </w:tc>
      </w:tr>
      <w:tr w:rsidR="00233B5B" w:rsidRPr="000A5B76" w14:paraId="68CDF539" w14:textId="77777777">
        <w:trPr>
          <w:jc w:val="center"/>
        </w:trPr>
        <w:tc>
          <w:tcPr>
            <w:tcW w:w="5270" w:type="dxa"/>
          </w:tcPr>
          <w:p w14:paraId="608EC45E" w14:textId="77777777" w:rsidR="00233B5B" w:rsidRPr="000A5B76" w:rsidRDefault="00000000">
            <w:r w:rsidRPr="000A5B76">
              <w:t>Signes et symptômes</w:t>
            </w:r>
          </w:p>
        </w:tc>
        <w:tc>
          <w:tcPr>
            <w:tcW w:w="5270" w:type="dxa"/>
          </w:tcPr>
          <w:p w14:paraId="601034FF" w14:textId="77777777" w:rsidR="00233B5B" w:rsidRPr="000A5B76" w:rsidRDefault="00233B5B"/>
        </w:tc>
      </w:tr>
      <w:tr w:rsidR="00233B5B" w:rsidRPr="000A5B76" w14:paraId="22BB7403" w14:textId="77777777">
        <w:trPr>
          <w:jc w:val="center"/>
        </w:trPr>
        <w:tc>
          <w:tcPr>
            <w:tcW w:w="5270" w:type="dxa"/>
          </w:tcPr>
          <w:p w14:paraId="40457CB3" w14:textId="77777777" w:rsidR="00233B5B" w:rsidRPr="000A5B76" w:rsidRDefault="00000000">
            <w:r w:rsidRPr="000A5B76">
              <w:t>Examens</w:t>
            </w:r>
          </w:p>
        </w:tc>
        <w:tc>
          <w:tcPr>
            <w:tcW w:w="5270" w:type="dxa"/>
          </w:tcPr>
          <w:p w14:paraId="44CDB592" w14:textId="77777777" w:rsidR="00233B5B" w:rsidRPr="000A5B76" w:rsidRDefault="00233B5B"/>
        </w:tc>
      </w:tr>
      <w:tr w:rsidR="00233B5B" w:rsidRPr="000A5B76" w14:paraId="48C489B4" w14:textId="77777777">
        <w:trPr>
          <w:jc w:val="center"/>
        </w:trPr>
        <w:tc>
          <w:tcPr>
            <w:tcW w:w="5270" w:type="dxa"/>
          </w:tcPr>
          <w:p w14:paraId="0C5E65FE" w14:textId="77777777" w:rsidR="00233B5B" w:rsidRPr="000A5B76" w:rsidRDefault="00000000">
            <w:r w:rsidRPr="000A5B76">
              <w:t>Traitement / prise en charge</w:t>
            </w:r>
          </w:p>
        </w:tc>
        <w:tc>
          <w:tcPr>
            <w:tcW w:w="5270" w:type="dxa"/>
          </w:tcPr>
          <w:p w14:paraId="1C7B7F04" w14:textId="77777777" w:rsidR="00233B5B" w:rsidRPr="000A5B76" w:rsidRDefault="00233B5B"/>
        </w:tc>
      </w:tr>
      <w:tr w:rsidR="00233B5B" w:rsidRPr="000A5B76" w14:paraId="112B2101" w14:textId="77777777">
        <w:trPr>
          <w:jc w:val="center"/>
        </w:trPr>
        <w:tc>
          <w:tcPr>
            <w:tcW w:w="5270" w:type="dxa"/>
          </w:tcPr>
          <w:p w14:paraId="36E3A2A5" w14:textId="77777777" w:rsidR="00233B5B" w:rsidRPr="000A5B76" w:rsidRDefault="00000000">
            <w:r w:rsidRPr="000A5B76">
              <w:t>Complications / signes d’alerte</w:t>
            </w:r>
          </w:p>
        </w:tc>
        <w:tc>
          <w:tcPr>
            <w:tcW w:w="5270" w:type="dxa"/>
          </w:tcPr>
          <w:p w14:paraId="55E36F21" w14:textId="77777777" w:rsidR="00233B5B" w:rsidRPr="000A5B76" w:rsidRDefault="00233B5B"/>
        </w:tc>
      </w:tr>
      <w:tr w:rsidR="00233B5B" w:rsidRPr="000A5B76" w14:paraId="147B8BA0" w14:textId="77777777">
        <w:trPr>
          <w:jc w:val="center"/>
        </w:trPr>
        <w:tc>
          <w:tcPr>
            <w:tcW w:w="5270" w:type="dxa"/>
          </w:tcPr>
          <w:p w14:paraId="3E9DD8F0" w14:textId="77777777" w:rsidR="00233B5B" w:rsidRPr="000A5B76" w:rsidRDefault="00000000">
            <w:r w:rsidRPr="000A5B76">
              <w:t>Rôle de l’auxiliaire de santé</w:t>
            </w:r>
          </w:p>
        </w:tc>
        <w:tc>
          <w:tcPr>
            <w:tcW w:w="5270" w:type="dxa"/>
          </w:tcPr>
          <w:p w14:paraId="48984428" w14:textId="77777777" w:rsidR="00233B5B" w:rsidRPr="000A5B76" w:rsidRDefault="00233B5B"/>
        </w:tc>
      </w:tr>
      <w:tr w:rsidR="00233B5B" w:rsidRPr="000A5B76" w14:paraId="47930F6E" w14:textId="77777777">
        <w:trPr>
          <w:jc w:val="center"/>
        </w:trPr>
        <w:tc>
          <w:tcPr>
            <w:tcW w:w="5270" w:type="dxa"/>
          </w:tcPr>
          <w:p w14:paraId="62A82B7A" w14:textId="77777777" w:rsidR="00233B5B" w:rsidRPr="000A5B76" w:rsidRDefault="00000000">
            <w:r w:rsidRPr="000A5B76">
              <w:t>Ce que je dois retenir</w:t>
            </w:r>
          </w:p>
        </w:tc>
        <w:tc>
          <w:tcPr>
            <w:tcW w:w="5270" w:type="dxa"/>
          </w:tcPr>
          <w:p w14:paraId="6898C38E" w14:textId="77777777" w:rsidR="00233B5B" w:rsidRPr="000A5B76" w:rsidRDefault="00233B5B"/>
        </w:tc>
      </w:tr>
    </w:tbl>
    <w:p w14:paraId="6FC3B790" w14:textId="77777777" w:rsidR="00233B5B" w:rsidRPr="000A5B76" w:rsidRDefault="00000000">
      <w:r w:rsidRPr="000A5B76">
        <w:br w:type="page"/>
      </w:r>
    </w:p>
    <w:p w14:paraId="42660FE4" w14:textId="77777777" w:rsidR="00233B5B" w:rsidRPr="000A5B76" w:rsidRDefault="00000000">
      <w:r w:rsidRPr="000A5B76">
        <w:rPr>
          <w:b/>
          <w:sz w:val="28"/>
        </w:rPr>
        <w:lastRenderedPageBreak/>
        <w:t>7. FICHE DE RÉVISION — PATHOLOGIE 5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233B5B" w:rsidRPr="000A5B76" w14:paraId="68943A31" w14:textId="77777777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607C6BFA" w14:textId="77777777" w:rsidR="00233B5B" w:rsidRPr="000A5B76" w:rsidRDefault="00000000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204740F8" w14:textId="77777777" w:rsidR="00233B5B" w:rsidRPr="000A5B76" w:rsidRDefault="00000000">
            <w:r w:rsidRPr="000A5B76">
              <w:rPr>
                <w:b/>
              </w:rPr>
              <w:t>Notes</w:t>
            </w:r>
          </w:p>
        </w:tc>
      </w:tr>
      <w:tr w:rsidR="00233B5B" w:rsidRPr="000A5B76" w14:paraId="3B618CE9" w14:textId="77777777">
        <w:trPr>
          <w:jc w:val="center"/>
        </w:trPr>
        <w:tc>
          <w:tcPr>
            <w:tcW w:w="5270" w:type="dxa"/>
          </w:tcPr>
          <w:p w14:paraId="19894A50" w14:textId="77777777" w:rsidR="00233B5B" w:rsidRPr="000A5B76" w:rsidRDefault="00000000">
            <w:r w:rsidRPr="000A5B76">
              <w:t>Nom de la pathologie</w:t>
            </w:r>
          </w:p>
        </w:tc>
        <w:tc>
          <w:tcPr>
            <w:tcW w:w="5270" w:type="dxa"/>
          </w:tcPr>
          <w:p w14:paraId="42F490BD" w14:textId="77777777" w:rsidR="00233B5B" w:rsidRPr="000A5B76" w:rsidRDefault="00233B5B"/>
        </w:tc>
      </w:tr>
      <w:tr w:rsidR="00233B5B" w:rsidRPr="000A5B76" w14:paraId="18214682" w14:textId="77777777">
        <w:trPr>
          <w:jc w:val="center"/>
        </w:trPr>
        <w:tc>
          <w:tcPr>
            <w:tcW w:w="5270" w:type="dxa"/>
          </w:tcPr>
          <w:p w14:paraId="28678FDA" w14:textId="77777777" w:rsidR="00233B5B" w:rsidRPr="000A5B76" w:rsidRDefault="00000000">
            <w:r w:rsidRPr="000A5B76">
              <w:t>Définition</w:t>
            </w:r>
          </w:p>
        </w:tc>
        <w:tc>
          <w:tcPr>
            <w:tcW w:w="5270" w:type="dxa"/>
          </w:tcPr>
          <w:p w14:paraId="2806636E" w14:textId="77777777" w:rsidR="00233B5B" w:rsidRPr="000A5B76" w:rsidRDefault="00233B5B"/>
        </w:tc>
      </w:tr>
      <w:tr w:rsidR="00233B5B" w:rsidRPr="000A5B76" w14:paraId="26C09293" w14:textId="77777777">
        <w:trPr>
          <w:jc w:val="center"/>
        </w:trPr>
        <w:tc>
          <w:tcPr>
            <w:tcW w:w="5270" w:type="dxa"/>
          </w:tcPr>
          <w:p w14:paraId="4F9AB102" w14:textId="77777777" w:rsidR="00233B5B" w:rsidRPr="000A5B76" w:rsidRDefault="00000000">
            <w:r w:rsidRPr="000A5B76">
              <w:t>Causes / facteurs de risque</w:t>
            </w:r>
          </w:p>
        </w:tc>
        <w:tc>
          <w:tcPr>
            <w:tcW w:w="5270" w:type="dxa"/>
          </w:tcPr>
          <w:p w14:paraId="7C857403" w14:textId="77777777" w:rsidR="00233B5B" w:rsidRPr="000A5B76" w:rsidRDefault="00233B5B"/>
        </w:tc>
      </w:tr>
      <w:tr w:rsidR="00233B5B" w:rsidRPr="000A5B76" w14:paraId="752C0B4A" w14:textId="77777777">
        <w:trPr>
          <w:jc w:val="center"/>
        </w:trPr>
        <w:tc>
          <w:tcPr>
            <w:tcW w:w="5270" w:type="dxa"/>
          </w:tcPr>
          <w:p w14:paraId="44C3D211" w14:textId="77777777" w:rsidR="00233B5B" w:rsidRPr="000A5B76" w:rsidRDefault="00000000">
            <w:r w:rsidRPr="000A5B76">
              <w:t>Signes et symptômes</w:t>
            </w:r>
          </w:p>
        </w:tc>
        <w:tc>
          <w:tcPr>
            <w:tcW w:w="5270" w:type="dxa"/>
          </w:tcPr>
          <w:p w14:paraId="275EA6A7" w14:textId="77777777" w:rsidR="00233B5B" w:rsidRPr="000A5B76" w:rsidRDefault="00233B5B"/>
        </w:tc>
      </w:tr>
      <w:tr w:rsidR="00233B5B" w:rsidRPr="000A5B76" w14:paraId="036A74D8" w14:textId="77777777">
        <w:trPr>
          <w:jc w:val="center"/>
        </w:trPr>
        <w:tc>
          <w:tcPr>
            <w:tcW w:w="5270" w:type="dxa"/>
          </w:tcPr>
          <w:p w14:paraId="35B9FFAF" w14:textId="77777777" w:rsidR="00233B5B" w:rsidRPr="000A5B76" w:rsidRDefault="00000000">
            <w:r w:rsidRPr="000A5B76">
              <w:t>Examens</w:t>
            </w:r>
          </w:p>
        </w:tc>
        <w:tc>
          <w:tcPr>
            <w:tcW w:w="5270" w:type="dxa"/>
          </w:tcPr>
          <w:p w14:paraId="3B92A255" w14:textId="77777777" w:rsidR="00233B5B" w:rsidRPr="000A5B76" w:rsidRDefault="00233B5B"/>
        </w:tc>
      </w:tr>
      <w:tr w:rsidR="00233B5B" w:rsidRPr="000A5B76" w14:paraId="4C5E6A58" w14:textId="77777777">
        <w:trPr>
          <w:jc w:val="center"/>
        </w:trPr>
        <w:tc>
          <w:tcPr>
            <w:tcW w:w="5270" w:type="dxa"/>
          </w:tcPr>
          <w:p w14:paraId="26112D68" w14:textId="77777777" w:rsidR="00233B5B" w:rsidRPr="000A5B76" w:rsidRDefault="00000000">
            <w:r w:rsidRPr="000A5B76">
              <w:t>Traitement / prise en charge</w:t>
            </w:r>
          </w:p>
        </w:tc>
        <w:tc>
          <w:tcPr>
            <w:tcW w:w="5270" w:type="dxa"/>
          </w:tcPr>
          <w:p w14:paraId="7C07A553" w14:textId="77777777" w:rsidR="00233B5B" w:rsidRPr="000A5B76" w:rsidRDefault="00233B5B"/>
        </w:tc>
      </w:tr>
      <w:tr w:rsidR="00233B5B" w:rsidRPr="000A5B76" w14:paraId="0C213C9B" w14:textId="77777777">
        <w:trPr>
          <w:jc w:val="center"/>
        </w:trPr>
        <w:tc>
          <w:tcPr>
            <w:tcW w:w="5270" w:type="dxa"/>
          </w:tcPr>
          <w:p w14:paraId="5D22A249" w14:textId="77777777" w:rsidR="00233B5B" w:rsidRPr="000A5B76" w:rsidRDefault="00000000">
            <w:r w:rsidRPr="000A5B76">
              <w:t>Complications / signes d’alerte</w:t>
            </w:r>
          </w:p>
        </w:tc>
        <w:tc>
          <w:tcPr>
            <w:tcW w:w="5270" w:type="dxa"/>
          </w:tcPr>
          <w:p w14:paraId="14B8AF14" w14:textId="77777777" w:rsidR="00233B5B" w:rsidRPr="000A5B76" w:rsidRDefault="00233B5B"/>
        </w:tc>
      </w:tr>
      <w:tr w:rsidR="00233B5B" w:rsidRPr="000A5B76" w14:paraId="628BCFA6" w14:textId="77777777">
        <w:trPr>
          <w:jc w:val="center"/>
        </w:trPr>
        <w:tc>
          <w:tcPr>
            <w:tcW w:w="5270" w:type="dxa"/>
          </w:tcPr>
          <w:p w14:paraId="721EAB78" w14:textId="77777777" w:rsidR="00233B5B" w:rsidRPr="000A5B76" w:rsidRDefault="00000000">
            <w:r w:rsidRPr="000A5B76">
              <w:t>Rôle de l’auxiliaire de santé</w:t>
            </w:r>
          </w:p>
        </w:tc>
        <w:tc>
          <w:tcPr>
            <w:tcW w:w="5270" w:type="dxa"/>
          </w:tcPr>
          <w:p w14:paraId="1DA51E65" w14:textId="77777777" w:rsidR="00233B5B" w:rsidRPr="000A5B76" w:rsidRDefault="00233B5B"/>
        </w:tc>
      </w:tr>
      <w:tr w:rsidR="00233B5B" w:rsidRPr="000A5B76" w14:paraId="62DBF528" w14:textId="77777777">
        <w:trPr>
          <w:jc w:val="center"/>
        </w:trPr>
        <w:tc>
          <w:tcPr>
            <w:tcW w:w="5270" w:type="dxa"/>
          </w:tcPr>
          <w:p w14:paraId="28A9EDAC" w14:textId="77777777" w:rsidR="00233B5B" w:rsidRPr="000A5B76" w:rsidRDefault="00000000">
            <w:r w:rsidRPr="000A5B76">
              <w:t>Ce que je dois retenir</w:t>
            </w:r>
          </w:p>
        </w:tc>
        <w:tc>
          <w:tcPr>
            <w:tcW w:w="5270" w:type="dxa"/>
          </w:tcPr>
          <w:p w14:paraId="1A0F9536" w14:textId="77777777" w:rsidR="00233B5B" w:rsidRPr="000A5B76" w:rsidRDefault="00233B5B"/>
        </w:tc>
      </w:tr>
    </w:tbl>
    <w:p w14:paraId="15251BB5" w14:textId="77777777" w:rsidR="00512B76" w:rsidRDefault="00512B76"/>
    <w:p w14:paraId="0601C255" w14:textId="77777777" w:rsidR="00512B76" w:rsidRDefault="00512B76">
      <w:r>
        <w:br w:type="page"/>
      </w:r>
    </w:p>
    <w:p w14:paraId="0C88F78C" w14:textId="3760DE46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6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3D690B24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7D8D5FF7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33A78A15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0A734687" w14:textId="77777777" w:rsidTr="00161EC3">
        <w:trPr>
          <w:jc w:val="center"/>
        </w:trPr>
        <w:tc>
          <w:tcPr>
            <w:tcW w:w="5270" w:type="dxa"/>
          </w:tcPr>
          <w:p w14:paraId="01DD30CF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1DA628AD" w14:textId="77777777" w:rsidR="00512B76" w:rsidRPr="000A5B76" w:rsidRDefault="00512B76" w:rsidP="00161EC3"/>
        </w:tc>
      </w:tr>
      <w:tr w:rsidR="00512B76" w:rsidRPr="000A5B76" w14:paraId="11EA1B5F" w14:textId="77777777" w:rsidTr="00161EC3">
        <w:trPr>
          <w:jc w:val="center"/>
        </w:trPr>
        <w:tc>
          <w:tcPr>
            <w:tcW w:w="5270" w:type="dxa"/>
          </w:tcPr>
          <w:p w14:paraId="03654CB6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603CA746" w14:textId="77777777" w:rsidR="00512B76" w:rsidRPr="000A5B76" w:rsidRDefault="00512B76" w:rsidP="00161EC3"/>
        </w:tc>
      </w:tr>
      <w:tr w:rsidR="00512B76" w:rsidRPr="000A5B76" w14:paraId="6D4122DF" w14:textId="77777777" w:rsidTr="00161EC3">
        <w:trPr>
          <w:jc w:val="center"/>
        </w:trPr>
        <w:tc>
          <w:tcPr>
            <w:tcW w:w="5270" w:type="dxa"/>
          </w:tcPr>
          <w:p w14:paraId="5D28D76A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02DCD76D" w14:textId="77777777" w:rsidR="00512B76" w:rsidRPr="000A5B76" w:rsidRDefault="00512B76" w:rsidP="00161EC3"/>
        </w:tc>
      </w:tr>
      <w:tr w:rsidR="00512B76" w:rsidRPr="000A5B76" w14:paraId="4AFB1CF8" w14:textId="77777777" w:rsidTr="00161EC3">
        <w:trPr>
          <w:jc w:val="center"/>
        </w:trPr>
        <w:tc>
          <w:tcPr>
            <w:tcW w:w="5270" w:type="dxa"/>
          </w:tcPr>
          <w:p w14:paraId="76E3C0A5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1A625F9F" w14:textId="77777777" w:rsidR="00512B76" w:rsidRPr="000A5B76" w:rsidRDefault="00512B76" w:rsidP="00161EC3"/>
        </w:tc>
      </w:tr>
      <w:tr w:rsidR="00512B76" w:rsidRPr="000A5B76" w14:paraId="71E1697B" w14:textId="77777777" w:rsidTr="00161EC3">
        <w:trPr>
          <w:jc w:val="center"/>
        </w:trPr>
        <w:tc>
          <w:tcPr>
            <w:tcW w:w="5270" w:type="dxa"/>
          </w:tcPr>
          <w:p w14:paraId="1E933781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10C50870" w14:textId="77777777" w:rsidR="00512B76" w:rsidRPr="000A5B76" w:rsidRDefault="00512B76" w:rsidP="00161EC3"/>
        </w:tc>
      </w:tr>
      <w:tr w:rsidR="00512B76" w:rsidRPr="000A5B76" w14:paraId="16A01EC4" w14:textId="77777777" w:rsidTr="00161EC3">
        <w:trPr>
          <w:jc w:val="center"/>
        </w:trPr>
        <w:tc>
          <w:tcPr>
            <w:tcW w:w="5270" w:type="dxa"/>
          </w:tcPr>
          <w:p w14:paraId="6F9887BF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499C922A" w14:textId="77777777" w:rsidR="00512B76" w:rsidRPr="000A5B76" w:rsidRDefault="00512B76" w:rsidP="00161EC3"/>
        </w:tc>
      </w:tr>
      <w:tr w:rsidR="00512B76" w:rsidRPr="000A5B76" w14:paraId="1AB862E3" w14:textId="77777777" w:rsidTr="00161EC3">
        <w:trPr>
          <w:jc w:val="center"/>
        </w:trPr>
        <w:tc>
          <w:tcPr>
            <w:tcW w:w="5270" w:type="dxa"/>
          </w:tcPr>
          <w:p w14:paraId="17C8FFF3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150FD057" w14:textId="77777777" w:rsidR="00512B76" w:rsidRPr="000A5B76" w:rsidRDefault="00512B76" w:rsidP="00161EC3"/>
        </w:tc>
      </w:tr>
      <w:tr w:rsidR="00512B76" w:rsidRPr="000A5B76" w14:paraId="1C0D5005" w14:textId="77777777" w:rsidTr="00161EC3">
        <w:trPr>
          <w:jc w:val="center"/>
        </w:trPr>
        <w:tc>
          <w:tcPr>
            <w:tcW w:w="5270" w:type="dxa"/>
          </w:tcPr>
          <w:p w14:paraId="2EB66AAB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2726F18C" w14:textId="77777777" w:rsidR="00512B76" w:rsidRPr="000A5B76" w:rsidRDefault="00512B76" w:rsidP="00161EC3"/>
        </w:tc>
      </w:tr>
      <w:tr w:rsidR="00512B76" w:rsidRPr="000A5B76" w14:paraId="36F30C3F" w14:textId="77777777" w:rsidTr="00161EC3">
        <w:trPr>
          <w:jc w:val="center"/>
        </w:trPr>
        <w:tc>
          <w:tcPr>
            <w:tcW w:w="5270" w:type="dxa"/>
          </w:tcPr>
          <w:p w14:paraId="45C38038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781ACB38" w14:textId="77777777" w:rsidR="00512B76" w:rsidRPr="000A5B76" w:rsidRDefault="00512B76" w:rsidP="00161EC3"/>
        </w:tc>
      </w:tr>
    </w:tbl>
    <w:p w14:paraId="25298BC1" w14:textId="77777777" w:rsidR="00512B76" w:rsidRPr="000A5B76" w:rsidRDefault="00512B76" w:rsidP="00512B76">
      <w:r w:rsidRPr="000A5B76">
        <w:br w:type="page"/>
      </w:r>
    </w:p>
    <w:p w14:paraId="1A3C043D" w14:textId="6FA91676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7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65CF38CE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0B7B65B7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17F9D0E2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40D9A259" w14:textId="77777777" w:rsidTr="00161EC3">
        <w:trPr>
          <w:jc w:val="center"/>
        </w:trPr>
        <w:tc>
          <w:tcPr>
            <w:tcW w:w="5270" w:type="dxa"/>
          </w:tcPr>
          <w:p w14:paraId="59C31458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2BF0682F" w14:textId="77777777" w:rsidR="00512B76" w:rsidRPr="000A5B76" w:rsidRDefault="00512B76" w:rsidP="00161EC3"/>
        </w:tc>
      </w:tr>
      <w:tr w:rsidR="00512B76" w:rsidRPr="000A5B76" w14:paraId="555A3F94" w14:textId="77777777" w:rsidTr="00161EC3">
        <w:trPr>
          <w:jc w:val="center"/>
        </w:trPr>
        <w:tc>
          <w:tcPr>
            <w:tcW w:w="5270" w:type="dxa"/>
          </w:tcPr>
          <w:p w14:paraId="783610E9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4D33C004" w14:textId="77777777" w:rsidR="00512B76" w:rsidRPr="000A5B76" w:rsidRDefault="00512B76" w:rsidP="00161EC3"/>
        </w:tc>
      </w:tr>
      <w:tr w:rsidR="00512B76" w:rsidRPr="000A5B76" w14:paraId="60B73552" w14:textId="77777777" w:rsidTr="00161EC3">
        <w:trPr>
          <w:jc w:val="center"/>
        </w:trPr>
        <w:tc>
          <w:tcPr>
            <w:tcW w:w="5270" w:type="dxa"/>
          </w:tcPr>
          <w:p w14:paraId="024600B6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529607D4" w14:textId="77777777" w:rsidR="00512B76" w:rsidRPr="000A5B76" w:rsidRDefault="00512B76" w:rsidP="00161EC3"/>
        </w:tc>
      </w:tr>
      <w:tr w:rsidR="00512B76" w:rsidRPr="000A5B76" w14:paraId="4D021069" w14:textId="77777777" w:rsidTr="00161EC3">
        <w:trPr>
          <w:jc w:val="center"/>
        </w:trPr>
        <w:tc>
          <w:tcPr>
            <w:tcW w:w="5270" w:type="dxa"/>
          </w:tcPr>
          <w:p w14:paraId="6F856B72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6C77DA64" w14:textId="77777777" w:rsidR="00512B76" w:rsidRPr="000A5B76" w:rsidRDefault="00512B76" w:rsidP="00161EC3"/>
        </w:tc>
      </w:tr>
      <w:tr w:rsidR="00512B76" w:rsidRPr="000A5B76" w14:paraId="061ADCA4" w14:textId="77777777" w:rsidTr="00161EC3">
        <w:trPr>
          <w:jc w:val="center"/>
        </w:trPr>
        <w:tc>
          <w:tcPr>
            <w:tcW w:w="5270" w:type="dxa"/>
          </w:tcPr>
          <w:p w14:paraId="633C5D24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1DCE157B" w14:textId="77777777" w:rsidR="00512B76" w:rsidRPr="000A5B76" w:rsidRDefault="00512B76" w:rsidP="00161EC3"/>
        </w:tc>
      </w:tr>
      <w:tr w:rsidR="00512B76" w:rsidRPr="000A5B76" w14:paraId="05509858" w14:textId="77777777" w:rsidTr="00161EC3">
        <w:trPr>
          <w:jc w:val="center"/>
        </w:trPr>
        <w:tc>
          <w:tcPr>
            <w:tcW w:w="5270" w:type="dxa"/>
          </w:tcPr>
          <w:p w14:paraId="4F8F2198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4108AFE4" w14:textId="77777777" w:rsidR="00512B76" w:rsidRPr="000A5B76" w:rsidRDefault="00512B76" w:rsidP="00161EC3"/>
        </w:tc>
      </w:tr>
      <w:tr w:rsidR="00512B76" w:rsidRPr="000A5B76" w14:paraId="0ADD9BEB" w14:textId="77777777" w:rsidTr="00161EC3">
        <w:trPr>
          <w:jc w:val="center"/>
        </w:trPr>
        <w:tc>
          <w:tcPr>
            <w:tcW w:w="5270" w:type="dxa"/>
          </w:tcPr>
          <w:p w14:paraId="7FF12BA0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62239A26" w14:textId="77777777" w:rsidR="00512B76" w:rsidRPr="000A5B76" w:rsidRDefault="00512B76" w:rsidP="00161EC3"/>
        </w:tc>
      </w:tr>
      <w:tr w:rsidR="00512B76" w:rsidRPr="000A5B76" w14:paraId="161729D1" w14:textId="77777777" w:rsidTr="00161EC3">
        <w:trPr>
          <w:jc w:val="center"/>
        </w:trPr>
        <w:tc>
          <w:tcPr>
            <w:tcW w:w="5270" w:type="dxa"/>
          </w:tcPr>
          <w:p w14:paraId="72B3405D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61B92040" w14:textId="77777777" w:rsidR="00512B76" w:rsidRPr="000A5B76" w:rsidRDefault="00512B76" w:rsidP="00161EC3"/>
        </w:tc>
      </w:tr>
      <w:tr w:rsidR="00512B76" w:rsidRPr="000A5B76" w14:paraId="344EEBF7" w14:textId="77777777" w:rsidTr="00161EC3">
        <w:trPr>
          <w:jc w:val="center"/>
        </w:trPr>
        <w:tc>
          <w:tcPr>
            <w:tcW w:w="5270" w:type="dxa"/>
          </w:tcPr>
          <w:p w14:paraId="11AC065A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0F7C72DB" w14:textId="77777777" w:rsidR="00512B76" w:rsidRPr="000A5B76" w:rsidRDefault="00512B76" w:rsidP="00161EC3"/>
        </w:tc>
      </w:tr>
    </w:tbl>
    <w:p w14:paraId="52BF233E" w14:textId="77777777" w:rsidR="00512B76" w:rsidRPr="000A5B76" w:rsidRDefault="00512B76" w:rsidP="00512B76">
      <w:r w:rsidRPr="000A5B76">
        <w:br w:type="page"/>
      </w:r>
    </w:p>
    <w:p w14:paraId="44CF95EB" w14:textId="060FAE33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8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4CB7B214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6AB72552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0F1FA989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63D42516" w14:textId="77777777" w:rsidTr="00161EC3">
        <w:trPr>
          <w:jc w:val="center"/>
        </w:trPr>
        <w:tc>
          <w:tcPr>
            <w:tcW w:w="5270" w:type="dxa"/>
          </w:tcPr>
          <w:p w14:paraId="3E3783C8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72C75350" w14:textId="77777777" w:rsidR="00512B76" w:rsidRPr="000A5B76" w:rsidRDefault="00512B76" w:rsidP="00161EC3"/>
        </w:tc>
      </w:tr>
      <w:tr w:rsidR="00512B76" w:rsidRPr="000A5B76" w14:paraId="1A8756F1" w14:textId="77777777" w:rsidTr="00161EC3">
        <w:trPr>
          <w:jc w:val="center"/>
        </w:trPr>
        <w:tc>
          <w:tcPr>
            <w:tcW w:w="5270" w:type="dxa"/>
          </w:tcPr>
          <w:p w14:paraId="5C9FB51A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75F386CD" w14:textId="77777777" w:rsidR="00512B76" w:rsidRPr="000A5B76" w:rsidRDefault="00512B76" w:rsidP="00161EC3"/>
        </w:tc>
      </w:tr>
      <w:tr w:rsidR="00512B76" w:rsidRPr="000A5B76" w14:paraId="194D044B" w14:textId="77777777" w:rsidTr="00161EC3">
        <w:trPr>
          <w:jc w:val="center"/>
        </w:trPr>
        <w:tc>
          <w:tcPr>
            <w:tcW w:w="5270" w:type="dxa"/>
          </w:tcPr>
          <w:p w14:paraId="551F27C0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2744E68A" w14:textId="77777777" w:rsidR="00512B76" w:rsidRPr="000A5B76" w:rsidRDefault="00512B76" w:rsidP="00161EC3"/>
        </w:tc>
      </w:tr>
      <w:tr w:rsidR="00512B76" w:rsidRPr="000A5B76" w14:paraId="4BBA419C" w14:textId="77777777" w:rsidTr="00161EC3">
        <w:trPr>
          <w:jc w:val="center"/>
        </w:trPr>
        <w:tc>
          <w:tcPr>
            <w:tcW w:w="5270" w:type="dxa"/>
          </w:tcPr>
          <w:p w14:paraId="3AAA61A7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3571042F" w14:textId="77777777" w:rsidR="00512B76" w:rsidRPr="000A5B76" w:rsidRDefault="00512B76" w:rsidP="00161EC3"/>
        </w:tc>
      </w:tr>
      <w:tr w:rsidR="00512B76" w:rsidRPr="000A5B76" w14:paraId="2570591D" w14:textId="77777777" w:rsidTr="00161EC3">
        <w:trPr>
          <w:jc w:val="center"/>
        </w:trPr>
        <w:tc>
          <w:tcPr>
            <w:tcW w:w="5270" w:type="dxa"/>
          </w:tcPr>
          <w:p w14:paraId="4373E2E6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4FD47A9A" w14:textId="77777777" w:rsidR="00512B76" w:rsidRPr="000A5B76" w:rsidRDefault="00512B76" w:rsidP="00161EC3"/>
        </w:tc>
      </w:tr>
      <w:tr w:rsidR="00512B76" w:rsidRPr="000A5B76" w14:paraId="1CA06710" w14:textId="77777777" w:rsidTr="00161EC3">
        <w:trPr>
          <w:jc w:val="center"/>
        </w:trPr>
        <w:tc>
          <w:tcPr>
            <w:tcW w:w="5270" w:type="dxa"/>
          </w:tcPr>
          <w:p w14:paraId="621767FA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36FCD5BC" w14:textId="77777777" w:rsidR="00512B76" w:rsidRPr="000A5B76" w:rsidRDefault="00512B76" w:rsidP="00161EC3"/>
        </w:tc>
      </w:tr>
      <w:tr w:rsidR="00512B76" w:rsidRPr="000A5B76" w14:paraId="586F4714" w14:textId="77777777" w:rsidTr="00161EC3">
        <w:trPr>
          <w:jc w:val="center"/>
        </w:trPr>
        <w:tc>
          <w:tcPr>
            <w:tcW w:w="5270" w:type="dxa"/>
          </w:tcPr>
          <w:p w14:paraId="509E9B84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6FC0F476" w14:textId="77777777" w:rsidR="00512B76" w:rsidRPr="000A5B76" w:rsidRDefault="00512B76" w:rsidP="00161EC3"/>
        </w:tc>
      </w:tr>
      <w:tr w:rsidR="00512B76" w:rsidRPr="000A5B76" w14:paraId="37AA3467" w14:textId="77777777" w:rsidTr="00161EC3">
        <w:trPr>
          <w:jc w:val="center"/>
        </w:trPr>
        <w:tc>
          <w:tcPr>
            <w:tcW w:w="5270" w:type="dxa"/>
          </w:tcPr>
          <w:p w14:paraId="4006BFFA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5DFFC15F" w14:textId="77777777" w:rsidR="00512B76" w:rsidRPr="000A5B76" w:rsidRDefault="00512B76" w:rsidP="00161EC3"/>
        </w:tc>
      </w:tr>
      <w:tr w:rsidR="00512B76" w:rsidRPr="000A5B76" w14:paraId="1DF8EF33" w14:textId="77777777" w:rsidTr="00161EC3">
        <w:trPr>
          <w:jc w:val="center"/>
        </w:trPr>
        <w:tc>
          <w:tcPr>
            <w:tcW w:w="5270" w:type="dxa"/>
          </w:tcPr>
          <w:p w14:paraId="17A9138F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4C601B02" w14:textId="77777777" w:rsidR="00512B76" w:rsidRPr="000A5B76" w:rsidRDefault="00512B76" w:rsidP="00161EC3"/>
        </w:tc>
      </w:tr>
    </w:tbl>
    <w:p w14:paraId="71FD3856" w14:textId="77777777" w:rsidR="00512B76" w:rsidRPr="000A5B76" w:rsidRDefault="00512B76" w:rsidP="00512B76">
      <w:r w:rsidRPr="000A5B76">
        <w:br w:type="page"/>
      </w:r>
    </w:p>
    <w:p w14:paraId="229A9EB7" w14:textId="181D777E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9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386FA6D6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20C79133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231A0647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69E418C9" w14:textId="77777777" w:rsidTr="00161EC3">
        <w:trPr>
          <w:jc w:val="center"/>
        </w:trPr>
        <w:tc>
          <w:tcPr>
            <w:tcW w:w="5270" w:type="dxa"/>
          </w:tcPr>
          <w:p w14:paraId="2E603FCD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3D7C7011" w14:textId="77777777" w:rsidR="00512B76" w:rsidRPr="000A5B76" w:rsidRDefault="00512B76" w:rsidP="00161EC3"/>
        </w:tc>
      </w:tr>
      <w:tr w:rsidR="00512B76" w:rsidRPr="000A5B76" w14:paraId="68286154" w14:textId="77777777" w:rsidTr="00161EC3">
        <w:trPr>
          <w:jc w:val="center"/>
        </w:trPr>
        <w:tc>
          <w:tcPr>
            <w:tcW w:w="5270" w:type="dxa"/>
          </w:tcPr>
          <w:p w14:paraId="6E97C456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4F5417F8" w14:textId="77777777" w:rsidR="00512B76" w:rsidRPr="000A5B76" w:rsidRDefault="00512B76" w:rsidP="00161EC3"/>
        </w:tc>
      </w:tr>
      <w:tr w:rsidR="00512B76" w:rsidRPr="000A5B76" w14:paraId="45A8D4D5" w14:textId="77777777" w:rsidTr="00161EC3">
        <w:trPr>
          <w:jc w:val="center"/>
        </w:trPr>
        <w:tc>
          <w:tcPr>
            <w:tcW w:w="5270" w:type="dxa"/>
          </w:tcPr>
          <w:p w14:paraId="702AC45B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33BBC607" w14:textId="77777777" w:rsidR="00512B76" w:rsidRPr="000A5B76" w:rsidRDefault="00512B76" w:rsidP="00161EC3"/>
        </w:tc>
      </w:tr>
      <w:tr w:rsidR="00512B76" w:rsidRPr="000A5B76" w14:paraId="50F5D2CE" w14:textId="77777777" w:rsidTr="00161EC3">
        <w:trPr>
          <w:jc w:val="center"/>
        </w:trPr>
        <w:tc>
          <w:tcPr>
            <w:tcW w:w="5270" w:type="dxa"/>
          </w:tcPr>
          <w:p w14:paraId="78F9C47F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20F4232A" w14:textId="77777777" w:rsidR="00512B76" w:rsidRPr="000A5B76" w:rsidRDefault="00512B76" w:rsidP="00161EC3"/>
        </w:tc>
      </w:tr>
      <w:tr w:rsidR="00512B76" w:rsidRPr="000A5B76" w14:paraId="7A9236F1" w14:textId="77777777" w:rsidTr="00161EC3">
        <w:trPr>
          <w:jc w:val="center"/>
        </w:trPr>
        <w:tc>
          <w:tcPr>
            <w:tcW w:w="5270" w:type="dxa"/>
          </w:tcPr>
          <w:p w14:paraId="01A50CCB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33E88710" w14:textId="77777777" w:rsidR="00512B76" w:rsidRPr="000A5B76" w:rsidRDefault="00512B76" w:rsidP="00161EC3"/>
        </w:tc>
      </w:tr>
      <w:tr w:rsidR="00512B76" w:rsidRPr="000A5B76" w14:paraId="1CD6918F" w14:textId="77777777" w:rsidTr="00161EC3">
        <w:trPr>
          <w:jc w:val="center"/>
        </w:trPr>
        <w:tc>
          <w:tcPr>
            <w:tcW w:w="5270" w:type="dxa"/>
          </w:tcPr>
          <w:p w14:paraId="5652C7DA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40C9E803" w14:textId="77777777" w:rsidR="00512B76" w:rsidRPr="000A5B76" w:rsidRDefault="00512B76" w:rsidP="00161EC3"/>
        </w:tc>
      </w:tr>
      <w:tr w:rsidR="00512B76" w:rsidRPr="000A5B76" w14:paraId="5E77FB1F" w14:textId="77777777" w:rsidTr="00161EC3">
        <w:trPr>
          <w:jc w:val="center"/>
        </w:trPr>
        <w:tc>
          <w:tcPr>
            <w:tcW w:w="5270" w:type="dxa"/>
          </w:tcPr>
          <w:p w14:paraId="6E9AE5F3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477494A9" w14:textId="77777777" w:rsidR="00512B76" w:rsidRPr="000A5B76" w:rsidRDefault="00512B76" w:rsidP="00161EC3"/>
        </w:tc>
      </w:tr>
      <w:tr w:rsidR="00512B76" w:rsidRPr="000A5B76" w14:paraId="3AC92C8A" w14:textId="77777777" w:rsidTr="00161EC3">
        <w:trPr>
          <w:jc w:val="center"/>
        </w:trPr>
        <w:tc>
          <w:tcPr>
            <w:tcW w:w="5270" w:type="dxa"/>
          </w:tcPr>
          <w:p w14:paraId="3BE9CB66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132CDA8E" w14:textId="77777777" w:rsidR="00512B76" w:rsidRPr="000A5B76" w:rsidRDefault="00512B76" w:rsidP="00161EC3"/>
        </w:tc>
      </w:tr>
      <w:tr w:rsidR="00512B76" w:rsidRPr="000A5B76" w14:paraId="74696B7E" w14:textId="77777777" w:rsidTr="00161EC3">
        <w:trPr>
          <w:jc w:val="center"/>
        </w:trPr>
        <w:tc>
          <w:tcPr>
            <w:tcW w:w="5270" w:type="dxa"/>
          </w:tcPr>
          <w:p w14:paraId="52BE7164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6F10D933" w14:textId="77777777" w:rsidR="00512B76" w:rsidRPr="000A5B76" w:rsidRDefault="00512B76" w:rsidP="00161EC3"/>
        </w:tc>
      </w:tr>
    </w:tbl>
    <w:p w14:paraId="0B4DA541" w14:textId="77777777" w:rsidR="00512B76" w:rsidRPr="000A5B76" w:rsidRDefault="00512B76" w:rsidP="00512B76">
      <w:r w:rsidRPr="000A5B76">
        <w:br w:type="page"/>
      </w:r>
    </w:p>
    <w:p w14:paraId="3D7DCF5A" w14:textId="71269721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10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51808A6B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1E887A7A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74CF586F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52975CA4" w14:textId="77777777" w:rsidTr="00161EC3">
        <w:trPr>
          <w:jc w:val="center"/>
        </w:trPr>
        <w:tc>
          <w:tcPr>
            <w:tcW w:w="5270" w:type="dxa"/>
          </w:tcPr>
          <w:p w14:paraId="4B4AFA85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16799D61" w14:textId="77777777" w:rsidR="00512B76" w:rsidRPr="000A5B76" w:rsidRDefault="00512B76" w:rsidP="00161EC3"/>
        </w:tc>
      </w:tr>
      <w:tr w:rsidR="00512B76" w:rsidRPr="000A5B76" w14:paraId="1CA56E39" w14:textId="77777777" w:rsidTr="00161EC3">
        <w:trPr>
          <w:jc w:val="center"/>
        </w:trPr>
        <w:tc>
          <w:tcPr>
            <w:tcW w:w="5270" w:type="dxa"/>
          </w:tcPr>
          <w:p w14:paraId="13C9E795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43C5F71A" w14:textId="77777777" w:rsidR="00512B76" w:rsidRPr="000A5B76" w:rsidRDefault="00512B76" w:rsidP="00161EC3"/>
        </w:tc>
      </w:tr>
      <w:tr w:rsidR="00512B76" w:rsidRPr="000A5B76" w14:paraId="501E3661" w14:textId="77777777" w:rsidTr="00161EC3">
        <w:trPr>
          <w:jc w:val="center"/>
        </w:trPr>
        <w:tc>
          <w:tcPr>
            <w:tcW w:w="5270" w:type="dxa"/>
          </w:tcPr>
          <w:p w14:paraId="11824904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4E37DCCB" w14:textId="77777777" w:rsidR="00512B76" w:rsidRPr="000A5B76" w:rsidRDefault="00512B76" w:rsidP="00161EC3"/>
        </w:tc>
      </w:tr>
      <w:tr w:rsidR="00512B76" w:rsidRPr="000A5B76" w14:paraId="37377082" w14:textId="77777777" w:rsidTr="00161EC3">
        <w:trPr>
          <w:jc w:val="center"/>
        </w:trPr>
        <w:tc>
          <w:tcPr>
            <w:tcW w:w="5270" w:type="dxa"/>
          </w:tcPr>
          <w:p w14:paraId="321910E3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06A9B2A7" w14:textId="77777777" w:rsidR="00512B76" w:rsidRPr="000A5B76" w:rsidRDefault="00512B76" w:rsidP="00161EC3"/>
        </w:tc>
      </w:tr>
      <w:tr w:rsidR="00512B76" w:rsidRPr="000A5B76" w14:paraId="172DC9C8" w14:textId="77777777" w:rsidTr="00161EC3">
        <w:trPr>
          <w:jc w:val="center"/>
        </w:trPr>
        <w:tc>
          <w:tcPr>
            <w:tcW w:w="5270" w:type="dxa"/>
          </w:tcPr>
          <w:p w14:paraId="64E3FBC6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193EBEE3" w14:textId="77777777" w:rsidR="00512B76" w:rsidRPr="000A5B76" w:rsidRDefault="00512B76" w:rsidP="00161EC3"/>
        </w:tc>
      </w:tr>
      <w:tr w:rsidR="00512B76" w:rsidRPr="000A5B76" w14:paraId="6932B958" w14:textId="77777777" w:rsidTr="00161EC3">
        <w:trPr>
          <w:jc w:val="center"/>
        </w:trPr>
        <w:tc>
          <w:tcPr>
            <w:tcW w:w="5270" w:type="dxa"/>
          </w:tcPr>
          <w:p w14:paraId="52A2C3CA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493DF6D2" w14:textId="77777777" w:rsidR="00512B76" w:rsidRPr="000A5B76" w:rsidRDefault="00512B76" w:rsidP="00161EC3"/>
        </w:tc>
      </w:tr>
      <w:tr w:rsidR="00512B76" w:rsidRPr="000A5B76" w14:paraId="4AA1FD2F" w14:textId="77777777" w:rsidTr="00161EC3">
        <w:trPr>
          <w:jc w:val="center"/>
        </w:trPr>
        <w:tc>
          <w:tcPr>
            <w:tcW w:w="5270" w:type="dxa"/>
          </w:tcPr>
          <w:p w14:paraId="59FD43C0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641D1455" w14:textId="77777777" w:rsidR="00512B76" w:rsidRPr="000A5B76" w:rsidRDefault="00512B76" w:rsidP="00161EC3"/>
        </w:tc>
      </w:tr>
      <w:tr w:rsidR="00512B76" w:rsidRPr="000A5B76" w14:paraId="10FE5E78" w14:textId="77777777" w:rsidTr="00161EC3">
        <w:trPr>
          <w:jc w:val="center"/>
        </w:trPr>
        <w:tc>
          <w:tcPr>
            <w:tcW w:w="5270" w:type="dxa"/>
          </w:tcPr>
          <w:p w14:paraId="437ADB07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5B31650C" w14:textId="77777777" w:rsidR="00512B76" w:rsidRPr="000A5B76" w:rsidRDefault="00512B76" w:rsidP="00161EC3"/>
        </w:tc>
      </w:tr>
      <w:tr w:rsidR="00512B76" w:rsidRPr="000A5B76" w14:paraId="62382B43" w14:textId="77777777" w:rsidTr="00161EC3">
        <w:trPr>
          <w:jc w:val="center"/>
        </w:trPr>
        <w:tc>
          <w:tcPr>
            <w:tcW w:w="5270" w:type="dxa"/>
          </w:tcPr>
          <w:p w14:paraId="097AE4A9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4AA2CA50" w14:textId="77777777" w:rsidR="00512B76" w:rsidRPr="000A5B76" w:rsidRDefault="00512B76" w:rsidP="00161EC3"/>
        </w:tc>
      </w:tr>
    </w:tbl>
    <w:p w14:paraId="1FE09F21" w14:textId="77777777" w:rsidR="00512B76" w:rsidRPr="000A5B76" w:rsidRDefault="00512B76" w:rsidP="00512B76">
      <w:r w:rsidRPr="000A5B76">
        <w:br w:type="page"/>
      </w:r>
    </w:p>
    <w:p w14:paraId="7080B5E3" w14:textId="648F5832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11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12AFF65F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14CEAAB2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5777316D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75FF495C" w14:textId="77777777" w:rsidTr="00161EC3">
        <w:trPr>
          <w:jc w:val="center"/>
        </w:trPr>
        <w:tc>
          <w:tcPr>
            <w:tcW w:w="5270" w:type="dxa"/>
          </w:tcPr>
          <w:p w14:paraId="038B50D7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12A8EFAC" w14:textId="77777777" w:rsidR="00512B76" w:rsidRPr="000A5B76" w:rsidRDefault="00512B76" w:rsidP="00161EC3"/>
        </w:tc>
      </w:tr>
      <w:tr w:rsidR="00512B76" w:rsidRPr="000A5B76" w14:paraId="70C2A269" w14:textId="77777777" w:rsidTr="00161EC3">
        <w:trPr>
          <w:jc w:val="center"/>
        </w:trPr>
        <w:tc>
          <w:tcPr>
            <w:tcW w:w="5270" w:type="dxa"/>
          </w:tcPr>
          <w:p w14:paraId="5DAE513F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036FBD6D" w14:textId="77777777" w:rsidR="00512B76" w:rsidRPr="000A5B76" w:rsidRDefault="00512B76" w:rsidP="00161EC3"/>
        </w:tc>
      </w:tr>
      <w:tr w:rsidR="00512B76" w:rsidRPr="000A5B76" w14:paraId="1D77F38B" w14:textId="77777777" w:rsidTr="00161EC3">
        <w:trPr>
          <w:jc w:val="center"/>
        </w:trPr>
        <w:tc>
          <w:tcPr>
            <w:tcW w:w="5270" w:type="dxa"/>
          </w:tcPr>
          <w:p w14:paraId="75DD8F9A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4FDAF1B8" w14:textId="77777777" w:rsidR="00512B76" w:rsidRPr="000A5B76" w:rsidRDefault="00512B76" w:rsidP="00161EC3"/>
        </w:tc>
      </w:tr>
      <w:tr w:rsidR="00512B76" w:rsidRPr="000A5B76" w14:paraId="15612365" w14:textId="77777777" w:rsidTr="00161EC3">
        <w:trPr>
          <w:jc w:val="center"/>
        </w:trPr>
        <w:tc>
          <w:tcPr>
            <w:tcW w:w="5270" w:type="dxa"/>
          </w:tcPr>
          <w:p w14:paraId="1DC6CADA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6E60DF3D" w14:textId="77777777" w:rsidR="00512B76" w:rsidRPr="000A5B76" w:rsidRDefault="00512B76" w:rsidP="00161EC3"/>
        </w:tc>
      </w:tr>
      <w:tr w:rsidR="00512B76" w:rsidRPr="000A5B76" w14:paraId="233AE174" w14:textId="77777777" w:rsidTr="00161EC3">
        <w:trPr>
          <w:jc w:val="center"/>
        </w:trPr>
        <w:tc>
          <w:tcPr>
            <w:tcW w:w="5270" w:type="dxa"/>
          </w:tcPr>
          <w:p w14:paraId="4A979376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3400F16E" w14:textId="77777777" w:rsidR="00512B76" w:rsidRPr="000A5B76" w:rsidRDefault="00512B76" w:rsidP="00161EC3"/>
        </w:tc>
      </w:tr>
      <w:tr w:rsidR="00512B76" w:rsidRPr="000A5B76" w14:paraId="571D2DF4" w14:textId="77777777" w:rsidTr="00161EC3">
        <w:trPr>
          <w:jc w:val="center"/>
        </w:trPr>
        <w:tc>
          <w:tcPr>
            <w:tcW w:w="5270" w:type="dxa"/>
          </w:tcPr>
          <w:p w14:paraId="24E7E679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6F8186CC" w14:textId="77777777" w:rsidR="00512B76" w:rsidRPr="000A5B76" w:rsidRDefault="00512B76" w:rsidP="00161EC3"/>
        </w:tc>
      </w:tr>
      <w:tr w:rsidR="00512B76" w:rsidRPr="000A5B76" w14:paraId="5A720F44" w14:textId="77777777" w:rsidTr="00161EC3">
        <w:trPr>
          <w:jc w:val="center"/>
        </w:trPr>
        <w:tc>
          <w:tcPr>
            <w:tcW w:w="5270" w:type="dxa"/>
          </w:tcPr>
          <w:p w14:paraId="1578CE92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56998437" w14:textId="77777777" w:rsidR="00512B76" w:rsidRPr="000A5B76" w:rsidRDefault="00512B76" w:rsidP="00161EC3"/>
        </w:tc>
      </w:tr>
      <w:tr w:rsidR="00512B76" w:rsidRPr="000A5B76" w14:paraId="616FF007" w14:textId="77777777" w:rsidTr="00161EC3">
        <w:trPr>
          <w:jc w:val="center"/>
        </w:trPr>
        <w:tc>
          <w:tcPr>
            <w:tcW w:w="5270" w:type="dxa"/>
          </w:tcPr>
          <w:p w14:paraId="64C08303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486EE5BA" w14:textId="77777777" w:rsidR="00512B76" w:rsidRPr="000A5B76" w:rsidRDefault="00512B76" w:rsidP="00161EC3"/>
        </w:tc>
      </w:tr>
      <w:tr w:rsidR="00512B76" w:rsidRPr="000A5B76" w14:paraId="446556DC" w14:textId="77777777" w:rsidTr="00161EC3">
        <w:trPr>
          <w:jc w:val="center"/>
        </w:trPr>
        <w:tc>
          <w:tcPr>
            <w:tcW w:w="5270" w:type="dxa"/>
          </w:tcPr>
          <w:p w14:paraId="1E58261F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36BB241E" w14:textId="77777777" w:rsidR="00512B76" w:rsidRPr="000A5B76" w:rsidRDefault="00512B76" w:rsidP="00161EC3"/>
        </w:tc>
      </w:tr>
    </w:tbl>
    <w:p w14:paraId="7EC20617" w14:textId="77777777" w:rsidR="00512B76" w:rsidRPr="000A5B76" w:rsidRDefault="00512B76" w:rsidP="00512B76">
      <w:r w:rsidRPr="000A5B76">
        <w:br w:type="page"/>
      </w:r>
    </w:p>
    <w:p w14:paraId="6A37650E" w14:textId="21BA2A66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12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3B599C99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6A2CC3B1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525C55EF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728693D1" w14:textId="77777777" w:rsidTr="00161EC3">
        <w:trPr>
          <w:jc w:val="center"/>
        </w:trPr>
        <w:tc>
          <w:tcPr>
            <w:tcW w:w="5270" w:type="dxa"/>
          </w:tcPr>
          <w:p w14:paraId="77D96D33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6B3F32A3" w14:textId="77777777" w:rsidR="00512B76" w:rsidRPr="000A5B76" w:rsidRDefault="00512B76" w:rsidP="00161EC3"/>
        </w:tc>
      </w:tr>
      <w:tr w:rsidR="00512B76" w:rsidRPr="000A5B76" w14:paraId="5A4508B8" w14:textId="77777777" w:rsidTr="00161EC3">
        <w:trPr>
          <w:jc w:val="center"/>
        </w:trPr>
        <w:tc>
          <w:tcPr>
            <w:tcW w:w="5270" w:type="dxa"/>
          </w:tcPr>
          <w:p w14:paraId="2FE1BBD4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01EF7415" w14:textId="77777777" w:rsidR="00512B76" w:rsidRPr="000A5B76" w:rsidRDefault="00512B76" w:rsidP="00161EC3"/>
        </w:tc>
      </w:tr>
      <w:tr w:rsidR="00512B76" w:rsidRPr="000A5B76" w14:paraId="632B4CDA" w14:textId="77777777" w:rsidTr="00161EC3">
        <w:trPr>
          <w:jc w:val="center"/>
        </w:trPr>
        <w:tc>
          <w:tcPr>
            <w:tcW w:w="5270" w:type="dxa"/>
          </w:tcPr>
          <w:p w14:paraId="256C5270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47A36A21" w14:textId="77777777" w:rsidR="00512B76" w:rsidRPr="000A5B76" w:rsidRDefault="00512B76" w:rsidP="00161EC3"/>
        </w:tc>
      </w:tr>
      <w:tr w:rsidR="00512B76" w:rsidRPr="000A5B76" w14:paraId="05AF4E1C" w14:textId="77777777" w:rsidTr="00161EC3">
        <w:trPr>
          <w:jc w:val="center"/>
        </w:trPr>
        <w:tc>
          <w:tcPr>
            <w:tcW w:w="5270" w:type="dxa"/>
          </w:tcPr>
          <w:p w14:paraId="0F30315F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46E2CBC0" w14:textId="77777777" w:rsidR="00512B76" w:rsidRPr="000A5B76" w:rsidRDefault="00512B76" w:rsidP="00161EC3"/>
        </w:tc>
      </w:tr>
      <w:tr w:rsidR="00512B76" w:rsidRPr="000A5B76" w14:paraId="29601FF1" w14:textId="77777777" w:rsidTr="00161EC3">
        <w:trPr>
          <w:jc w:val="center"/>
        </w:trPr>
        <w:tc>
          <w:tcPr>
            <w:tcW w:w="5270" w:type="dxa"/>
          </w:tcPr>
          <w:p w14:paraId="315434FB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06814C7E" w14:textId="77777777" w:rsidR="00512B76" w:rsidRPr="000A5B76" w:rsidRDefault="00512B76" w:rsidP="00161EC3"/>
        </w:tc>
      </w:tr>
      <w:tr w:rsidR="00512B76" w:rsidRPr="000A5B76" w14:paraId="696BD302" w14:textId="77777777" w:rsidTr="00161EC3">
        <w:trPr>
          <w:jc w:val="center"/>
        </w:trPr>
        <w:tc>
          <w:tcPr>
            <w:tcW w:w="5270" w:type="dxa"/>
          </w:tcPr>
          <w:p w14:paraId="67B633CB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53EDEB61" w14:textId="77777777" w:rsidR="00512B76" w:rsidRPr="000A5B76" w:rsidRDefault="00512B76" w:rsidP="00161EC3"/>
        </w:tc>
      </w:tr>
      <w:tr w:rsidR="00512B76" w:rsidRPr="000A5B76" w14:paraId="64C273D0" w14:textId="77777777" w:rsidTr="00161EC3">
        <w:trPr>
          <w:jc w:val="center"/>
        </w:trPr>
        <w:tc>
          <w:tcPr>
            <w:tcW w:w="5270" w:type="dxa"/>
          </w:tcPr>
          <w:p w14:paraId="688AEDB5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34CE2DDE" w14:textId="77777777" w:rsidR="00512B76" w:rsidRPr="000A5B76" w:rsidRDefault="00512B76" w:rsidP="00161EC3"/>
        </w:tc>
      </w:tr>
      <w:tr w:rsidR="00512B76" w:rsidRPr="000A5B76" w14:paraId="71BEDF1A" w14:textId="77777777" w:rsidTr="00161EC3">
        <w:trPr>
          <w:jc w:val="center"/>
        </w:trPr>
        <w:tc>
          <w:tcPr>
            <w:tcW w:w="5270" w:type="dxa"/>
          </w:tcPr>
          <w:p w14:paraId="12E1EE6C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00846261" w14:textId="77777777" w:rsidR="00512B76" w:rsidRPr="000A5B76" w:rsidRDefault="00512B76" w:rsidP="00161EC3"/>
        </w:tc>
      </w:tr>
      <w:tr w:rsidR="00512B76" w:rsidRPr="000A5B76" w14:paraId="269927F8" w14:textId="77777777" w:rsidTr="00161EC3">
        <w:trPr>
          <w:jc w:val="center"/>
        </w:trPr>
        <w:tc>
          <w:tcPr>
            <w:tcW w:w="5270" w:type="dxa"/>
          </w:tcPr>
          <w:p w14:paraId="4281EDAB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0D879CDB" w14:textId="77777777" w:rsidR="00512B76" w:rsidRPr="000A5B76" w:rsidRDefault="00512B76" w:rsidP="00161EC3"/>
        </w:tc>
      </w:tr>
    </w:tbl>
    <w:p w14:paraId="5C9F2797" w14:textId="77777777" w:rsidR="00512B76" w:rsidRPr="000A5B76" w:rsidRDefault="00512B76" w:rsidP="00512B76">
      <w:r w:rsidRPr="000A5B76">
        <w:br w:type="page"/>
      </w:r>
    </w:p>
    <w:p w14:paraId="7DF956A7" w14:textId="4D21C39B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13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14FA958D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617E4F6F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45BA3E73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28BA5544" w14:textId="77777777" w:rsidTr="00161EC3">
        <w:trPr>
          <w:jc w:val="center"/>
        </w:trPr>
        <w:tc>
          <w:tcPr>
            <w:tcW w:w="5270" w:type="dxa"/>
          </w:tcPr>
          <w:p w14:paraId="6C47F88B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2016E0C9" w14:textId="77777777" w:rsidR="00512B76" w:rsidRPr="000A5B76" w:rsidRDefault="00512B76" w:rsidP="00161EC3"/>
        </w:tc>
      </w:tr>
      <w:tr w:rsidR="00512B76" w:rsidRPr="000A5B76" w14:paraId="2641CE2B" w14:textId="77777777" w:rsidTr="00161EC3">
        <w:trPr>
          <w:jc w:val="center"/>
        </w:trPr>
        <w:tc>
          <w:tcPr>
            <w:tcW w:w="5270" w:type="dxa"/>
          </w:tcPr>
          <w:p w14:paraId="0F65C7CE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4EAEE2DB" w14:textId="77777777" w:rsidR="00512B76" w:rsidRPr="000A5B76" w:rsidRDefault="00512B76" w:rsidP="00161EC3"/>
        </w:tc>
      </w:tr>
      <w:tr w:rsidR="00512B76" w:rsidRPr="000A5B76" w14:paraId="74A06E50" w14:textId="77777777" w:rsidTr="00161EC3">
        <w:trPr>
          <w:jc w:val="center"/>
        </w:trPr>
        <w:tc>
          <w:tcPr>
            <w:tcW w:w="5270" w:type="dxa"/>
          </w:tcPr>
          <w:p w14:paraId="458EFC98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197D3D2C" w14:textId="77777777" w:rsidR="00512B76" w:rsidRPr="000A5B76" w:rsidRDefault="00512B76" w:rsidP="00161EC3"/>
        </w:tc>
      </w:tr>
      <w:tr w:rsidR="00512B76" w:rsidRPr="000A5B76" w14:paraId="6F1C0147" w14:textId="77777777" w:rsidTr="00161EC3">
        <w:trPr>
          <w:jc w:val="center"/>
        </w:trPr>
        <w:tc>
          <w:tcPr>
            <w:tcW w:w="5270" w:type="dxa"/>
          </w:tcPr>
          <w:p w14:paraId="49B4EF25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3D47307D" w14:textId="77777777" w:rsidR="00512B76" w:rsidRPr="000A5B76" w:rsidRDefault="00512B76" w:rsidP="00161EC3"/>
        </w:tc>
      </w:tr>
      <w:tr w:rsidR="00512B76" w:rsidRPr="000A5B76" w14:paraId="0AC99AFA" w14:textId="77777777" w:rsidTr="00161EC3">
        <w:trPr>
          <w:jc w:val="center"/>
        </w:trPr>
        <w:tc>
          <w:tcPr>
            <w:tcW w:w="5270" w:type="dxa"/>
          </w:tcPr>
          <w:p w14:paraId="2069E0C7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18E0FFFF" w14:textId="77777777" w:rsidR="00512B76" w:rsidRPr="000A5B76" w:rsidRDefault="00512B76" w:rsidP="00161EC3"/>
        </w:tc>
      </w:tr>
      <w:tr w:rsidR="00512B76" w:rsidRPr="000A5B76" w14:paraId="0F689AD5" w14:textId="77777777" w:rsidTr="00161EC3">
        <w:trPr>
          <w:jc w:val="center"/>
        </w:trPr>
        <w:tc>
          <w:tcPr>
            <w:tcW w:w="5270" w:type="dxa"/>
          </w:tcPr>
          <w:p w14:paraId="734B2B47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25C8476B" w14:textId="77777777" w:rsidR="00512B76" w:rsidRPr="000A5B76" w:rsidRDefault="00512B76" w:rsidP="00161EC3"/>
        </w:tc>
      </w:tr>
      <w:tr w:rsidR="00512B76" w:rsidRPr="000A5B76" w14:paraId="60D1DD0E" w14:textId="77777777" w:rsidTr="00161EC3">
        <w:trPr>
          <w:jc w:val="center"/>
        </w:trPr>
        <w:tc>
          <w:tcPr>
            <w:tcW w:w="5270" w:type="dxa"/>
          </w:tcPr>
          <w:p w14:paraId="3B089161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52BE1253" w14:textId="77777777" w:rsidR="00512B76" w:rsidRPr="000A5B76" w:rsidRDefault="00512B76" w:rsidP="00161EC3"/>
        </w:tc>
      </w:tr>
      <w:tr w:rsidR="00512B76" w:rsidRPr="000A5B76" w14:paraId="5950B83F" w14:textId="77777777" w:rsidTr="00161EC3">
        <w:trPr>
          <w:jc w:val="center"/>
        </w:trPr>
        <w:tc>
          <w:tcPr>
            <w:tcW w:w="5270" w:type="dxa"/>
          </w:tcPr>
          <w:p w14:paraId="6E1A594B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03E09214" w14:textId="77777777" w:rsidR="00512B76" w:rsidRPr="000A5B76" w:rsidRDefault="00512B76" w:rsidP="00161EC3"/>
        </w:tc>
      </w:tr>
      <w:tr w:rsidR="00512B76" w:rsidRPr="000A5B76" w14:paraId="5AEC8F25" w14:textId="77777777" w:rsidTr="00161EC3">
        <w:trPr>
          <w:jc w:val="center"/>
        </w:trPr>
        <w:tc>
          <w:tcPr>
            <w:tcW w:w="5270" w:type="dxa"/>
          </w:tcPr>
          <w:p w14:paraId="08B91E75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40D2329D" w14:textId="77777777" w:rsidR="00512B76" w:rsidRPr="000A5B76" w:rsidRDefault="00512B76" w:rsidP="00161EC3"/>
        </w:tc>
      </w:tr>
    </w:tbl>
    <w:p w14:paraId="403C5DAD" w14:textId="77777777" w:rsidR="00512B76" w:rsidRPr="000A5B76" w:rsidRDefault="00512B76" w:rsidP="00512B76">
      <w:r w:rsidRPr="000A5B76">
        <w:br w:type="page"/>
      </w:r>
    </w:p>
    <w:p w14:paraId="2359EC0D" w14:textId="4AEB0CB1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14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068A45C8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4BC160ED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54B03266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6660E0CF" w14:textId="77777777" w:rsidTr="00161EC3">
        <w:trPr>
          <w:jc w:val="center"/>
        </w:trPr>
        <w:tc>
          <w:tcPr>
            <w:tcW w:w="5270" w:type="dxa"/>
          </w:tcPr>
          <w:p w14:paraId="01A3AB27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7EE9B20F" w14:textId="77777777" w:rsidR="00512B76" w:rsidRPr="000A5B76" w:rsidRDefault="00512B76" w:rsidP="00161EC3"/>
        </w:tc>
      </w:tr>
      <w:tr w:rsidR="00512B76" w:rsidRPr="000A5B76" w14:paraId="34B668FD" w14:textId="77777777" w:rsidTr="00161EC3">
        <w:trPr>
          <w:jc w:val="center"/>
        </w:trPr>
        <w:tc>
          <w:tcPr>
            <w:tcW w:w="5270" w:type="dxa"/>
          </w:tcPr>
          <w:p w14:paraId="2D9D5837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084E08DB" w14:textId="77777777" w:rsidR="00512B76" w:rsidRPr="000A5B76" w:rsidRDefault="00512B76" w:rsidP="00161EC3"/>
        </w:tc>
      </w:tr>
      <w:tr w:rsidR="00512B76" w:rsidRPr="000A5B76" w14:paraId="7B3E79D3" w14:textId="77777777" w:rsidTr="00161EC3">
        <w:trPr>
          <w:jc w:val="center"/>
        </w:trPr>
        <w:tc>
          <w:tcPr>
            <w:tcW w:w="5270" w:type="dxa"/>
          </w:tcPr>
          <w:p w14:paraId="54E68AED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2B6C77D9" w14:textId="77777777" w:rsidR="00512B76" w:rsidRPr="000A5B76" w:rsidRDefault="00512B76" w:rsidP="00161EC3"/>
        </w:tc>
      </w:tr>
      <w:tr w:rsidR="00512B76" w:rsidRPr="000A5B76" w14:paraId="658A55A7" w14:textId="77777777" w:rsidTr="00161EC3">
        <w:trPr>
          <w:jc w:val="center"/>
        </w:trPr>
        <w:tc>
          <w:tcPr>
            <w:tcW w:w="5270" w:type="dxa"/>
          </w:tcPr>
          <w:p w14:paraId="26D4841F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41DD6577" w14:textId="77777777" w:rsidR="00512B76" w:rsidRPr="000A5B76" w:rsidRDefault="00512B76" w:rsidP="00161EC3"/>
        </w:tc>
      </w:tr>
      <w:tr w:rsidR="00512B76" w:rsidRPr="000A5B76" w14:paraId="29559FC5" w14:textId="77777777" w:rsidTr="00161EC3">
        <w:trPr>
          <w:jc w:val="center"/>
        </w:trPr>
        <w:tc>
          <w:tcPr>
            <w:tcW w:w="5270" w:type="dxa"/>
          </w:tcPr>
          <w:p w14:paraId="0704D631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5F99C634" w14:textId="77777777" w:rsidR="00512B76" w:rsidRPr="000A5B76" w:rsidRDefault="00512B76" w:rsidP="00161EC3"/>
        </w:tc>
      </w:tr>
      <w:tr w:rsidR="00512B76" w:rsidRPr="000A5B76" w14:paraId="717AB488" w14:textId="77777777" w:rsidTr="00161EC3">
        <w:trPr>
          <w:jc w:val="center"/>
        </w:trPr>
        <w:tc>
          <w:tcPr>
            <w:tcW w:w="5270" w:type="dxa"/>
          </w:tcPr>
          <w:p w14:paraId="54DF0B1A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0BB9C9AD" w14:textId="77777777" w:rsidR="00512B76" w:rsidRPr="000A5B76" w:rsidRDefault="00512B76" w:rsidP="00161EC3"/>
        </w:tc>
      </w:tr>
      <w:tr w:rsidR="00512B76" w:rsidRPr="000A5B76" w14:paraId="23AAC741" w14:textId="77777777" w:rsidTr="00161EC3">
        <w:trPr>
          <w:jc w:val="center"/>
        </w:trPr>
        <w:tc>
          <w:tcPr>
            <w:tcW w:w="5270" w:type="dxa"/>
          </w:tcPr>
          <w:p w14:paraId="0B6CB893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64F199EB" w14:textId="77777777" w:rsidR="00512B76" w:rsidRPr="000A5B76" w:rsidRDefault="00512B76" w:rsidP="00161EC3"/>
        </w:tc>
      </w:tr>
      <w:tr w:rsidR="00512B76" w:rsidRPr="000A5B76" w14:paraId="0F54D414" w14:textId="77777777" w:rsidTr="00161EC3">
        <w:trPr>
          <w:jc w:val="center"/>
        </w:trPr>
        <w:tc>
          <w:tcPr>
            <w:tcW w:w="5270" w:type="dxa"/>
          </w:tcPr>
          <w:p w14:paraId="69AADE41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5B1D550E" w14:textId="77777777" w:rsidR="00512B76" w:rsidRPr="000A5B76" w:rsidRDefault="00512B76" w:rsidP="00161EC3"/>
        </w:tc>
      </w:tr>
      <w:tr w:rsidR="00512B76" w:rsidRPr="000A5B76" w14:paraId="375627A3" w14:textId="77777777" w:rsidTr="00161EC3">
        <w:trPr>
          <w:jc w:val="center"/>
        </w:trPr>
        <w:tc>
          <w:tcPr>
            <w:tcW w:w="5270" w:type="dxa"/>
          </w:tcPr>
          <w:p w14:paraId="4458BC83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1B44BEBD" w14:textId="77777777" w:rsidR="00512B76" w:rsidRPr="000A5B76" w:rsidRDefault="00512B76" w:rsidP="00161EC3"/>
        </w:tc>
      </w:tr>
    </w:tbl>
    <w:p w14:paraId="7F3B5CEC" w14:textId="77777777" w:rsidR="00512B76" w:rsidRPr="000A5B76" w:rsidRDefault="00512B76" w:rsidP="00512B76">
      <w:r w:rsidRPr="000A5B76">
        <w:br w:type="page"/>
      </w:r>
    </w:p>
    <w:p w14:paraId="3652D012" w14:textId="72FC713D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15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37BE5E3D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2205205A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39B6E00E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050850DA" w14:textId="77777777" w:rsidTr="00161EC3">
        <w:trPr>
          <w:jc w:val="center"/>
        </w:trPr>
        <w:tc>
          <w:tcPr>
            <w:tcW w:w="5270" w:type="dxa"/>
          </w:tcPr>
          <w:p w14:paraId="1D322C3E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28D81773" w14:textId="77777777" w:rsidR="00512B76" w:rsidRPr="000A5B76" w:rsidRDefault="00512B76" w:rsidP="00161EC3"/>
        </w:tc>
      </w:tr>
      <w:tr w:rsidR="00512B76" w:rsidRPr="000A5B76" w14:paraId="4B2808B6" w14:textId="77777777" w:rsidTr="00161EC3">
        <w:trPr>
          <w:jc w:val="center"/>
        </w:trPr>
        <w:tc>
          <w:tcPr>
            <w:tcW w:w="5270" w:type="dxa"/>
          </w:tcPr>
          <w:p w14:paraId="2B1265E8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7BDC3D49" w14:textId="77777777" w:rsidR="00512B76" w:rsidRPr="000A5B76" w:rsidRDefault="00512B76" w:rsidP="00161EC3"/>
        </w:tc>
      </w:tr>
      <w:tr w:rsidR="00512B76" w:rsidRPr="000A5B76" w14:paraId="14DE2630" w14:textId="77777777" w:rsidTr="00161EC3">
        <w:trPr>
          <w:jc w:val="center"/>
        </w:trPr>
        <w:tc>
          <w:tcPr>
            <w:tcW w:w="5270" w:type="dxa"/>
          </w:tcPr>
          <w:p w14:paraId="59E31D3C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78E56EF2" w14:textId="77777777" w:rsidR="00512B76" w:rsidRPr="000A5B76" w:rsidRDefault="00512B76" w:rsidP="00161EC3"/>
        </w:tc>
      </w:tr>
      <w:tr w:rsidR="00512B76" w:rsidRPr="000A5B76" w14:paraId="2BA0E224" w14:textId="77777777" w:rsidTr="00161EC3">
        <w:trPr>
          <w:jc w:val="center"/>
        </w:trPr>
        <w:tc>
          <w:tcPr>
            <w:tcW w:w="5270" w:type="dxa"/>
          </w:tcPr>
          <w:p w14:paraId="296BC50C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26732D62" w14:textId="77777777" w:rsidR="00512B76" w:rsidRPr="000A5B76" w:rsidRDefault="00512B76" w:rsidP="00161EC3"/>
        </w:tc>
      </w:tr>
      <w:tr w:rsidR="00512B76" w:rsidRPr="000A5B76" w14:paraId="432BAEFF" w14:textId="77777777" w:rsidTr="00161EC3">
        <w:trPr>
          <w:jc w:val="center"/>
        </w:trPr>
        <w:tc>
          <w:tcPr>
            <w:tcW w:w="5270" w:type="dxa"/>
          </w:tcPr>
          <w:p w14:paraId="56105B3D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4C891D09" w14:textId="77777777" w:rsidR="00512B76" w:rsidRPr="000A5B76" w:rsidRDefault="00512B76" w:rsidP="00161EC3"/>
        </w:tc>
      </w:tr>
      <w:tr w:rsidR="00512B76" w:rsidRPr="000A5B76" w14:paraId="6AE6F4CF" w14:textId="77777777" w:rsidTr="00161EC3">
        <w:trPr>
          <w:jc w:val="center"/>
        </w:trPr>
        <w:tc>
          <w:tcPr>
            <w:tcW w:w="5270" w:type="dxa"/>
          </w:tcPr>
          <w:p w14:paraId="7DE54679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5FCD87FE" w14:textId="77777777" w:rsidR="00512B76" w:rsidRPr="000A5B76" w:rsidRDefault="00512B76" w:rsidP="00161EC3"/>
        </w:tc>
      </w:tr>
      <w:tr w:rsidR="00512B76" w:rsidRPr="000A5B76" w14:paraId="31EA2C19" w14:textId="77777777" w:rsidTr="00161EC3">
        <w:trPr>
          <w:jc w:val="center"/>
        </w:trPr>
        <w:tc>
          <w:tcPr>
            <w:tcW w:w="5270" w:type="dxa"/>
          </w:tcPr>
          <w:p w14:paraId="394AABBA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00AAC23C" w14:textId="77777777" w:rsidR="00512B76" w:rsidRPr="000A5B76" w:rsidRDefault="00512B76" w:rsidP="00161EC3"/>
        </w:tc>
      </w:tr>
      <w:tr w:rsidR="00512B76" w:rsidRPr="000A5B76" w14:paraId="5A417262" w14:textId="77777777" w:rsidTr="00161EC3">
        <w:trPr>
          <w:jc w:val="center"/>
        </w:trPr>
        <w:tc>
          <w:tcPr>
            <w:tcW w:w="5270" w:type="dxa"/>
          </w:tcPr>
          <w:p w14:paraId="7FAA8CAD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4CE3CD22" w14:textId="77777777" w:rsidR="00512B76" w:rsidRPr="000A5B76" w:rsidRDefault="00512B76" w:rsidP="00161EC3"/>
        </w:tc>
      </w:tr>
      <w:tr w:rsidR="00512B76" w:rsidRPr="000A5B76" w14:paraId="1733AF07" w14:textId="77777777" w:rsidTr="00161EC3">
        <w:trPr>
          <w:jc w:val="center"/>
        </w:trPr>
        <w:tc>
          <w:tcPr>
            <w:tcW w:w="5270" w:type="dxa"/>
          </w:tcPr>
          <w:p w14:paraId="1BCDFC0F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484B98DA" w14:textId="77777777" w:rsidR="00512B76" w:rsidRPr="000A5B76" w:rsidRDefault="00512B76" w:rsidP="00161EC3"/>
        </w:tc>
      </w:tr>
    </w:tbl>
    <w:p w14:paraId="34CE4C20" w14:textId="77777777" w:rsidR="00512B76" w:rsidRPr="000A5B76" w:rsidRDefault="00512B76" w:rsidP="00512B76">
      <w:r w:rsidRPr="000A5B76">
        <w:br w:type="page"/>
      </w:r>
    </w:p>
    <w:p w14:paraId="59912586" w14:textId="78AEEBA6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16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7567C444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305962F7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70367D09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644E5E97" w14:textId="77777777" w:rsidTr="00161EC3">
        <w:trPr>
          <w:jc w:val="center"/>
        </w:trPr>
        <w:tc>
          <w:tcPr>
            <w:tcW w:w="5270" w:type="dxa"/>
          </w:tcPr>
          <w:p w14:paraId="28E16A9A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6AC36032" w14:textId="77777777" w:rsidR="00512B76" w:rsidRPr="000A5B76" w:rsidRDefault="00512B76" w:rsidP="00161EC3"/>
        </w:tc>
      </w:tr>
      <w:tr w:rsidR="00512B76" w:rsidRPr="000A5B76" w14:paraId="3ECD740B" w14:textId="77777777" w:rsidTr="00161EC3">
        <w:trPr>
          <w:jc w:val="center"/>
        </w:trPr>
        <w:tc>
          <w:tcPr>
            <w:tcW w:w="5270" w:type="dxa"/>
          </w:tcPr>
          <w:p w14:paraId="2D8FAD6F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7BFD4859" w14:textId="77777777" w:rsidR="00512B76" w:rsidRPr="000A5B76" w:rsidRDefault="00512B76" w:rsidP="00161EC3"/>
        </w:tc>
      </w:tr>
      <w:tr w:rsidR="00512B76" w:rsidRPr="000A5B76" w14:paraId="728149ED" w14:textId="77777777" w:rsidTr="00161EC3">
        <w:trPr>
          <w:jc w:val="center"/>
        </w:trPr>
        <w:tc>
          <w:tcPr>
            <w:tcW w:w="5270" w:type="dxa"/>
          </w:tcPr>
          <w:p w14:paraId="6AE9B19F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2250029F" w14:textId="77777777" w:rsidR="00512B76" w:rsidRPr="000A5B76" w:rsidRDefault="00512B76" w:rsidP="00161EC3"/>
        </w:tc>
      </w:tr>
      <w:tr w:rsidR="00512B76" w:rsidRPr="000A5B76" w14:paraId="2D8C410E" w14:textId="77777777" w:rsidTr="00161EC3">
        <w:trPr>
          <w:jc w:val="center"/>
        </w:trPr>
        <w:tc>
          <w:tcPr>
            <w:tcW w:w="5270" w:type="dxa"/>
          </w:tcPr>
          <w:p w14:paraId="64FE03D4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7FE5CA3B" w14:textId="77777777" w:rsidR="00512B76" w:rsidRPr="000A5B76" w:rsidRDefault="00512B76" w:rsidP="00161EC3"/>
        </w:tc>
      </w:tr>
      <w:tr w:rsidR="00512B76" w:rsidRPr="000A5B76" w14:paraId="0F5A8BCB" w14:textId="77777777" w:rsidTr="00161EC3">
        <w:trPr>
          <w:jc w:val="center"/>
        </w:trPr>
        <w:tc>
          <w:tcPr>
            <w:tcW w:w="5270" w:type="dxa"/>
          </w:tcPr>
          <w:p w14:paraId="78A8873B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7458D7C5" w14:textId="77777777" w:rsidR="00512B76" w:rsidRPr="000A5B76" w:rsidRDefault="00512B76" w:rsidP="00161EC3"/>
        </w:tc>
      </w:tr>
      <w:tr w:rsidR="00512B76" w:rsidRPr="000A5B76" w14:paraId="01B9F891" w14:textId="77777777" w:rsidTr="00161EC3">
        <w:trPr>
          <w:jc w:val="center"/>
        </w:trPr>
        <w:tc>
          <w:tcPr>
            <w:tcW w:w="5270" w:type="dxa"/>
          </w:tcPr>
          <w:p w14:paraId="1FB19B87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7BA84708" w14:textId="77777777" w:rsidR="00512B76" w:rsidRPr="000A5B76" w:rsidRDefault="00512B76" w:rsidP="00161EC3"/>
        </w:tc>
      </w:tr>
      <w:tr w:rsidR="00512B76" w:rsidRPr="000A5B76" w14:paraId="68A06409" w14:textId="77777777" w:rsidTr="00161EC3">
        <w:trPr>
          <w:jc w:val="center"/>
        </w:trPr>
        <w:tc>
          <w:tcPr>
            <w:tcW w:w="5270" w:type="dxa"/>
          </w:tcPr>
          <w:p w14:paraId="5681937D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440400D2" w14:textId="77777777" w:rsidR="00512B76" w:rsidRPr="000A5B76" w:rsidRDefault="00512B76" w:rsidP="00161EC3"/>
        </w:tc>
      </w:tr>
      <w:tr w:rsidR="00512B76" w:rsidRPr="000A5B76" w14:paraId="72EA7EB4" w14:textId="77777777" w:rsidTr="00161EC3">
        <w:trPr>
          <w:jc w:val="center"/>
        </w:trPr>
        <w:tc>
          <w:tcPr>
            <w:tcW w:w="5270" w:type="dxa"/>
          </w:tcPr>
          <w:p w14:paraId="6C2A8EC0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37B341A7" w14:textId="77777777" w:rsidR="00512B76" w:rsidRPr="000A5B76" w:rsidRDefault="00512B76" w:rsidP="00161EC3"/>
        </w:tc>
      </w:tr>
      <w:tr w:rsidR="00512B76" w:rsidRPr="000A5B76" w14:paraId="05C00221" w14:textId="77777777" w:rsidTr="00161EC3">
        <w:trPr>
          <w:jc w:val="center"/>
        </w:trPr>
        <w:tc>
          <w:tcPr>
            <w:tcW w:w="5270" w:type="dxa"/>
          </w:tcPr>
          <w:p w14:paraId="290BB3D5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40FEB058" w14:textId="77777777" w:rsidR="00512B76" w:rsidRPr="000A5B76" w:rsidRDefault="00512B76" w:rsidP="00161EC3"/>
        </w:tc>
      </w:tr>
    </w:tbl>
    <w:p w14:paraId="321E5D84" w14:textId="77777777" w:rsidR="00512B76" w:rsidRPr="000A5B76" w:rsidRDefault="00512B76" w:rsidP="00512B76">
      <w:r w:rsidRPr="000A5B76">
        <w:br w:type="page"/>
      </w:r>
    </w:p>
    <w:p w14:paraId="69934067" w14:textId="3A83AEF5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17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75AB3576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511AAE6C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07A23A82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42B720B3" w14:textId="77777777" w:rsidTr="00161EC3">
        <w:trPr>
          <w:jc w:val="center"/>
        </w:trPr>
        <w:tc>
          <w:tcPr>
            <w:tcW w:w="5270" w:type="dxa"/>
          </w:tcPr>
          <w:p w14:paraId="442EDE76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5519329A" w14:textId="77777777" w:rsidR="00512B76" w:rsidRPr="000A5B76" w:rsidRDefault="00512B76" w:rsidP="00161EC3"/>
        </w:tc>
      </w:tr>
      <w:tr w:rsidR="00512B76" w:rsidRPr="000A5B76" w14:paraId="3D7A02A8" w14:textId="77777777" w:rsidTr="00161EC3">
        <w:trPr>
          <w:jc w:val="center"/>
        </w:trPr>
        <w:tc>
          <w:tcPr>
            <w:tcW w:w="5270" w:type="dxa"/>
          </w:tcPr>
          <w:p w14:paraId="066E5C4E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52D7D7AE" w14:textId="77777777" w:rsidR="00512B76" w:rsidRPr="000A5B76" w:rsidRDefault="00512B76" w:rsidP="00161EC3"/>
        </w:tc>
      </w:tr>
      <w:tr w:rsidR="00512B76" w:rsidRPr="000A5B76" w14:paraId="3119FD42" w14:textId="77777777" w:rsidTr="00161EC3">
        <w:trPr>
          <w:jc w:val="center"/>
        </w:trPr>
        <w:tc>
          <w:tcPr>
            <w:tcW w:w="5270" w:type="dxa"/>
          </w:tcPr>
          <w:p w14:paraId="0CC4B5B6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717BAFF3" w14:textId="77777777" w:rsidR="00512B76" w:rsidRPr="000A5B76" w:rsidRDefault="00512B76" w:rsidP="00161EC3"/>
        </w:tc>
      </w:tr>
      <w:tr w:rsidR="00512B76" w:rsidRPr="000A5B76" w14:paraId="40335665" w14:textId="77777777" w:rsidTr="00161EC3">
        <w:trPr>
          <w:jc w:val="center"/>
        </w:trPr>
        <w:tc>
          <w:tcPr>
            <w:tcW w:w="5270" w:type="dxa"/>
          </w:tcPr>
          <w:p w14:paraId="4D1589BE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4E5223C7" w14:textId="77777777" w:rsidR="00512B76" w:rsidRPr="000A5B76" w:rsidRDefault="00512B76" w:rsidP="00161EC3"/>
        </w:tc>
      </w:tr>
      <w:tr w:rsidR="00512B76" w:rsidRPr="000A5B76" w14:paraId="58F978CB" w14:textId="77777777" w:rsidTr="00161EC3">
        <w:trPr>
          <w:jc w:val="center"/>
        </w:trPr>
        <w:tc>
          <w:tcPr>
            <w:tcW w:w="5270" w:type="dxa"/>
          </w:tcPr>
          <w:p w14:paraId="0C863703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13F92B29" w14:textId="77777777" w:rsidR="00512B76" w:rsidRPr="000A5B76" w:rsidRDefault="00512B76" w:rsidP="00161EC3"/>
        </w:tc>
      </w:tr>
      <w:tr w:rsidR="00512B76" w:rsidRPr="000A5B76" w14:paraId="0E45BC50" w14:textId="77777777" w:rsidTr="00161EC3">
        <w:trPr>
          <w:jc w:val="center"/>
        </w:trPr>
        <w:tc>
          <w:tcPr>
            <w:tcW w:w="5270" w:type="dxa"/>
          </w:tcPr>
          <w:p w14:paraId="759BE6B9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78EF4562" w14:textId="77777777" w:rsidR="00512B76" w:rsidRPr="000A5B76" w:rsidRDefault="00512B76" w:rsidP="00161EC3"/>
        </w:tc>
      </w:tr>
      <w:tr w:rsidR="00512B76" w:rsidRPr="000A5B76" w14:paraId="56588D59" w14:textId="77777777" w:rsidTr="00161EC3">
        <w:trPr>
          <w:jc w:val="center"/>
        </w:trPr>
        <w:tc>
          <w:tcPr>
            <w:tcW w:w="5270" w:type="dxa"/>
          </w:tcPr>
          <w:p w14:paraId="2455F858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1125130D" w14:textId="77777777" w:rsidR="00512B76" w:rsidRPr="000A5B76" w:rsidRDefault="00512B76" w:rsidP="00161EC3"/>
        </w:tc>
      </w:tr>
      <w:tr w:rsidR="00512B76" w:rsidRPr="000A5B76" w14:paraId="7FD97600" w14:textId="77777777" w:rsidTr="00161EC3">
        <w:trPr>
          <w:jc w:val="center"/>
        </w:trPr>
        <w:tc>
          <w:tcPr>
            <w:tcW w:w="5270" w:type="dxa"/>
          </w:tcPr>
          <w:p w14:paraId="1E336EF1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3633E4B3" w14:textId="77777777" w:rsidR="00512B76" w:rsidRPr="000A5B76" w:rsidRDefault="00512B76" w:rsidP="00161EC3"/>
        </w:tc>
      </w:tr>
      <w:tr w:rsidR="00512B76" w:rsidRPr="000A5B76" w14:paraId="02DDA269" w14:textId="77777777" w:rsidTr="00161EC3">
        <w:trPr>
          <w:jc w:val="center"/>
        </w:trPr>
        <w:tc>
          <w:tcPr>
            <w:tcW w:w="5270" w:type="dxa"/>
          </w:tcPr>
          <w:p w14:paraId="5490C912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517EA71B" w14:textId="77777777" w:rsidR="00512B76" w:rsidRPr="000A5B76" w:rsidRDefault="00512B76" w:rsidP="00161EC3"/>
        </w:tc>
      </w:tr>
    </w:tbl>
    <w:p w14:paraId="0BAC4354" w14:textId="77777777" w:rsidR="00512B76" w:rsidRPr="000A5B76" w:rsidRDefault="00512B76" w:rsidP="00512B76">
      <w:r w:rsidRPr="000A5B76">
        <w:br w:type="page"/>
      </w:r>
    </w:p>
    <w:p w14:paraId="68DBD2C1" w14:textId="1280DD5B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18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263EAE10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54312994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7D14E914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493AB5CA" w14:textId="77777777" w:rsidTr="00161EC3">
        <w:trPr>
          <w:jc w:val="center"/>
        </w:trPr>
        <w:tc>
          <w:tcPr>
            <w:tcW w:w="5270" w:type="dxa"/>
          </w:tcPr>
          <w:p w14:paraId="4DA850C9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4D3018F8" w14:textId="77777777" w:rsidR="00512B76" w:rsidRPr="000A5B76" w:rsidRDefault="00512B76" w:rsidP="00161EC3"/>
        </w:tc>
      </w:tr>
      <w:tr w:rsidR="00512B76" w:rsidRPr="000A5B76" w14:paraId="32B0EEB8" w14:textId="77777777" w:rsidTr="00161EC3">
        <w:trPr>
          <w:jc w:val="center"/>
        </w:trPr>
        <w:tc>
          <w:tcPr>
            <w:tcW w:w="5270" w:type="dxa"/>
          </w:tcPr>
          <w:p w14:paraId="6C5CDC19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4174A37E" w14:textId="77777777" w:rsidR="00512B76" w:rsidRPr="000A5B76" w:rsidRDefault="00512B76" w:rsidP="00161EC3"/>
        </w:tc>
      </w:tr>
      <w:tr w:rsidR="00512B76" w:rsidRPr="000A5B76" w14:paraId="39135620" w14:textId="77777777" w:rsidTr="00161EC3">
        <w:trPr>
          <w:jc w:val="center"/>
        </w:trPr>
        <w:tc>
          <w:tcPr>
            <w:tcW w:w="5270" w:type="dxa"/>
          </w:tcPr>
          <w:p w14:paraId="48C2C96F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73B670D3" w14:textId="77777777" w:rsidR="00512B76" w:rsidRPr="000A5B76" w:rsidRDefault="00512B76" w:rsidP="00161EC3"/>
        </w:tc>
      </w:tr>
      <w:tr w:rsidR="00512B76" w:rsidRPr="000A5B76" w14:paraId="0B94418D" w14:textId="77777777" w:rsidTr="00161EC3">
        <w:trPr>
          <w:jc w:val="center"/>
        </w:trPr>
        <w:tc>
          <w:tcPr>
            <w:tcW w:w="5270" w:type="dxa"/>
          </w:tcPr>
          <w:p w14:paraId="35DBCCB0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4C484538" w14:textId="77777777" w:rsidR="00512B76" w:rsidRPr="000A5B76" w:rsidRDefault="00512B76" w:rsidP="00161EC3"/>
        </w:tc>
      </w:tr>
      <w:tr w:rsidR="00512B76" w:rsidRPr="000A5B76" w14:paraId="0D6B7A9E" w14:textId="77777777" w:rsidTr="00161EC3">
        <w:trPr>
          <w:jc w:val="center"/>
        </w:trPr>
        <w:tc>
          <w:tcPr>
            <w:tcW w:w="5270" w:type="dxa"/>
          </w:tcPr>
          <w:p w14:paraId="51A36748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04BE23AE" w14:textId="77777777" w:rsidR="00512B76" w:rsidRPr="000A5B76" w:rsidRDefault="00512B76" w:rsidP="00161EC3"/>
        </w:tc>
      </w:tr>
      <w:tr w:rsidR="00512B76" w:rsidRPr="000A5B76" w14:paraId="644F57B9" w14:textId="77777777" w:rsidTr="00161EC3">
        <w:trPr>
          <w:jc w:val="center"/>
        </w:trPr>
        <w:tc>
          <w:tcPr>
            <w:tcW w:w="5270" w:type="dxa"/>
          </w:tcPr>
          <w:p w14:paraId="6F4BBFE9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480E368B" w14:textId="77777777" w:rsidR="00512B76" w:rsidRPr="000A5B76" w:rsidRDefault="00512B76" w:rsidP="00161EC3"/>
        </w:tc>
      </w:tr>
      <w:tr w:rsidR="00512B76" w:rsidRPr="000A5B76" w14:paraId="278E881A" w14:textId="77777777" w:rsidTr="00161EC3">
        <w:trPr>
          <w:jc w:val="center"/>
        </w:trPr>
        <w:tc>
          <w:tcPr>
            <w:tcW w:w="5270" w:type="dxa"/>
          </w:tcPr>
          <w:p w14:paraId="52E53D41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3F6BD9C7" w14:textId="77777777" w:rsidR="00512B76" w:rsidRPr="000A5B76" w:rsidRDefault="00512B76" w:rsidP="00161EC3"/>
        </w:tc>
      </w:tr>
      <w:tr w:rsidR="00512B76" w:rsidRPr="000A5B76" w14:paraId="2A977420" w14:textId="77777777" w:rsidTr="00161EC3">
        <w:trPr>
          <w:jc w:val="center"/>
        </w:trPr>
        <w:tc>
          <w:tcPr>
            <w:tcW w:w="5270" w:type="dxa"/>
          </w:tcPr>
          <w:p w14:paraId="22081B00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2C008267" w14:textId="77777777" w:rsidR="00512B76" w:rsidRPr="000A5B76" w:rsidRDefault="00512B76" w:rsidP="00161EC3"/>
        </w:tc>
      </w:tr>
      <w:tr w:rsidR="00512B76" w:rsidRPr="000A5B76" w14:paraId="36DD12EE" w14:textId="77777777" w:rsidTr="00161EC3">
        <w:trPr>
          <w:jc w:val="center"/>
        </w:trPr>
        <w:tc>
          <w:tcPr>
            <w:tcW w:w="5270" w:type="dxa"/>
          </w:tcPr>
          <w:p w14:paraId="0F4EA6C7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5760C7C7" w14:textId="77777777" w:rsidR="00512B76" w:rsidRPr="000A5B76" w:rsidRDefault="00512B76" w:rsidP="00161EC3"/>
        </w:tc>
      </w:tr>
    </w:tbl>
    <w:p w14:paraId="5A2C150B" w14:textId="77777777" w:rsidR="00512B76" w:rsidRPr="000A5B76" w:rsidRDefault="00512B76" w:rsidP="00512B76">
      <w:r w:rsidRPr="000A5B76">
        <w:br w:type="page"/>
      </w:r>
    </w:p>
    <w:p w14:paraId="74B8ADC5" w14:textId="11D126AF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19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36F9E7E1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6BEF43DE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550B8BAA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7E59DA2C" w14:textId="77777777" w:rsidTr="00161EC3">
        <w:trPr>
          <w:jc w:val="center"/>
        </w:trPr>
        <w:tc>
          <w:tcPr>
            <w:tcW w:w="5270" w:type="dxa"/>
          </w:tcPr>
          <w:p w14:paraId="2C416487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63BA54F3" w14:textId="77777777" w:rsidR="00512B76" w:rsidRPr="000A5B76" w:rsidRDefault="00512B76" w:rsidP="00161EC3"/>
        </w:tc>
      </w:tr>
      <w:tr w:rsidR="00512B76" w:rsidRPr="000A5B76" w14:paraId="65D9F4EC" w14:textId="77777777" w:rsidTr="00161EC3">
        <w:trPr>
          <w:jc w:val="center"/>
        </w:trPr>
        <w:tc>
          <w:tcPr>
            <w:tcW w:w="5270" w:type="dxa"/>
          </w:tcPr>
          <w:p w14:paraId="5813B967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07BC8228" w14:textId="77777777" w:rsidR="00512B76" w:rsidRPr="000A5B76" w:rsidRDefault="00512B76" w:rsidP="00161EC3"/>
        </w:tc>
      </w:tr>
      <w:tr w:rsidR="00512B76" w:rsidRPr="000A5B76" w14:paraId="39EFAFC5" w14:textId="77777777" w:rsidTr="00161EC3">
        <w:trPr>
          <w:jc w:val="center"/>
        </w:trPr>
        <w:tc>
          <w:tcPr>
            <w:tcW w:w="5270" w:type="dxa"/>
          </w:tcPr>
          <w:p w14:paraId="7595EB01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13658D70" w14:textId="77777777" w:rsidR="00512B76" w:rsidRPr="000A5B76" w:rsidRDefault="00512B76" w:rsidP="00161EC3"/>
        </w:tc>
      </w:tr>
      <w:tr w:rsidR="00512B76" w:rsidRPr="000A5B76" w14:paraId="198C06D3" w14:textId="77777777" w:rsidTr="00161EC3">
        <w:trPr>
          <w:jc w:val="center"/>
        </w:trPr>
        <w:tc>
          <w:tcPr>
            <w:tcW w:w="5270" w:type="dxa"/>
          </w:tcPr>
          <w:p w14:paraId="3B36E73E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445204B9" w14:textId="77777777" w:rsidR="00512B76" w:rsidRPr="000A5B76" w:rsidRDefault="00512B76" w:rsidP="00161EC3"/>
        </w:tc>
      </w:tr>
      <w:tr w:rsidR="00512B76" w:rsidRPr="000A5B76" w14:paraId="1069CE3B" w14:textId="77777777" w:rsidTr="00161EC3">
        <w:trPr>
          <w:jc w:val="center"/>
        </w:trPr>
        <w:tc>
          <w:tcPr>
            <w:tcW w:w="5270" w:type="dxa"/>
          </w:tcPr>
          <w:p w14:paraId="2BEE896C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791AB39F" w14:textId="77777777" w:rsidR="00512B76" w:rsidRPr="000A5B76" w:rsidRDefault="00512B76" w:rsidP="00161EC3"/>
        </w:tc>
      </w:tr>
      <w:tr w:rsidR="00512B76" w:rsidRPr="000A5B76" w14:paraId="267DA1D9" w14:textId="77777777" w:rsidTr="00161EC3">
        <w:trPr>
          <w:jc w:val="center"/>
        </w:trPr>
        <w:tc>
          <w:tcPr>
            <w:tcW w:w="5270" w:type="dxa"/>
          </w:tcPr>
          <w:p w14:paraId="46195D76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56236244" w14:textId="77777777" w:rsidR="00512B76" w:rsidRPr="000A5B76" w:rsidRDefault="00512B76" w:rsidP="00161EC3"/>
        </w:tc>
      </w:tr>
      <w:tr w:rsidR="00512B76" w:rsidRPr="000A5B76" w14:paraId="6B03C303" w14:textId="77777777" w:rsidTr="00161EC3">
        <w:trPr>
          <w:jc w:val="center"/>
        </w:trPr>
        <w:tc>
          <w:tcPr>
            <w:tcW w:w="5270" w:type="dxa"/>
          </w:tcPr>
          <w:p w14:paraId="3CB6BED3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49C378F2" w14:textId="77777777" w:rsidR="00512B76" w:rsidRPr="000A5B76" w:rsidRDefault="00512B76" w:rsidP="00161EC3"/>
        </w:tc>
      </w:tr>
      <w:tr w:rsidR="00512B76" w:rsidRPr="000A5B76" w14:paraId="7517E421" w14:textId="77777777" w:rsidTr="00161EC3">
        <w:trPr>
          <w:jc w:val="center"/>
        </w:trPr>
        <w:tc>
          <w:tcPr>
            <w:tcW w:w="5270" w:type="dxa"/>
          </w:tcPr>
          <w:p w14:paraId="0A5D47E6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379BF522" w14:textId="77777777" w:rsidR="00512B76" w:rsidRPr="000A5B76" w:rsidRDefault="00512B76" w:rsidP="00161EC3"/>
        </w:tc>
      </w:tr>
      <w:tr w:rsidR="00512B76" w:rsidRPr="000A5B76" w14:paraId="7C1E2AAB" w14:textId="77777777" w:rsidTr="00161EC3">
        <w:trPr>
          <w:jc w:val="center"/>
        </w:trPr>
        <w:tc>
          <w:tcPr>
            <w:tcW w:w="5270" w:type="dxa"/>
          </w:tcPr>
          <w:p w14:paraId="3097AA78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45738766" w14:textId="77777777" w:rsidR="00512B76" w:rsidRPr="000A5B76" w:rsidRDefault="00512B76" w:rsidP="00161EC3"/>
        </w:tc>
      </w:tr>
    </w:tbl>
    <w:p w14:paraId="2C57E16D" w14:textId="77777777" w:rsidR="00512B76" w:rsidRPr="000A5B76" w:rsidRDefault="00512B76" w:rsidP="00512B76">
      <w:r w:rsidRPr="000A5B76">
        <w:br w:type="page"/>
      </w:r>
    </w:p>
    <w:p w14:paraId="1FC5B13D" w14:textId="49E14B25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20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06D60072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7E2D2455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24D7D368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02D828B1" w14:textId="77777777" w:rsidTr="00161EC3">
        <w:trPr>
          <w:jc w:val="center"/>
        </w:trPr>
        <w:tc>
          <w:tcPr>
            <w:tcW w:w="5270" w:type="dxa"/>
          </w:tcPr>
          <w:p w14:paraId="5ADBC9B6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3CD64314" w14:textId="77777777" w:rsidR="00512B76" w:rsidRPr="000A5B76" w:rsidRDefault="00512B76" w:rsidP="00161EC3"/>
        </w:tc>
      </w:tr>
      <w:tr w:rsidR="00512B76" w:rsidRPr="000A5B76" w14:paraId="6DB9570E" w14:textId="77777777" w:rsidTr="00161EC3">
        <w:trPr>
          <w:jc w:val="center"/>
        </w:trPr>
        <w:tc>
          <w:tcPr>
            <w:tcW w:w="5270" w:type="dxa"/>
          </w:tcPr>
          <w:p w14:paraId="399DBA49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73004DE6" w14:textId="77777777" w:rsidR="00512B76" w:rsidRPr="000A5B76" w:rsidRDefault="00512B76" w:rsidP="00161EC3"/>
        </w:tc>
      </w:tr>
      <w:tr w:rsidR="00512B76" w:rsidRPr="000A5B76" w14:paraId="778D69C8" w14:textId="77777777" w:rsidTr="00161EC3">
        <w:trPr>
          <w:jc w:val="center"/>
        </w:trPr>
        <w:tc>
          <w:tcPr>
            <w:tcW w:w="5270" w:type="dxa"/>
          </w:tcPr>
          <w:p w14:paraId="7A4DA081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0F136EC6" w14:textId="77777777" w:rsidR="00512B76" w:rsidRPr="000A5B76" w:rsidRDefault="00512B76" w:rsidP="00161EC3"/>
        </w:tc>
      </w:tr>
      <w:tr w:rsidR="00512B76" w:rsidRPr="000A5B76" w14:paraId="5C7C1D86" w14:textId="77777777" w:rsidTr="00161EC3">
        <w:trPr>
          <w:jc w:val="center"/>
        </w:trPr>
        <w:tc>
          <w:tcPr>
            <w:tcW w:w="5270" w:type="dxa"/>
          </w:tcPr>
          <w:p w14:paraId="07202548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7742E5F0" w14:textId="77777777" w:rsidR="00512B76" w:rsidRPr="000A5B76" w:rsidRDefault="00512B76" w:rsidP="00161EC3"/>
        </w:tc>
      </w:tr>
      <w:tr w:rsidR="00512B76" w:rsidRPr="000A5B76" w14:paraId="1CE78BF0" w14:textId="77777777" w:rsidTr="00161EC3">
        <w:trPr>
          <w:jc w:val="center"/>
        </w:trPr>
        <w:tc>
          <w:tcPr>
            <w:tcW w:w="5270" w:type="dxa"/>
          </w:tcPr>
          <w:p w14:paraId="208588E8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3DE1DCFC" w14:textId="77777777" w:rsidR="00512B76" w:rsidRPr="000A5B76" w:rsidRDefault="00512B76" w:rsidP="00161EC3"/>
        </w:tc>
      </w:tr>
      <w:tr w:rsidR="00512B76" w:rsidRPr="000A5B76" w14:paraId="1AC3E981" w14:textId="77777777" w:rsidTr="00161EC3">
        <w:trPr>
          <w:jc w:val="center"/>
        </w:trPr>
        <w:tc>
          <w:tcPr>
            <w:tcW w:w="5270" w:type="dxa"/>
          </w:tcPr>
          <w:p w14:paraId="79F0283D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0D4492E4" w14:textId="77777777" w:rsidR="00512B76" w:rsidRPr="000A5B76" w:rsidRDefault="00512B76" w:rsidP="00161EC3"/>
        </w:tc>
      </w:tr>
      <w:tr w:rsidR="00512B76" w:rsidRPr="000A5B76" w14:paraId="3E8CB85E" w14:textId="77777777" w:rsidTr="00161EC3">
        <w:trPr>
          <w:jc w:val="center"/>
        </w:trPr>
        <w:tc>
          <w:tcPr>
            <w:tcW w:w="5270" w:type="dxa"/>
          </w:tcPr>
          <w:p w14:paraId="68E1C7F0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38C0265E" w14:textId="77777777" w:rsidR="00512B76" w:rsidRPr="000A5B76" w:rsidRDefault="00512B76" w:rsidP="00161EC3"/>
        </w:tc>
      </w:tr>
      <w:tr w:rsidR="00512B76" w:rsidRPr="000A5B76" w14:paraId="7F861A55" w14:textId="77777777" w:rsidTr="00161EC3">
        <w:trPr>
          <w:jc w:val="center"/>
        </w:trPr>
        <w:tc>
          <w:tcPr>
            <w:tcW w:w="5270" w:type="dxa"/>
          </w:tcPr>
          <w:p w14:paraId="3789CE48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3CBB7BB8" w14:textId="77777777" w:rsidR="00512B76" w:rsidRPr="000A5B76" w:rsidRDefault="00512B76" w:rsidP="00161EC3"/>
        </w:tc>
      </w:tr>
      <w:tr w:rsidR="00512B76" w:rsidRPr="000A5B76" w14:paraId="634BDA5E" w14:textId="77777777" w:rsidTr="00161EC3">
        <w:trPr>
          <w:jc w:val="center"/>
        </w:trPr>
        <w:tc>
          <w:tcPr>
            <w:tcW w:w="5270" w:type="dxa"/>
          </w:tcPr>
          <w:p w14:paraId="56AD1C93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4A2E0A3E" w14:textId="77777777" w:rsidR="00512B76" w:rsidRPr="000A5B76" w:rsidRDefault="00512B76" w:rsidP="00161EC3"/>
        </w:tc>
      </w:tr>
    </w:tbl>
    <w:p w14:paraId="70052CED" w14:textId="77777777" w:rsidR="00512B76" w:rsidRPr="000A5B76" w:rsidRDefault="00512B76" w:rsidP="00512B76">
      <w:r w:rsidRPr="000A5B76">
        <w:br w:type="page"/>
      </w:r>
    </w:p>
    <w:p w14:paraId="630CAD1F" w14:textId="0E57F53B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21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7249A901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785A6091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3E378081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15D43573" w14:textId="77777777" w:rsidTr="00161EC3">
        <w:trPr>
          <w:jc w:val="center"/>
        </w:trPr>
        <w:tc>
          <w:tcPr>
            <w:tcW w:w="5270" w:type="dxa"/>
          </w:tcPr>
          <w:p w14:paraId="0EE58AE5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170E2CAA" w14:textId="77777777" w:rsidR="00512B76" w:rsidRPr="000A5B76" w:rsidRDefault="00512B76" w:rsidP="00161EC3"/>
        </w:tc>
      </w:tr>
      <w:tr w:rsidR="00512B76" w:rsidRPr="000A5B76" w14:paraId="6993FAD2" w14:textId="77777777" w:rsidTr="00161EC3">
        <w:trPr>
          <w:jc w:val="center"/>
        </w:trPr>
        <w:tc>
          <w:tcPr>
            <w:tcW w:w="5270" w:type="dxa"/>
          </w:tcPr>
          <w:p w14:paraId="09133F64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4273A529" w14:textId="77777777" w:rsidR="00512B76" w:rsidRPr="000A5B76" w:rsidRDefault="00512B76" w:rsidP="00161EC3"/>
        </w:tc>
      </w:tr>
      <w:tr w:rsidR="00512B76" w:rsidRPr="000A5B76" w14:paraId="496E285B" w14:textId="77777777" w:rsidTr="00161EC3">
        <w:trPr>
          <w:jc w:val="center"/>
        </w:trPr>
        <w:tc>
          <w:tcPr>
            <w:tcW w:w="5270" w:type="dxa"/>
          </w:tcPr>
          <w:p w14:paraId="6D0A3DD3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3CF2CB4D" w14:textId="77777777" w:rsidR="00512B76" w:rsidRPr="000A5B76" w:rsidRDefault="00512B76" w:rsidP="00161EC3"/>
        </w:tc>
      </w:tr>
      <w:tr w:rsidR="00512B76" w:rsidRPr="000A5B76" w14:paraId="360598AB" w14:textId="77777777" w:rsidTr="00161EC3">
        <w:trPr>
          <w:jc w:val="center"/>
        </w:trPr>
        <w:tc>
          <w:tcPr>
            <w:tcW w:w="5270" w:type="dxa"/>
          </w:tcPr>
          <w:p w14:paraId="220F0DAB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368C0E19" w14:textId="77777777" w:rsidR="00512B76" w:rsidRPr="000A5B76" w:rsidRDefault="00512B76" w:rsidP="00161EC3"/>
        </w:tc>
      </w:tr>
      <w:tr w:rsidR="00512B76" w:rsidRPr="000A5B76" w14:paraId="3DECF9FD" w14:textId="77777777" w:rsidTr="00161EC3">
        <w:trPr>
          <w:jc w:val="center"/>
        </w:trPr>
        <w:tc>
          <w:tcPr>
            <w:tcW w:w="5270" w:type="dxa"/>
          </w:tcPr>
          <w:p w14:paraId="0FBEABD2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20D246A5" w14:textId="77777777" w:rsidR="00512B76" w:rsidRPr="000A5B76" w:rsidRDefault="00512B76" w:rsidP="00161EC3"/>
        </w:tc>
      </w:tr>
      <w:tr w:rsidR="00512B76" w:rsidRPr="000A5B76" w14:paraId="3609EF6B" w14:textId="77777777" w:rsidTr="00161EC3">
        <w:trPr>
          <w:jc w:val="center"/>
        </w:trPr>
        <w:tc>
          <w:tcPr>
            <w:tcW w:w="5270" w:type="dxa"/>
          </w:tcPr>
          <w:p w14:paraId="473F34C7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5ED89646" w14:textId="77777777" w:rsidR="00512B76" w:rsidRPr="000A5B76" w:rsidRDefault="00512B76" w:rsidP="00161EC3"/>
        </w:tc>
      </w:tr>
      <w:tr w:rsidR="00512B76" w:rsidRPr="000A5B76" w14:paraId="15E4A4B7" w14:textId="77777777" w:rsidTr="00161EC3">
        <w:trPr>
          <w:jc w:val="center"/>
        </w:trPr>
        <w:tc>
          <w:tcPr>
            <w:tcW w:w="5270" w:type="dxa"/>
          </w:tcPr>
          <w:p w14:paraId="3632BC9B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537A4CE4" w14:textId="77777777" w:rsidR="00512B76" w:rsidRPr="000A5B76" w:rsidRDefault="00512B76" w:rsidP="00161EC3"/>
        </w:tc>
      </w:tr>
      <w:tr w:rsidR="00512B76" w:rsidRPr="000A5B76" w14:paraId="0433E1F8" w14:textId="77777777" w:rsidTr="00161EC3">
        <w:trPr>
          <w:jc w:val="center"/>
        </w:trPr>
        <w:tc>
          <w:tcPr>
            <w:tcW w:w="5270" w:type="dxa"/>
          </w:tcPr>
          <w:p w14:paraId="7F8FCACE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4A64483B" w14:textId="77777777" w:rsidR="00512B76" w:rsidRPr="000A5B76" w:rsidRDefault="00512B76" w:rsidP="00161EC3"/>
        </w:tc>
      </w:tr>
      <w:tr w:rsidR="00512B76" w:rsidRPr="000A5B76" w14:paraId="4835817D" w14:textId="77777777" w:rsidTr="00161EC3">
        <w:trPr>
          <w:jc w:val="center"/>
        </w:trPr>
        <w:tc>
          <w:tcPr>
            <w:tcW w:w="5270" w:type="dxa"/>
          </w:tcPr>
          <w:p w14:paraId="55709519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5B14CE26" w14:textId="77777777" w:rsidR="00512B76" w:rsidRPr="000A5B76" w:rsidRDefault="00512B76" w:rsidP="00161EC3"/>
        </w:tc>
      </w:tr>
    </w:tbl>
    <w:p w14:paraId="5F6799FF" w14:textId="1F5EBA62" w:rsidR="00512B76" w:rsidRPr="000A5B76" w:rsidRDefault="00512B76" w:rsidP="00512B76">
      <w:r w:rsidRPr="000A5B76">
        <w:br w:type="page"/>
      </w:r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22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4196E545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248BA301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1BF92F43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5DE71F09" w14:textId="77777777" w:rsidTr="00161EC3">
        <w:trPr>
          <w:jc w:val="center"/>
        </w:trPr>
        <w:tc>
          <w:tcPr>
            <w:tcW w:w="5270" w:type="dxa"/>
          </w:tcPr>
          <w:p w14:paraId="54E6704A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276EBA20" w14:textId="77777777" w:rsidR="00512B76" w:rsidRPr="000A5B76" w:rsidRDefault="00512B76" w:rsidP="00161EC3"/>
        </w:tc>
      </w:tr>
      <w:tr w:rsidR="00512B76" w:rsidRPr="000A5B76" w14:paraId="66ED26D2" w14:textId="77777777" w:rsidTr="00161EC3">
        <w:trPr>
          <w:jc w:val="center"/>
        </w:trPr>
        <w:tc>
          <w:tcPr>
            <w:tcW w:w="5270" w:type="dxa"/>
          </w:tcPr>
          <w:p w14:paraId="069E8C11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0B701BF4" w14:textId="77777777" w:rsidR="00512B76" w:rsidRPr="000A5B76" w:rsidRDefault="00512B76" w:rsidP="00161EC3"/>
        </w:tc>
      </w:tr>
      <w:tr w:rsidR="00512B76" w:rsidRPr="000A5B76" w14:paraId="1CDE7084" w14:textId="77777777" w:rsidTr="00161EC3">
        <w:trPr>
          <w:jc w:val="center"/>
        </w:trPr>
        <w:tc>
          <w:tcPr>
            <w:tcW w:w="5270" w:type="dxa"/>
          </w:tcPr>
          <w:p w14:paraId="32F7358F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50CE7EAC" w14:textId="77777777" w:rsidR="00512B76" w:rsidRPr="000A5B76" w:rsidRDefault="00512B76" w:rsidP="00161EC3"/>
        </w:tc>
      </w:tr>
      <w:tr w:rsidR="00512B76" w:rsidRPr="000A5B76" w14:paraId="2169AECD" w14:textId="77777777" w:rsidTr="00161EC3">
        <w:trPr>
          <w:jc w:val="center"/>
        </w:trPr>
        <w:tc>
          <w:tcPr>
            <w:tcW w:w="5270" w:type="dxa"/>
          </w:tcPr>
          <w:p w14:paraId="1C8F3E3D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3E536C2C" w14:textId="77777777" w:rsidR="00512B76" w:rsidRPr="000A5B76" w:rsidRDefault="00512B76" w:rsidP="00161EC3"/>
        </w:tc>
      </w:tr>
      <w:tr w:rsidR="00512B76" w:rsidRPr="000A5B76" w14:paraId="60D38B81" w14:textId="77777777" w:rsidTr="00161EC3">
        <w:trPr>
          <w:jc w:val="center"/>
        </w:trPr>
        <w:tc>
          <w:tcPr>
            <w:tcW w:w="5270" w:type="dxa"/>
          </w:tcPr>
          <w:p w14:paraId="6E63A7A4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00232F20" w14:textId="77777777" w:rsidR="00512B76" w:rsidRPr="000A5B76" w:rsidRDefault="00512B76" w:rsidP="00161EC3"/>
        </w:tc>
      </w:tr>
      <w:tr w:rsidR="00512B76" w:rsidRPr="000A5B76" w14:paraId="07CDBB70" w14:textId="77777777" w:rsidTr="00161EC3">
        <w:trPr>
          <w:jc w:val="center"/>
        </w:trPr>
        <w:tc>
          <w:tcPr>
            <w:tcW w:w="5270" w:type="dxa"/>
          </w:tcPr>
          <w:p w14:paraId="2E9BCC80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2A011D4C" w14:textId="77777777" w:rsidR="00512B76" w:rsidRPr="000A5B76" w:rsidRDefault="00512B76" w:rsidP="00161EC3"/>
        </w:tc>
      </w:tr>
      <w:tr w:rsidR="00512B76" w:rsidRPr="000A5B76" w14:paraId="5032E630" w14:textId="77777777" w:rsidTr="00161EC3">
        <w:trPr>
          <w:jc w:val="center"/>
        </w:trPr>
        <w:tc>
          <w:tcPr>
            <w:tcW w:w="5270" w:type="dxa"/>
          </w:tcPr>
          <w:p w14:paraId="7A9C6E75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5E46763D" w14:textId="77777777" w:rsidR="00512B76" w:rsidRPr="000A5B76" w:rsidRDefault="00512B76" w:rsidP="00161EC3"/>
        </w:tc>
      </w:tr>
      <w:tr w:rsidR="00512B76" w:rsidRPr="000A5B76" w14:paraId="3796232D" w14:textId="77777777" w:rsidTr="00161EC3">
        <w:trPr>
          <w:jc w:val="center"/>
        </w:trPr>
        <w:tc>
          <w:tcPr>
            <w:tcW w:w="5270" w:type="dxa"/>
          </w:tcPr>
          <w:p w14:paraId="4BB5AC15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13978A02" w14:textId="77777777" w:rsidR="00512B76" w:rsidRPr="000A5B76" w:rsidRDefault="00512B76" w:rsidP="00161EC3"/>
        </w:tc>
      </w:tr>
      <w:tr w:rsidR="00512B76" w:rsidRPr="000A5B76" w14:paraId="02909941" w14:textId="77777777" w:rsidTr="00161EC3">
        <w:trPr>
          <w:jc w:val="center"/>
        </w:trPr>
        <w:tc>
          <w:tcPr>
            <w:tcW w:w="5270" w:type="dxa"/>
          </w:tcPr>
          <w:p w14:paraId="15D054E2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74552C47" w14:textId="77777777" w:rsidR="00512B76" w:rsidRPr="000A5B76" w:rsidRDefault="00512B76" w:rsidP="00161EC3"/>
        </w:tc>
      </w:tr>
    </w:tbl>
    <w:p w14:paraId="00541707" w14:textId="77777777" w:rsidR="00512B76" w:rsidRPr="000A5B76" w:rsidRDefault="00512B76" w:rsidP="00512B76">
      <w:r w:rsidRPr="000A5B76">
        <w:br w:type="page"/>
      </w:r>
    </w:p>
    <w:p w14:paraId="3776DE20" w14:textId="22881337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23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755348F3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663437D5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7C4EC7C8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3AB40672" w14:textId="77777777" w:rsidTr="00161EC3">
        <w:trPr>
          <w:jc w:val="center"/>
        </w:trPr>
        <w:tc>
          <w:tcPr>
            <w:tcW w:w="5270" w:type="dxa"/>
          </w:tcPr>
          <w:p w14:paraId="172297E1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2529411F" w14:textId="77777777" w:rsidR="00512B76" w:rsidRPr="000A5B76" w:rsidRDefault="00512B76" w:rsidP="00161EC3"/>
        </w:tc>
      </w:tr>
      <w:tr w:rsidR="00512B76" w:rsidRPr="000A5B76" w14:paraId="59ED8D82" w14:textId="77777777" w:rsidTr="00161EC3">
        <w:trPr>
          <w:jc w:val="center"/>
        </w:trPr>
        <w:tc>
          <w:tcPr>
            <w:tcW w:w="5270" w:type="dxa"/>
          </w:tcPr>
          <w:p w14:paraId="2768287F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61E644E2" w14:textId="77777777" w:rsidR="00512B76" w:rsidRPr="000A5B76" w:rsidRDefault="00512B76" w:rsidP="00161EC3"/>
        </w:tc>
      </w:tr>
      <w:tr w:rsidR="00512B76" w:rsidRPr="000A5B76" w14:paraId="1D53FA26" w14:textId="77777777" w:rsidTr="00161EC3">
        <w:trPr>
          <w:jc w:val="center"/>
        </w:trPr>
        <w:tc>
          <w:tcPr>
            <w:tcW w:w="5270" w:type="dxa"/>
          </w:tcPr>
          <w:p w14:paraId="095A944A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72F7891C" w14:textId="77777777" w:rsidR="00512B76" w:rsidRPr="000A5B76" w:rsidRDefault="00512B76" w:rsidP="00161EC3"/>
        </w:tc>
      </w:tr>
      <w:tr w:rsidR="00512B76" w:rsidRPr="000A5B76" w14:paraId="603BA7FA" w14:textId="77777777" w:rsidTr="00161EC3">
        <w:trPr>
          <w:jc w:val="center"/>
        </w:trPr>
        <w:tc>
          <w:tcPr>
            <w:tcW w:w="5270" w:type="dxa"/>
          </w:tcPr>
          <w:p w14:paraId="39B04AC3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3B30F534" w14:textId="77777777" w:rsidR="00512B76" w:rsidRPr="000A5B76" w:rsidRDefault="00512B76" w:rsidP="00161EC3"/>
        </w:tc>
      </w:tr>
      <w:tr w:rsidR="00512B76" w:rsidRPr="000A5B76" w14:paraId="10E3F66A" w14:textId="77777777" w:rsidTr="00161EC3">
        <w:trPr>
          <w:jc w:val="center"/>
        </w:trPr>
        <w:tc>
          <w:tcPr>
            <w:tcW w:w="5270" w:type="dxa"/>
          </w:tcPr>
          <w:p w14:paraId="6BA804B9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27CA246B" w14:textId="77777777" w:rsidR="00512B76" w:rsidRPr="000A5B76" w:rsidRDefault="00512B76" w:rsidP="00161EC3"/>
        </w:tc>
      </w:tr>
      <w:tr w:rsidR="00512B76" w:rsidRPr="000A5B76" w14:paraId="162FFC59" w14:textId="77777777" w:rsidTr="00161EC3">
        <w:trPr>
          <w:jc w:val="center"/>
        </w:trPr>
        <w:tc>
          <w:tcPr>
            <w:tcW w:w="5270" w:type="dxa"/>
          </w:tcPr>
          <w:p w14:paraId="1470F64F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4CA5F836" w14:textId="77777777" w:rsidR="00512B76" w:rsidRPr="000A5B76" w:rsidRDefault="00512B76" w:rsidP="00161EC3"/>
        </w:tc>
      </w:tr>
      <w:tr w:rsidR="00512B76" w:rsidRPr="000A5B76" w14:paraId="52C4FF66" w14:textId="77777777" w:rsidTr="00161EC3">
        <w:trPr>
          <w:jc w:val="center"/>
        </w:trPr>
        <w:tc>
          <w:tcPr>
            <w:tcW w:w="5270" w:type="dxa"/>
          </w:tcPr>
          <w:p w14:paraId="49F095CF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2DAFF7DF" w14:textId="77777777" w:rsidR="00512B76" w:rsidRPr="000A5B76" w:rsidRDefault="00512B76" w:rsidP="00161EC3"/>
        </w:tc>
      </w:tr>
      <w:tr w:rsidR="00512B76" w:rsidRPr="000A5B76" w14:paraId="60CCA9A4" w14:textId="77777777" w:rsidTr="00161EC3">
        <w:trPr>
          <w:jc w:val="center"/>
        </w:trPr>
        <w:tc>
          <w:tcPr>
            <w:tcW w:w="5270" w:type="dxa"/>
          </w:tcPr>
          <w:p w14:paraId="6A86E0A4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5364E5B1" w14:textId="77777777" w:rsidR="00512B76" w:rsidRPr="000A5B76" w:rsidRDefault="00512B76" w:rsidP="00161EC3"/>
        </w:tc>
      </w:tr>
      <w:tr w:rsidR="00512B76" w:rsidRPr="000A5B76" w14:paraId="12B6A39C" w14:textId="77777777" w:rsidTr="00161EC3">
        <w:trPr>
          <w:jc w:val="center"/>
        </w:trPr>
        <w:tc>
          <w:tcPr>
            <w:tcW w:w="5270" w:type="dxa"/>
          </w:tcPr>
          <w:p w14:paraId="2694D976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37675863" w14:textId="77777777" w:rsidR="00512B76" w:rsidRPr="000A5B76" w:rsidRDefault="00512B76" w:rsidP="00161EC3"/>
        </w:tc>
      </w:tr>
    </w:tbl>
    <w:p w14:paraId="03AF62C1" w14:textId="77777777" w:rsidR="00512B76" w:rsidRPr="000A5B76" w:rsidRDefault="00512B76" w:rsidP="00512B76">
      <w:r w:rsidRPr="000A5B76">
        <w:br w:type="page"/>
      </w:r>
    </w:p>
    <w:p w14:paraId="3A002495" w14:textId="3A46AF9C" w:rsidR="00512B76" w:rsidRPr="000A5B76" w:rsidRDefault="00512B76" w:rsidP="00512B76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24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512B76" w:rsidRPr="000A5B76" w14:paraId="431BD77E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3288311D" w14:textId="77777777" w:rsidR="00512B76" w:rsidRPr="000A5B76" w:rsidRDefault="00512B76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2DD0ECDE" w14:textId="77777777" w:rsidR="00512B76" w:rsidRPr="000A5B76" w:rsidRDefault="00512B76" w:rsidP="00161EC3">
            <w:r w:rsidRPr="000A5B76">
              <w:rPr>
                <w:b/>
              </w:rPr>
              <w:t>Notes</w:t>
            </w:r>
          </w:p>
        </w:tc>
      </w:tr>
      <w:tr w:rsidR="00512B76" w:rsidRPr="000A5B76" w14:paraId="55849FEE" w14:textId="77777777" w:rsidTr="00161EC3">
        <w:trPr>
          <w:jc w:val="center"/>
        </w:trPr>
        <w:tc>
          <w:tcPr>
            <w:tcW w:w="5270" w:type="dxa"/>
          </w:tcPr>
          <w:p w14:paraId="1E26C442" w14:textId="77777777" w:rsidR="00512B76" w:rsidRPr="000A5B76" w:rsidRDefault="00512B76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5043D664" w14:textId="77777777" w:rsidR="00512B76" w:rsidRPr="000A5B76" w:rsidRDefault="00512B76" w:rsidP="00161EC3"/>
        </w:tc>
      </w:tr>
      <w:tr w:rsidR="00512B76" w:rsidRPr="000A5B76" w14:paraId="3EC3E846" w14:textId="77777777" w:rsidTr="00161EC3">
        <w:trPr>
          <w:jc w:val="center"/>
        </w:trPr>
        <w:tc>
          <w:tcPr>
            <w:tcW w:w="5270" w:type="dxa"/>
          </w:tcPr>
          <w:p w14:paraId="5BF852FD" w14:textId="77777777" w:rsidR="00512B76" w:rsidRPr="000A5B76" w:rsidRDefault="00512B76" w:rsidP="00161EC3">
            <w:r w:rsidRPr="000A5B76">
              <w:t>Définition</w:t>
            </w:r>
          </w:p>
        </w:tc>
        <w:tc>
          <w:tcPr>
            <w:tcW w:w="5270" w:type="dxa"/>
          </w:tcPr>
          <w:p w14:paraId="60949278" w14:textId="77777777" w:rsidR="00512B76" w:rsidRPr="000A5B76" w:rsidRDefault="00512B76" w:rsidP="00161EC3"/>
        </w:tc>
      </w:tr>
      <w:tr w:rsidR="00512B76" w:rsidRPr="000A5B76" w14:paraId="783948C4" w14:textId="77777777" w:rsidTr="00161EC3">
        <w:trPr>
          <w:jc w:val="center"/>
        </w:trPr>
        <w:tc>
          <w:tcPr>
            <w:tcW w:w="5270" w:type="dxa"/>
          </w:tcPr>
          <w:p w14:paraId="7CB2A7BB" w14:textId="77777777" w:rsidR="00512B76" w:rsidRPr="000A5B76" w:rsidRDefault="00512B76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6CD9BD1F" w14:textId="77777777" w:rsidR="00512B76" w:rsidRPr="000A5B76" w:rsidRDefault="00512B76" w:rsidP="00161EC3"/>
        </w:tc>
      </w:tr>
      <w:tr w:rsidR="00512B76" w:rsidRPr="000A5B76" w14:paraId="284F3647" w14:textId="77777777" w:rsidTr="00161EC3">
        <w:trPr>
          <w:jc w:val="center"/>
        </w:trPr>
        <w:tc>
          <w:tcPr>
            <w:tcW w:w="5270" w:type="dxa"/>
          </w:tcPr>
          <w:p w14:paraId="48A986CE" w14:textId="77777777" w:rsidR="00512B76" w:rsidRPr="000A5B76" w:rsidRDefault="00512B76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2AA57390" w14:textId="77777777" w:rsidR="00512B76" w:rsidRPr="000A5B76" w:rsidRDefault="00512B76" w:rsidP="00161EC3"/>
        </w:tc>
      </w:tr>
      <w:tr w:rsidR="00512B76" w:rsidRPr="000A5B76" w14:paraId="55DD7068" w14:textId="77777777" w:rsidTr="00161EC3">
        <w:trPr>
          <w:jc w:val="center"/>
        </w:trPr>
        <w:tc>
          <w:tcPr>
            <w:tcW w:w="5270" w:type="dxa"/>
          </w:tcPr>
          <w:p w14:paraId="01E208E7" w14:textId="77777777" w:rsidR="00512B76" w:rsidRPr="000A5B76" w:rsidRDefault="00512B76" w:rsidP="00161EC3">
            <w:r w:rsidRPr="000A5B76">
              <w:t>Examens</w:t>
            </w:r>
          </w:p>
        </w:tc>
        <w:tc>
          <w:tcPr>
            <w:tcW w:w="5270" w:type="dxa"/>
          </w:tcPr>
          <w:p w14:paraId="577C47DB" w14:textId="77777777" w:rsidR="00512B76" w:rsidRPr="000A5B76" w:rsidRDefault="00512B76" w:rsidP="00161EC3"/>
        </w:tc>
      </w:tr>
      <w:tr w:rsidR="00512B76" w:rsidRPr="000A5B76" w14:paraId="1CAA27CF" w14:textId="77777777" w:rsidTr="00161EC3">
        <w:trPr>
          <w:jc w:val="center"/>
        </w:trPr>
        <w:tc>
          <w:tcPr>
            <w:tcW w:w="5270" w:type="dxa"/>
          </w:tcPr>
          <w:p w14:paraId="2B2E1A14" w14:textId="77777777" w:rsidR="00512B76" w:rsidRPr="000A5B76" w:rsidRDefault="00512B76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22AB3201" w14:textId="77777777" w:rsidR="00512B76" w:rsidRPr="000A5B76" w:rsidRDefault="00512B76" w:rsidP="00161EC3"/>
        </w:tc>
      </w:tr>
      <w:tr w:rsidR="00512B76" w:rsidRPr="000A5B76" w14:paraId="25CAA821" w14:textId="77777777" w:rsidTr="00161EC3">
        <w:trPr>
          <w:jc w:val="center"/>
        </w:trPr>
        <w:tc>
          <w:tcPr>
            <w:tcW w:w="5270" w:type="dxa"/>
          </w:tcPr>
          <w:p w14:paraId="46C5E2B3" w14:textId="77777777" w:rsidR="00512B76" w:rsidRPr="000A5B76" w:rsidRDefault="00512B76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3096D734" w14:textId="77777777" w:rsidR="00512B76" w:rsidRPr="000A5B76" w:rsidRDefault="00512B76" w:rsidP="00161EC3"/>
        </w:tc>
      </w:tr>
      <w:tr w:rsidR="00512B76" w:rsidRPr="000A5B76" w14:paraId="35276262" w14:textId="77777777" w:rsidTr="00161EC3">
        <w:trPr>
          <w:jc w:val="center"/>
        </w:trPr>
        <w:tc>
          <w:tcPr>
            <w:tcW w:w="5270" w:type="dxa"/>
          </w:tcPr>
          <w:p w14:paraId="6AA0C357" w14:textId="77777777" w:rsidR="00512B76" w:rsidRPr="000A5B76" w:rsidRDefault="00512B76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3472DA24" w14:textId="77777777" w:rsidR="00512B76" w:rsidRPr="000A5B76" w:rsidRDefault="00512B76" w:rsidP="00161EC3"/>
        </w:tc>
      </w:tr>
      <w:tr w:rsidR="00512B76" w:rsidRPr="000A5B76" w14:paraId="460640DA" w14:textId="77777777" w:rsidTr="00161EC3">
        <w:trPr>
          <w:jc w:val="center"/>
        </w:trPr>
        <w:tc>
          <w:tcPr>
            <w:tcW w:w="5270" w:type="dxa"/>
          </w:tcPr>
          <w:p w14:paraId="42F61222" w14:textId="77777777" w:rsidR="00512B76" w:rsidRPr="000A5B76" w:rsidRDefault="00512B76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75227598" w14:textId="77777777" w:rsidR="00512B76" w:rsidRPr="000A5B76" w:rsidRDefault="00512B76" w:rsidP="00161EC3"/>
        </w:tc>
      </w:tr>
    </w:tbl>
    <w:p w14:paraId="78F2D61D" w14:textId="5938DBCD" w:rsidR="00A22FFC" w:rsidRDefault="00512B76" w:rsidP="00512B76">
      <w:r w:rsidRPr="000A5B76">
        <w:br w:type="page"/>
      </w:r>
    </w:p>
    <w:p w14:paraId="5D817085" w14:textId="569452EC" w:rsidR="00A22FFC" w:rsidRPr="000A5B76" w:rsidRDefault="00A22FFC" w:rsidP="00A22FFC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25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A22FFC" w:rsidRPr="000A5B76" w14:paraId="7642FA3F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49C676CE" w14:textId="77777777" w:rsidR="00A22FFC" w:rsidRPr="000A5B76" w:rsidRDefault="00A22FFC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5DC8AA88" w14:textId="77777777" w:rsidR="00A22FFC" w:rsidRPr="000A5B76" w:rsidRDefault="00A22FFC" w:rsidP="00161EC3">
            <w:r w:rsidRPr="000A5B76">
              <w:rPr>
                <w:b/>
              </w:rPr>
              <w:t>Notes</w:t>
            </w:r>
          </w:p>
        </w:tc>
      </w:tr>
      <w:tr w:rsidR="00A22FFC" w:rsidRPr="000A5B76" w14:paraId="265B9D77" w14:textId="77777777" w:rsidTr="00161EC3">
        <w:trPr>
          <w:jc w:val="center"/>
        </w:trPr>
        <w:tc>
          <w:tcPr>
            <w:tcW w:w="5270" w:type="dxa"/>
          </w:tcPr>
          <w:p w14:paraId="028730BC" w14:textId="77777777" w:rsidR="00A22FFC" w:rsidRPr="000A5B76" w:rsidRDefault="00A22FFC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17655ADD" w14:textId="77777777" w:rsidR="00A22FFC" w:rsidRPr="000A5B76" w:rsidRDefault="00A22FFC" w:rsidP="00161EC3"/>
        </w:tc>
      </w:tr>
      <w:tr w:rsidR="00A22FFC" w:rsidRPr="000A5B76" w14:paraId="7C509863" w14:textId="77777777" w:rsidTr="00161EC3">
        <w:trPr>
          <w:jc w:val="center"/>
        </w:trPr>
        <w:tc>
          <w:tcPr>
            <w:tcW w:w="5270" w:type="dxa"/>
          </w:tcPr>
          <w:p w14:paraId="23B4AC28" w14:textId="77777777" w:rsidR="00A22FFC" w:rsidRPr="000A5B76" w:rsidRDefault="00A22FFC" w:rsidP="00161EC3">
            <w:r w:rsidRPr="000A5B76">
              <w:t>Définition</w:t>
            </w:r>
          </w:p>
        </w:tc>
        <w:tc>
          <w:tcPr>
            <w:tcW w:w="5270" w:type="dxa"/>
          </w:tcPr>
          <w:p w14:paraId="653D50C6" w14:textId="77777777" w:rsidR="00A22FFC" w:rsidRPr="000A5B76" w:rsidRDefault="00A22FFC" w:rsidP="00161EC3"/>
        </w:tc>
      </w:tr>
      <w:tr w:rsidR="00A22FFC" w:rsidRPr="000A5B76" w14:paraId="5992E76A" w14:textId="77777777" w:rsidTr="00161EC3">
        <w:trPr>
          <w:jc w:val="center"/>
        </w:trPr>
        <w:tc>
          <w:tcPr>
            <w:tcW w:w="5270" w:type="dxa"/>
          </w:tcPr>
          <w:p w14:paraId="3AF313B6" w14:textId="77777777" w:rsidR="00A22FFC" w:rsidRPr="000A5B76" w:rsidRDefault="00A22FFC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1A480FCD" w14:textId="77777777" w:rsidR="00A22FFC" w:rsidRPr="000A5B76" w:rsidRDefault="00A22FFC" w:rsidP="00161EC3"/>
        </w:tc>
      </w:tr>
      <w:tr w:rsidR="00A22FFC" w:rsidRPr="000A5B76" w14:paraId="6F31D568" w14:textId="77777777" w:rsidTr="00161EC3">
        <w:trPr>
          <w:jc w:val="center"/>
        </w:trPr>
        <w:tc>
          <w:tcPr>
            <w:tcW w:w="5270" w:type="dxa"/>
          </w:tcPr>
          <w:p w14:paraId="73C4B355" w14:textId="77777777" w:rsidR="00A22FFC" w:rsidRPr="000A5B76" w:rsidRDefault="00A22FFC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5C20BE4F" w14:textId="77777777" w:rsidR="00A22FFC" w:rsidRPr="000A5B76" w:rsidRDefault="00A22FFC" w:rsidP="00161EC3"/>
        </w:tc>
      </w:tr>
      <w:tr w:rsidR="00A22FFC" w:rsidRPr="000A5B76" w14:paraId="13566F94" w14:textId="77777777" w:rsidTr="00161EC3">
        <w:trPr>
          <w:jc w:val="center"/>
        </w:trPr>
        <w:tc>
          <w:tcPr>
            <w:tcW w:w="5270" w:type="dxa"/>
          </w:tcPr>
          <w:p w14:paraId="65D4E885" w14:textId="77777777" w:rsidR="00A22FFC" w:rsidRPr="000A5B76" w:rsidRDefault="00A22FFC" w:rsidP="00161EC3">
            <w:r w:rsidRPr="000A5B76">
              <w:t>Examens</w:t>
            </w:r>
          </w:p>
        </w:tc>
        <w:tc>
          <w:tcPr>
            <w:tcW w:w="5270" w:type="dxa"/>
          </w:tcPr>
          <w:p w14:paraId="33E92C54" w14:textId="77777777" w:rsidR="00A22FFC" w:rsidRPr="000A5B76" w:rsidRDefault="00A22FFC" w:rsidP="00161EC3"/>
        </w:tc>
      </w:tr>
      <w:tr w:rsidR="00A22FFC" w:rsidRPr="000A5B76" w14:paraId="5C56EA18" w14:textId="77777777" w:rsidTr="00161EC3">
        <w:trPr>
          <w:jc w:val="center"/>
        </w:trPr>
        <w:tc>
          <w:tcPr>
            <w:tcW w:w="5270" w:type="dxa"/>
          </w:tcPr>
          <w:p w14:paraId="76034B2B" w14:textId="77777777" w:rsidR="00A22FFC" w:rsidRPr="000A5B76" w:rsidRDefault="00A22FFC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7767989E" w14:textId="77777777" w:rsidR="00A22FFC" w:rsidRPr="000A5B76" w:rsidRDefault="00A22FFC" w:rsidP="00161EC3"/>
        </w:tc>
      </w:tr>
      <w:tr w:rsidR="00A22FFC" w:rsidRPr="000A5B76" w14:paraId="31573DAA" w14:textId="77777777" w:rsidTr="00161EC3">
        <w:trPr>
          <w:jc w:val="center"/>
        </w:trPr>
        <w:tc>
          <w:tcPr>
            <w:tcW w:w="5270" w:type="dxa"/>
          </w:tcPr>
          <w:p w14:paraId="0D5F8EF0" w14:textId="77777777" w:rsidR="00A22FFC" w:rsidRPr="000A5B76" w:rsidRDefault="00A22FFC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25FB361A" w14:textId="77777777" w:rsidR="00A22FFC" w:rsidRPr="000A5B76" w:rsidRDefault="00A22FFC" w:rsidP="00161EC3"/>
        </w:tc>
      </w:tr>
      <w:tr w:rsidR="00A22FFC" w:rsidRPr="000A5B76" w14:paraId="6D21E088" w14:textId="77777777" w:rsidTr="00161EC3">
        <w:trPr>
          <w:jc w:val="center"/>
        </w:trPr>
        <w:tc>
          <w:tcPr>
            <w:tcW w:w="5270" w:type="dxa"/>
          </w:tcPr>
          <w:p w14:paraId="7AE581C3" w14:textId="77777777" w:rsidR="00A22FFC" w:rsidRPr="000A5B76" w:rsidRDefault="00A22FFC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51B02254" w14:textId="77777777" w:rsidR="00A22FFC" w:rsidRPr="000A5B76" w:rsidRDefault="00A22FFC" w:rsidP="00161EC3"/>
        </w:tc>
      </w:tr>
      <w:tr w:rsidR="00A22FFC" w:rsidRPr="000A5B76" w14:paraId="3B30C323" w14:textId="77777777" w:rsidTr="00161EC3">
        <w:trPr>
          <w:jc w:val="center"/>
        </w:trPr>
        <w:tc>
          <w:tcPr>
            <w:tcW w:w="5270" w:type="dxa"/>
          </w:tcPr>
          <w:p w14:paraId="47AFB073" w14:textId="77777777" w:rsidR="00A22FFC" w:rsidRPr="000A5B76" w:rsidRDefault="00A22FFC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3A110D1C" w14:textId="77777777" w:rsidR="00A22FFC" w:rsidRPr="000A5B76" w:rsidRDefault="00A22FFC" w:rsidP="00161EC3"/>
        </w:tc>
      </w:tr>
    </w:tbl>
    <w:p w14:paraId="58BAF8FE" w14:textId="77777777" w:rsidR="00A22FFC" w:rsidRPr="000A5B76" w:rsidRDefault="00A22FFC" w:rsidP="00A22FFC">
      <w:r w:rsidRPr="000A5B76">
        <w:br w:type="page"/>
      </w:r>
    </w:p>
    <w:p w14:paraId="133E0420" w14:textId="30EF4AF4" w:rsidR="00A22FFC" w:rsidRPr="000A5B76" w:rsidRDefault="00A22FFC" w:rsidP="00A22FFC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26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A22FFC" w:rsidRPr="000A5B76" w14:paraId="47E9C25D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4D30F1AD" w14:textId="77777777" w:rsidR="00A22FFC" w:rsidRPr="000A5B76" w:rsidRDefault="00A22FFC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69B46092" w14:textId="77777777" w:rsidR="00A22FFC" w:rsidRPr="000A5B76" w:rsidRDefault="00A22FFC" w:rsidP="00161EC3">
            <w:r w:rsidRPr="000A5B76">
              <w:rPr>
                <w:b/>
              </w:rPr>
              <w:t>Notes</w:t>
            </w:r>
          </w:p>
        </w:tc>
      </w:tr>
      <w:tr w:rsidR="00A22FFC" w:rsidRPr="000A5B76" w14:paraId="3C4924DA" w14:textId="77777777" w:rsidTr="00161EC3">
        <w:trPr>
          <w:jc w:val="center"/>
        </w:trPr>
        <w:tc>
          <w:tcPr>
            <w:tcW w:w="5270" w:type="dxa"/>
          </w:tcPr>
          <w:p w14:paraId="6DD25741" w14:textId="77777777" w:rsidR="00A22FFC" w:rsidRPr="000A5B76" w:rsidRDefault="00A22FFC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396A40EA" w14:textId="77777777" w:rsidR="00A22FFC" w:rsidRPr="000A5B76" w:rsidRDefault="00A22FFC" w:rsidP="00161EC3"/>
        </w:tc>
      </w:tr>
      <w:tr w:rsidR="00A22FFC" w:rsidRPr="000A5B76" w14:paraId="2216899F" w14:textId="77777777" w:rsidTr="00161EC3">
        <w:trPr>
          <w:jc w:val="center"/>
        </w:trPr>
        <w:tc>
          <w:tcPr>
            <w:tcW w:w="5270" w:type="dxa"/>
          </w:tcPr>
          <w:p w14:paraId="5D17A2D9" w14:textId="77777777" w:rsidR="00A22FFC" w:rsidRPr="000A5B76" w:rsidRDefault="00A22FFC" w:rsidP="00161EC3">
            <w:r w:rsidRPr="000A5B76">
              <w:t>Définition</w:t>
            </w:r>
          </w:p>
        </w:tc>
        <w:tc>
          <w:tcPr>
            <w:tcW w:w="5270" w:type="dxa"/>
          </w:tcPr>
          <w:p w14:paraId="6ECF4EFF" w14:textId="77777777" w:rsidR="00A22FFC" w:rsidRPr="000A5B76" w:rsidRDefault="00A22FFC" w:rsidP="00161EC3"/>
        </w:tc>
      </w:tr>
      <w:tr w:rsidR="00A22FFC" w:rsidRPr="000A5B76" w14:paraId="3A097B15" w14:textId="77777777" w:rsidTr="00161EC3">
        <w:trPr>
          <w:jc w:val="center"/>
        </w:trPr>
        <w:tc>
          <w:tcPr>
            <w:tcW w:w="5270" w:type="dxa"/>
          </w:tcPr>
          <w:p w14:paraId="55AA4B56" w14:textId="77777777" w:rsidR="00A22FFC" w:rsidRPr="000A5B76" w:rsidRDefault="00A22FFC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01191363" w14:textId="77777777" w:rsidR="00A22FFC" w:rsidRPr="000A5B76" w:rsidRDefault="00A22FFC" w:rsidP="00161EC3"/>
        </w:tc>
      </w:tr>
      <w:tr w:rsidR="00A22FFC" w:rsidRPr="000A5B76" w14:paraId="2763FED1" w14:textId="77777777" w:rsidTr="00161EC3">
        <w:trPr>
          <w:jc w:val="center"/>
        </w:trPr>
        <w:tc>
          <w:tcPr>
            <w:tcW w:w="5270" w:type="dxa"/>
          </w:tcPr>
          <w:p w14:paraId="18C39E5D" w14:textId="77777777" w:rsidR="00A22FFC" w:rsidRPr="000A5B76" w:rsidRDefault="00A22FFC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239F0A89" w14:textId="77777777" w:rsidR="00A22FFC" w:rsidRPr="000A5B76" w:rsidRDefault="00A22FFC" w:rsidP="00161EC3"/>
        </w:tc>
      </w:tr>
      <w:tr w:rsidR="00A22FFC" w:rsidRPr="000A5B76" w14:paraId="347320AC" w14:textId="77777777" w:rsidTr="00161EC3">
        <w:trPr>
          <w:jc w:val="center"/>
        </w:trPr>
        <w:tc>
          <w:tcPr>
            <w:tcW w:w="5270" w:type="dxa"/>
          </w:tcPr>
          <w:p w14:paraId="4233519F" w14:textId="77777777" w:rsidR="00A22FFC" w:rsidRPr="000A5B76" w:rsidRDefault="00A22FFC" w:rsidP="00161EC3">
            <w:r w:rsidRPr="000A5B76">
              <w:t>Examens</w:t>
            </w:r>
          </w:p>
        </w:tc>
        <w:tc>
          <w:tcPr>
            <w:tcW w:w="5270" w:type="dxa"/>
          </w:tcPr>
          <w:p w14:paraId="45CF155B" w14:textId="77777777" w:rsidR="00A22FFC" w:rsidRPr="000A5B76" w:rsidRDefault="00A22FFC" w:rsidP="00161EC3"/>
        </w:tc>
      </w:tr>
      <w:tr w:rsidR="00A22FFC" w:rsidRPr="000A5B76" w14:paraId="32621899" w14:textId="77777777" w:rsidTr="00161EC3">
        <w:trPr>
          <w:jc w:val="center"/>
        </w:trPr>
        <w:tc>
          <w:tcPr>
            <w:tcW w:w="5270" w:type="dxa"/>
          </w:tcPr>
          <w:p w14:paraId="3FB92D71" w14:textId="77777777" w:rsidR="00A22FFC" w:rsidRPr="000A5B76" w:rsidRDefault="00A22FFC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3E11226A" w14:textId="77777777" w:rsidR="00A22FFC" w:rsidRPr="000A5B76" w:rsidRDefault="00A22FFC" w:rsidP="00161EC3"/>
        </w:tc>
      </w:tr>
      <w:tr w:rsidR="00A22FFC" w:rsidRPr="000A5B76" w14:paraId="6DD9997E" w14:textId="77777777" w:rsidTr="00161EC3">
        <w:trPr>
          <w:jc w:val="center"/>
        </w:trPr>
        <w:tc>
          <w:tcPr>
            <w:tcW w:w="5270" w:type="dxa"/>
          </w:tcPr>
          <w:p w14:paraId="7856621F" w14:textId="77777777" w:rsidR="00A22FFC" w:rsidRPr="000A5B76" w:rsidRDefault="00A22FFC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24FF367A" w14:textId="77777777" w:rsidR="00A22FFC" w:rsidRPr="000A5B76" w:rsidRDefault="00A22FFC" w:rsidP="00161EC3"/>
        </w:tc>
      </w:tr>
      <w:tr w:rsidR="00A22FFC" w:rsidRPr="000A5B76" w14:paraId="418D1B84" w14:textId="77777777" w:rsidTr="00161EC3">
        <w:trPr>
          <w:jc w:val="center"/>
        </w:trPr>
        <w:tc>
          <w:tcPr>
            <w:tcW w:w="5270" w:type="dxa"/>
          </w:tcPr>
          <w:p w14:paraId="4FE2794C" w14:textId="77777777" w:rsidR="00A22FFC" w:rsidRPr="000A5B76" w:rsidRDefault="00A22FFC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3E5442A2" w14:textId="77777777" w:rsidR="00A22FFC" w:rsidRPr="000A5B76" w:rsidRDefault="00A22FFC" w:rsidP="00161EC3"/>
        </w:tc>
      </w:tr>
      <w:tr w:rsidR="00A22FFC" w:rsidRPr="000A5B76" w14:paraId="4AF37B4A" w14:textId="77777777" w:rsidTr="00161EC3">
        <w:trPr>
          <w:jc w:val="center"/>
        </w:trPr>
        <w:tc>
          <w:tcPr>
            <w:tcW w:w="5270" w:type="dxa"/>
          </w:tcPr>
          <w:p w14:paraId="5D65688C" w14:textId="77777777" w:rsidR="00A22FFC" w:rsidRPr="000A5B76" w:rsidRDefault="00A22FFC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1668BBA6" w14:textId="77777777" w:rsidR="00A22FFC" w:rsidRPr="000A5B76" w:rsidRDefault="00A22FFC" w:rsidP="00161EC3"/>
        </w:tc>
      </w:tr>
    </w:tbl>
    <w:p w14:paraId="79CD9142" w14:textId="77777777" w:rsidR="00A22FFC" w:rsidRPr="000A5B76" w:rsidRDefault="00A22FFC" w:rsidP="00A22FFC">
      <w:r w:rsidRPr="000A5B76">
        <w:br w:type="page"/>
      </w:r>
    </w:p>
    <w:p w14:paraId="671B2F68" w14:textId="51E80B1A" w:rsidR="00A22FFC" w:rsidRPr="000A5B76" w:rsidRDefault="00A22FFC" w:rsidP="00A22FFC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27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A22FFC" w:rsidRPr="000A5B76" w14:paraId="7B2D4353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18F68E89" w14:textId="77777777" w:rsidR="00A22FFC" w:rsidRPr="000A5B76" w:rsidRDefault="00A22FFC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45C6EADF" w14:textId="77777777" w:rsidR="00A22FFC" w:rsidRPr="000A5B76" w:rsidRDefault="00A22FFC" w:rsidP="00161EC3">
            <w:r w:rsidRPr="000A5B76">
              <w:rPr>
                <w:b/>
              </w:rPr>
              <w:t>Notes</w:t>
            </w:r>
          </w:p>
        </w:tc>
      </w:tr>
      <w:tr w:rsidR="00A22FFC" w:rsidRPr="000A5B76" w14:paraId="20181433" w14:textId="77777777" w:rsidTr="00161EC3">
        <w:trPr>
          <w:jc w:val="center"/>
        </w:trPr>
        <w:tc>
          <w:tcPr>
            <w:tcW w:w="5270" w:type="dxa"/>
          </w:tcPr>
          <w:p w14:paraId="127CD0F3" w14:textId="77777777" w:rsidR="00A22FFC" w:rsidRPr="000A5B76" w:rsidRDefault="00A22FFC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5968AF40" w14:textId="77777777" w:rsidR="00A22FFC" w:rsidRPr="000A5B76" w:rsidRDefault="00A22FFC" w:rsidP="00161EC3"/>
        </w:tc>
      </w:tr>
      <w:tr w:rsidR="00A22FFC" w:rsidRPr="000A5B76" w14:paraId="71E3A3A4" w14:textId="77777777" w:rsidTr="00161EC3">
        <w:trPr>
          <w:jc w:val="center"/>
        </w:trPr>
        <w:tc>
          <w:tcPr>
            <w:tcW w:w="5270" w:type="dxa"/>
          </w:tcPr>
          <w:p w14:paraId="56CBBC39" w14:textId="77777777" w:rsidR="00A22FFC" w:rsidRPr="000A5B76" w:rsidRDefault="00A22FFC" w:rsidP="00161EC3">
            <w:r w:rsidRPr="000A5B76">
              <w:t>Définition</w:t>
            </w:r>
          </w:p>
        </w:tc>
        <w:tc>
          <w:tcPr>
            <w:tcW w:w="5270" w:type="dxa"/>
          </w:tcPr>
          <w:p w14:paraId="6100AC6C" w14:textId="77777777" w:rsidR="00A22FFC" w:rsidRPr="000A5B76" w:rsidRDefault="00A22FFC" w:rsidP="00161EC3"/>
        </w:tc>
      </w:tr>
      <w:tr w:rsidR="00A22FFC" w:rsidRPr="000A5B76" w14:paraId="23E43F71" w14:textId="77777777" w:rsidTr="00161EC3">
        <w:trPr>
          <w:jc w:val="center"/>
        </w:trPr>
        <w:tc>
          <w:tcPr>
            <w:tcW w:w="5270" w:type="dxa"/>
          </w:tcPr>
          <w:p w14:paraId="4509C6CF" w14:textId="77777777" w:rsidR="00A22FFC" w:rsidRPr="000A5B76" w:rsidRDefault="00A22FFC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231CD356" w14:textId="77777777" w:rsidR="00A22FFC" w:rsidRPr="000A5B76" w:rsidRDefault="00A22FFC" w:rsidP="00161EC3"/>
        </w:tc>
      </w:tr>
      <w:tr w:rsidR="00A22FFC" w:rsidRPr="000A5B76" w14:paraId="245D64DC" w14:textId="77777777" w:rsidTr="00161EC3">
        <w:trPr>
          <w:jc w:val="center"/>
        </w:trPr>
        <w:tc>
          <w:tcPr>
            <w:tcW w:w="5270" w:type="dxa"/>
          </w:tcPr>
          <w:p w14:paraId="0662AA8C" w14:textId="77777777" w:rsidR="00A22FFC" w:rsidRPr="000A5B76" w:rsidRDefault="00A22FFC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12355DD5" w14:textId="77777777" w:rsidR="00A22FFC" w:rsidRPr="000A5B76" w:rsidRDefault="00A22FFC" w:rsidP="00161EC3"/>
        </w:tc>
      </w:tr>
      <w:tr w:rsidR="00A22FFC" w:rsidRPr="000A5B76" w14:paraId="5EB7D2C4" w14:textId="77777777" w:rsidTr="00161EC3">
        <w:trPr>
          <w:jc w:val="center"/>
        </w:trPr>
        <w:tc>
          <w:tcPr>
            <w:tcW w:w="5270" w:type="dxa"/>
          </w:tcPr>
          <w:p w14:paraId="2DF31368" w14:textId="77777777" w:rsidR="00A22FFC" w:rsidRPr="000A5B76" w:rsidRDefault="00A22FFC" w:rsidP="00161EC3">
            <w:r w:rsidRPr="000A5B76">
              <w:t>Examens</w:t>
            </w:r>
          </w:p>
        </w:tc>
        <w:tc>
          <w:tcPr>
            <w:tcW w:w="5270" w:type="dxa"/>
          </w:tcPr>
          <w:p w14:paraId="613C3B32" w14:textId="77777777" w:rsidR="00A22FFC" w:rsidRPr="000A5B76" w:rsidRDefault="00A22FFC" w:rsidP="00161EC3"/>
        </w:tc>
      </w:tr>
      <w:tr w:rsidR="00A22FFC" w:rsidRPr="000A5B76" w14:paraId="5ADD1674" w14:textId="77777777" w:rsidTr="00161EC3">
        <w:trPr>
          <w:jc w:val="center"/>
        </w:trPr>
        <w:tc>
          <w:tcPr>
            <w:tcW w:w="5270" w:type="dxa"/>
          </w:tcPr>
          <w:p w14:paraId="4D1D8EBB" w14:textId="77777777" w:rsidR="00A22FFC" w:rsidRPr="000A5B76" w:rsidRDefault="00A22FFC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01F97A7F" w14:textId="77777777" w:rsidR="00A22FFC" w:rsidRPr="000A5B76" w:rsidRDefault="00A22FFC" w:rsidP="00161EC3"/>
        </w:tc>
      </w:tr>
      <w:tr w:rsidR="00A22FFC" w:rsidRPr="000A5B76" w14:paraId="6C27980A" w14:textId="77777777" w:rsidTr="00161EC3">
        <w:trPr>
          <w:jc w:val="center"/>
        </w:trPr>
        <w:tc>
          <w:tcPr>
            <w:tcW w:w="5270" w:type="dxa"/>
          </w:tcPr>
          <w:p w14:paraId="6EB34272" w14:textId="77777777" w:rsidR="00A22FFC" w:rsidRPr="000A5B76" w:rsidRDefault="00A22FFC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6E090C3E" w14:textId="77777777" w:rsidR="00A22FFC" w:rsidRPr="000A5B76" w:rsidRDefault="00A22FFC" w:rsidP="00161EC3"/>
        </w:tc>
      </w:tr>
      <w:tr w:rsidR="00A22FFC" w:rsidRPr="000A5B76" w14:paraId="785EAF40" w14:textId="77777777" w:rsidTr="00161EC3">
        <w:trPr>
          <w:jc w:val="center"/>
        </w:trPr>
        <w:tc>
          <w:tcPr>
            <w:tcW w:w="5270" w:type="dxa"/>
          </w:tcPr>
          <w:p w14:paraId="460098AA" w14:textId="77777777" w:rsidR="00A22FFC" w:rsidRPr="000A5B76" w:rsidRDefault="00A22FFC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1FED944A" w14:textId="77777777" w:rsidR="00A22FFC" w:rsidRPr="000A5B76" w:rsidRDefault="00A22FFC" w:rsidP="00161EC3"/>
        </w:tc>
      </w:tr>
      <w:tr w:rsidR="00A22FFC" w:rsidRPr="000A5B76" w14:paraId="5CF24C48" w14:textId="77777777" w:rsidTr="00161EC3">
        <w:trPr>
          <w:jc w:val="center"/>
        </w:trPr>
        <w:tc>
          <w:tcPr>
            <w:tcW w:w="5270" w:type="dxa"/>
          </w:tcPr>
          <w:p w14:paraId="63761851" w14:textId="77777777" w:rsidR="00A22FFC" w:rsidRPr="000A5B76" w:rsidRDefault="00A22FFC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448FD52F" w14:textId="77777777" w:rsidR="00A22FFC" w:rsidRPr="000A5B76" w:rsidRDefault="00A22FFC" w:rsidP="00161EC3"/>
        </w:tc>
      </w:tr>
    </w:tbl>
    <w:p w14:paraId="566548B0" w14:textId="77777777" w:rsidR="00A22FFC" w:rsidRPr="000A5B76" w:rsidRDefault="00A22FFC" w:rsidP="00A22FFC">
      <w:r w:rsidRPr="000A5B76">
        <w:br w:type="page"/>
      </w:r>
    </w:p>
    <w:p w14:paraId="4DFEBDAF" w14:textId="50A60A9A" w:rsidR="00A22FFC" w:rsidRPr="000A5B76" w:rsidRDefault="00A22FFC" w:rsidP="00A22FFC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28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A22FFC" w:rsidRPr="000A5B76" w14:paraId="08987968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40BFC93A" w14:textId="77777777" w:rsidR="00A22FFC" w:rsidRPr="000A5B76" w:rsidRDefault="00A22FFC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18978A11" w14:textId="77777777" w:rsidR="00A22FFC" w:rsidRPr="000A5B76" w:rsidRDefault="00A22FFC" w:rsidP="00161EC3">
            <w:r w:rsidRPr="000A5B76">
              <w:rPr>
                <w:b/>
              </w:rPr>
              <w:t>Notes</w:t>
            </w:r>
          </w:p>
        </w:tc>
      </w:tr>
      <w:tr w:rsidR="00A22FFC" w:rsidRPr="000A5B76" w14:paraId="7395EC23" w14:textId="77777777" w:rsidTr="00161EC3">
        <w:trPr>
          <w:jc w:val="center"/>
        </w:trPr>
        <w:tc>
          <w:tcPr>
            <w:tcW w:w="5270" w:type="dxa"/>
          </w:tcPr>
          <w:p w14:paraId="5C764C58" w14:textId="77777777" w:rsidR="00A22FFC" w:rsidRPr="000A5B76" w:rsidRDefault="00A22FFC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415BA356" w14:textId="77777777" w:rsidR="00A22FFC" w:rsidRPr="000A5B76" w:rsidRDefault="00A22FFC" w:rsidP="00161EC3"/>
        </w:tc>
      </w:tr>
      <w:tr w:rsidR="00A22FFC" w:rsidRPr="000A5B76" w14:paraId="0A813285" w14:textId="77777777" w:rsidTr="00161EC3">
        <w:trPr>
          <w:jc w:val="center"/>
        </w:trPr>
        <w:tc>
          <w:tcPr>
            <w:tcW w:w="5270" w:type="dxa"/>
          </w:tcPr>
          <w:p w14:paraId="5990E902" w14:textId="77777777" w:rsidR="00A22FFC" w:rsidRPr="000A5B76" w:rsidRDefault="00A22FFC" w:rsidP="00161EC3">
            <w:r w:rsidRPr="000A5B76">
              <w:t>Définition</w:t>
            </w:r>
          </w:p>
        </w:tc>
        <w:tc>
          <w:tcPr>
            <w:tcW w:w="5270" w:type="dxa"/>
          </w:tcPr>
          <w:p w14:paraId="2747D9F4" w14:textId="77777777" w:rsidR="00A22FFC" w:rsidRPr="000A5B76" w:rsidRDefault="00A22FFC" w:rsidP="00161EC3"/>
        </w:tc>
      </w:tr>
      <w:tr w:rsidR="00A22FFC" w:rsidRPr="000A5B76" w14:paraId="601A5DEC" w14:textId="77777777" w:rsidTr="00161EC3">
        <w:trPr>
          <w:jc w:val="center"/>
        </w:trPr>
        <w:tc>
          <w:tcPr>
            <w:tcW w:w="5270" w:type="dxa"/>
          </w:tcPr>
          <w:p w14:paraId="197BD9BB" w14:textId="77777777" w:rsidR="00A22FFC" w:rsidRPr="000A5B76" w:rsidRDefault="00A22FFC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3F5CA45D" w14:textId="77777777" w:rsidR="00A22FFC" w:rsidRPr="000A5B76" w:rsidRDefault="00A22FFC" w:rsidP="00161EC3"/>
        </w:tc>
      </w:tr>
      <w:tr w:rsidR="00A22FFC" w:rsidRPr="000A5B76" w14:paraId="07E7509D" w14:textId="77777777" w:rsidTr="00161EC3">
        <w:trPr>
          <w:jc w:val="center"/>
        </w:trPr>
        <w:tc>
          <w:tcPr>
            <w:tcW w:w="5270" w:type="dxa"/>
          </w:tcPr>
          <w:p w14:paraId="6E921447" w14:textId="77777777" w:rsidR="00A22FFC" w:rsidRPr="000A5B76" w:rsidRDefault="00A22FFC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7520D70F" w14:textId="77777777" w:rsidR="00A22FFC" w:rsidRPr="000A5B76" w:rsidRDefault="00A22FFC" w:rsidP="00161EC3"/>
        </w:tc>
      </w:tr>
      <w:tr w:rsidR="00A22FFC" w:rsidRPr="000A5B76" w14:paraId="7C7DE794" w14:textId="77777777" w:rsidTr="00161EC3">
        <w:trPr>
          <w:jc w:val="center"/>
        </w:trPr>
        <w:tc>
          <w:tcPr>
            <w:tcW w:w="5270" w:type="dxa"/>
          </w:tcPr>
          <w:p w14:paraId="500C5BBE" w14:textId="77777777" w:rsidR="00A22FFC" w:rsidRPr="000A5B76" w:rsidRDefault="00A22FFC" w:rsidP="00161EC3">
            <w:r w:rsidRPr="000A5B76">
              <w:t>Examens</w:t>
            </w:r>
          </w:p>
        </w:tc>
        <w:tc>
          <w:tcPr>
            <w:tcW w:w="5270" w:type="dxa"/>
          </w:tcPr>
          <w:p w14:paraId="05287785" w14:textId="77777777" w:rsidR="00A22FFC" w:rsidRPr="000A5B76" w:rsidRDefault="00A22FFC" w:rsidP="00161EC3"/>
        </w:tc>
      </w:tr>
      <w:tr w:rsidR="00A22FFC" w:rsidRPr="000A5B76" w14:paraId="73650080" w14:textId="77777777" w:rsidTr="00161EC3">
        <w:trPr>
          <w:jc w:val="center"/>
        </w:trPr>
        <w:tc>
          <w:tcPr>
            <w:tcW w:w="5270" w:type="dxa"/>
          </w:tcPr>
          <w:p w14:paraId="052A16CD" w14:textId="77777777" w:rsidR="00A22FFC" w:rsidRPr="000A5B76" w:rsidRDefault="00A22FFC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3AB957AB" w14:textId="77777777" w:rsidR="00A22FFC" w:rsidRPr="000A5B76" w:rsidRDefault="00A22FFC" w:rsidP="00161EC3"/>
        </w:tc>
      </w:tr>
      <w:tr w:rsidR="00A22FFC" w:rsidRPr="000A5B76" w14:paraId="59EA2CEB" w14:textId="77777777" w:rsidTr="00161EC3">
        <w:trPr>
          <w:jc w:val="center"/>
        </w:trPr>
        <w:tc>
          <w:tcPr>
            <w:tcW w:w="5270" w:type="dxa"/>
          </w:tcPr>
          <w:p w14:paraId="04D13659" w14:textId="77777777" w:rsidR="00A22FFC" w:rsidRPr="000A5B76" w:rsidRDefault="00A22FFC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691EB3F2" w14:textId="77777777" w:rsidR="00A22FFC" w:rsidRPr="000A5B76" w:rsidRDefault="00A22FFC" w:rsidP="00161EC3"/>
        </w:tc>
      </w:tr>
      <w:tr w:rsidR="00A22FFC" w:rsidRPr="000A5B76" w14:paraId="4307E179" w14:textId="77777777" w:rsidTr="00161EC3">
        <w:trPr>
          <w:jc w:val="center"/>
        </w:trPr>
        <w:tc>
          <w:tcPr>
            <w:tcW w:w="5270" w:type="dxa"/>
          </w:tcPr>
          <w:p w14:paraId="07CA23B1" w14:textId="77777777" w:rsidR="00A22FFC" w:rsidRPr="000A5B76" w:rsidRDefault="00A22FFC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70C7FB7D" w14:textId="77777777" w:rsidR="00A22FFC" w:rsidRPr="000A5B76" w:rsidRDefault="00A22FFC" w:rsidP="00161EC3"/>
        </w:tc>
      </w:tr>
      <w:tr w:rsidR="00A22FFC" w:rsidRPr="000A5B76" w14:paraId="6BEEA9D1" w14:textId="77777777" w:rsidTr="00161EC3">
        <w:trPr>
          <w:jc w:val="center"/>
        </w:trPr>
        <w:tc>
          <w:tcPr>
            <w:tcW w:w="5270" w:type="dxa"/>
          </w:tcPr>
          <w:p w14:paraId="2061AA90" w14:textId="77777777" w:rsidR="00A22FFC" w:rsidRPr="000A5B76" w:rsidRDefault="00A22FFC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5DD9145A" w14:textId="77777777" w:rsidR="00A22FFC" w:rsidRPr="000A5B76" w:rsidRDefault="00A22FFC" w:rsidP="00161EC3"/>
        </w:tc>
      </w:tr>
    </w:tbl>
    <w:p w14:paraId="3DF5B10F" w14:textId="77777777" w:rsidR="00A22FFC" w:rsidRPr="000A5B76" w:rsidRDefault="00A22FFC" w:rsidP="00A22FFC">
      <w:r w:rsidRPr="000A5B76">
        <w:br w:type="page"/>
      </w:r>
    </w:p>
    <w:p w14:paraId="0CF19329" w14:textId="4A5228C1" w:rsidR="00A22FFC" w:rsidRPr="000A5B76" w:rsidRDefault="00A22FFC" w:rsidP="00A22FFC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29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A22FFC" w:rsidRPr="000A5B76" w14:paraId="524F2BA6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2AA73DE0" w14:textId="77777777" w:rsidR="00A22FFC" w:rsidRPr="000A5B76" w:rsidRDefault="00A22FFC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6CFD73C5" w14:textId="77777777" w:rsidR="00A22FFC" w:rsidRPr="000A5B76" w:rsidRDefault="00A22FFC" w:rsidP="00161EC3">
            <w:r w:rsidRPr="000A5B76">
              <w:rPr>
                <w:b/>
              </w:rPr>
              <w:t>Notes</w:t>
            </w:r>
          </w:p>
        </w:tc>
      </w:tr>
      <w:tr w:rsidR="00A22FFC" w:rsidRPr="000A5B76" w14:paraId="249693B8" w14:textId="77777777" w:rsidTr="00161EC3">
        <w:trPr>
          <w:jc w:val="center"/>
        </w:trPr>
        <w:tc>
          <w:tcPr>
            <w:tcW w:w="5270" w:type="dxa"/>
          </w:tcPr>
          <w:p w14:paraId="424A6C7A" w14:textId="77777777" w:rsidR="00A22FFC" w:rsidRPr="000A5B76" w:rsidRDefault="00A22FFC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3C3050BF" w14:textId="77777777" w:rsidR="00A22FFC" w:rsidRPr="000A5B76" w:rsidRDefault="00A22FFC" w:rsidP="00161EC3"/>
        </w:tc>
      </w:tr>
      <w:tr w:rsidR="00A22FFC" w:rsidRPr="000A5B76" w14:paraId="48DD161F" w14:textId="77777777" w:rsidTr="00161EC3">
        <w:trPr>
          <w:jc w:val="center"/>
        </w:trPr>
        <w:tc>
          <w:tcPr>
            <w:tcW w:w="5270" w:type="dxa"/>
          </w:tcPr>
          <w:p w14:paraId="3FADB5A3" w14:textId="77777777" w:rsidR="00A22FFC" w:rsidRPr="000A5B76" w:rsidRDefault="00A22FFC" w:rsidP="00161EC3">
            <w:r w:rsidRPr="000A5B76">
              <w:t>Définition</w:t>
            </w:r>
          </w:p>
        </w:tc>
        <w:tc>
          <w:tcPr>
            <w:tcW w:w="5270" w:type="dxa"/>
          </w:tcPr>
          <w:p w14:paraId="061E061C" w14:textId="77777777" w:rsidR="00A22FFC" w:rsidRPr="000A5B76" w:rsidRDefault="00A22FFC" w:rsidP="00161EC3"/>
        </w:tc>
      </w:tr>
      <w:tr w:rsidR="00A22FFC" w:rsidRPr="000A5B76" w14:paraId="6080A488" w14:textId="77777777" w:rsidTr="00161EC3">
        <w:trPr>
          <w:jc w:val="center"/>
        </w:trPr>
        <w:tc>
          <w:tcPr>
            <w:tcW w:w="5270" w:type="dxa"/>
          </w:tcPr>
          <w:p w14:paraId="64A674B5" w14:textId="77777777" w:rsidR="00A22FFC" w:rsidRPr="000A5B76" w:rsidRDefault="00A22FFC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60D82E9A" w14:textId="77777777" w:rsidR="00A22FFC" w:rsidRPr="000A5B76" w:rsidRDefault="00A22FFC" w:rsidP="00161EC3"/>
        </w:tc>
      </w:tr>
      <w:tr w:rsidR="00A22FFC" w:rsidRPr="000A5B76" w14:paraId="444B988E" w14:textId="77777777" w:rsidTr="00161EC3">
        <w:trPr>
          <w:jc w:val="center"/>
        </w:trPr>
        <w:tc>
          <w:tcPr>
            <w:tcW w:w="5270" w:type="dxa"/>
          </w:tcPr>
          <w:p w14:paraId="4234E666" w14:textId="77777777" w:rsidR="00A22FFC" w:rsidRPr="000A5B76" w:rsidRDefault="00A22FFC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0277AD9A" w14:textId="77777777" w:rsidR="00A22FFC" w:rsidRPr="000A5B76" w:rsidRDefault="00A22FFC" w:rsidP="00161EC3"/>
        </w:tc>
      </w:tr>
      <w:tr w:rsidR="00A22FFC" w:rsidRPr="000A5B76" w14:paraId="332550B8" w14:textId="77777777" w:rsidTr="00161EC3">
        <w:trPr>
          <w:jc w:val="center"/>
        </w:trPr>
        <w:tc>
          <w:tcPr>
            <w:tcW w:w="5270" w:type="dxa"/>
          </w:tcPr>
          <w:p w14:paraId="23284E7D" w14:textId="77777777" w:rsidR="00A22FFC" w:rsidRPr="000A5B76" w:rsidRDefault="00A22FFC" w:rsidP="00161EC3">
            <w:r w:rsidRPr="000A5B76">
              <w:t>Examens</w:t>
            </w:r>
          </w:p>
        </w:tc>
        <w:tc>
          <w:tcPr>
            <w:tcW w:w="5270" w:type="dxa"/>
          </w:tcPr>
          <w:p w14:paraId="5C57E627" w14:textId="77777777" w:rsidR="00A22FFC" w:rsidRPr="000A5B76" w:rsidRDefault="00A22FFC" w:rsidP="00161EC3"/>
        </w:tc>
      </w:tr>
      <w:tr w:rsidR="00A22FFC" w:rsidRPr="000A5B76" w14:paraId="2908E8DC" w14:textId="77777777" w:rsidTr="00161EC3">
        <w:trPr>
          <w:jc w:val="center"/>
        </w:trPr>
        <w:tc>
          <w:tcPr>
            <w:tcW w:w="5270" w:type="dxa"/>
          </w:tcPr>
          <w:p w14:paraId="3996618F" w14:textId="77777777" w:rsidR="00A22FFC" w:rsidRPr="000A5B76" w:rsidRDefault="00A22FFC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59298610" w14:textId="77777777" w:rsidR="00A22FFC" w:rsidRPr="000A5B76" w:rsidRDefault="00A22FFC" w:rsidP="00161EC3"/>
        </w:tc>
      </w:tr>
      <w:tr w:rsidR="00A22FFC" w:rsidRPr="000A5B76" w14:paraId="7E954AE2" w14:textId="77777777" w:rsidTr="00161EC3">
        <w:trPr>
          <w:jc w:val="center"/>
        </w:trPr>
        <w:tc>
          <w:tcPr>
            <w:tcW w:w="5270" w:type="dxa"/>
          </w:tcPr>
          <w:p w14:paraId="55D9F99E" w14:textId="77777777" w:rsidR="00A22FFC" w:rsidRPr="000A5B76" w:rsidRDefault="00A22FFC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2649F6FF" w14:textId="77777777" w:rsidR="00A22FFC" w:rsidRPr="000A5B76" w:rsidRDefault="00A22FFC" w:rsidP="00161EC3"/>
        </w:tc>
      </w:tr>
      <w:tr w:rsidR="00A22FFC" w:rsidRPr="000A5B76" w14:paraId="355FC38A" w14:textId="77777777" w:rsidTr="00161EC3">
        <w:trPr>
          <w:jc w:val="center"/>
        </w:trPr>
        <w:tc>
          <w:tcPr>
            <w:tcW w:w="5270" w:type="dxa"/>
          </w:tcPr>
          <w:p w14:paraId="4066AD6C" w14:textId="77777777" w:rsidR="00A22FFC" w:rsidRPr="000A5B76" w:rsidRDefault="00A22FFC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3E17E2AC" w14:textId="77777777" w:rsidR="00A22FFC" w:rsidRPr="000A5B76" w:rsidRDefault="00A22FFC" w:rsidP="00161EC3"/>
        </w:tc>
      </w:tr>
      <w:tr w:rsidR="00A22FFC" w:rsidRPr="000A5B76" w14:paraId="36B0402A" w14:textId="77777777" w:rsidTr="00161EC3">
        <w:trPr>
          <w:jc w:val="center"/>
        </w:trPr>
        <w:tc>
          <w:tcPr>
            <w:tcW w:w="5270" w:type="dxa"/>
          </w:tcPr>
          <w:p w14:paraId="35DD63EB" w14:textId="77777777" w:rsidR="00A22FFC" w:rsidRPr="000A5B76" w:rsidRDefault="00A22FFC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094EFF99" w14:textId="77777777" w:rsidR="00A22FFC" w:rsidRPr="000A5B76" w:rsidRDefault="00A22FFC" w:rsidP="00161EC3"/>
        </w:tc>
      </w:tr>
    </w:tbl>
    <w:p w14:paraId="229A4BD9" w14:textId="77777777" w:rsidR="00A22FFC" w:rsidRPr="000A5B76" w:rsidRDefault="00A22FFC" w:rsidP="00A22FFC">
      <w:r w:rsidRPr="000A5B76">
        <w:br w:type="page"/>
      </w:r>
    </w:p>
    <w:p w14:paraId="38D27987" w14:textId="35B1CF09" w:rsidR="00A22FFC" w:rsidRPr="000A5B76" w:rsidRDefault="00A22FFC" w:rsidP="00A22FFC">
      <w:r w:rsidRPr="000A5B76">
        <w:rPr>
          <w:b/>
          <w:sz w:val="28"/>
        </w:rPr>
        <w:lastRenderedPageBreak/>
        <w:t xml:space="preserve">7. FICHE DE RÉVISION — PATHOLOGIE </w:t>
      </w:r>
      <w:r>
        <w:rPr>
          <w:b/>
          <w:sz w:val="28"/>
        </w:rPr>
        <w:t>30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07"/>
        <w:gridCol w:w="3300"/>
      </w:tblGrid>
      <w:tr w:rsidR="00A22FFC" w:rsidRPr="000A5B76" w14:paraId="7A9D00A1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7D8D13FE" w14:textId="77777777" w:rsidR="00A22FFC" w:rsidRPr="000A5B76" w:rsidRDefault="00A22FFC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28450351" w14:textId="77777777" w:rsidR="00A22FFC" w:rsidRPr="000A5B76" w:rsidRDefault="00A22FFC" w:rsidP="00161EC3">
            <w:r w:rsidRPr="000A5B76">
              <w:rPr>
                <w:b/>
              </w:rPr>
              <w:t>Notes</w:t>
            </w:r>
          </w:p>
        </w:tc>
      </w:tr>
      <w:tr w:rsidR="00A22FFC" w:rsidRPr="000A5B76" w14:paraId="7705ABE0" w14:textId="77777777" w:rsidTr="00161EC3">
        <w:trPr>
          <w:jc w:val="center"/>
        </w:trPr>
        <w:tc>
          <w:tcPr>
            <w:tcW w:w="5270" w:type="dxa"/>
          </w:tcPr>
          <w:p w14:paraId="742E2841" w14:textId="77777777" w:rsidR="00A22FFC" w:rsidRPr="000A5B76" w:rsidRDefault="00A22FFC" w:rsidP="00161EC3">
            <w:r w:rsidRPr="000A5B76">
              <w:t>Nom de la pathologie</w:t>
            </w:r>
          </w:p>
        </w:tc>
        <w:tc>
          <w:tcPr>
            <w:tcW w:w="5270" w:type="dxa"/>
          </w:tcPr>
          <w:p w14:paraId="29CB4AEA" w14:textId="77777777" w:rsidR="00A22FFC" w:rsidRPr="000A5B76" w:rsidRDefault="00A22FFC" w:rsidP="00161EC3"/>
        </w:tc>
      </w:tr>
      <w:tr w:rsidR="00A22FFC" w:rsidRPr="000A5B76" w14:paraId="090AAA5E" w14:textId="77777777" w:rsidTr="00161EC3">
        <w:trPr>
          <w:jc w:val="center"/>
        </w:trPr>
        <w:tc>
          <w:tcPr>
            <w:tcW w:w="5270" w:type="dxa"/>
          </w:tcPr>
          <w:p w14:paraId="2F9FAB69" w14:textId="77777777" w:rsidR="00A22FFC" w:rsidRPr="000A5B76" w:rsidRDefault="00A22FFC" w:rsidP="00161EC3">
            <w:r w:rsidRPr="000A5B76">
              <w:t>Définition</w:t>
            </w:r>
          </w:p>
        </w:tc>
        <w:tc>
          <w:tcPr>
            <w:tcW w:w="5270" w:type="dxa"/>
          </w:tcPr>
          <w:p w14:paraId="1B7F9883" w14:textId="77777777" w:rsidR="00A22FFC" w:rsidRPr="000A5B76" w:rsidRDefault="00A22FFC" w:rsidP="00161EC3"/>
        </w:tc>
      </w:tr>
      <w:tr w:rsidR="00A22FFC" w:rsidRPr="000A5B76" w14:paraId="5C28C436" w14:textId="77777777" w:rsidTr="00161EC3">
        <w:trPr>
          <w:jc w:val="center"/>
        </w:trPr>
        <w:tc>
          <w:tcPr>
            <w:tcW w:w="5270" w:type="dxa"/>
          </w:tcPr>
          <w:p w14:paraId="79368447" w14:textId="77777777" w:rsidR="00A22FFC" w:rsidRPr="000A5B76" w:rsidRDefault="00A22FFC" w:rsidP="00161EC3">
            <w:r w:rsidRPr="000A5B76">
              <w:t>Causes / facteurs de risque</w:t>
            </w:r>
          </w:p>
        </w:tc>
        <w:tc>
          <w:tcPr>
            <w:tcW w:w="5270" w:type="dxa"/>
          </w:tcPr>
          <w:p w14:paraId="3B7D9779" w14:textId="77777777" w:rsidR="00A22FFC" w:rsidRPr="000A5B76" w:rsidRDefault="00A22FFC" w:rsidP="00161EC3"/>
        </w:tc>
      </w:tr>
      <w:tr w:rsidR="00A22FFC" w:rsidRPr="000A5B76" w14:paraId="72FF1B4C" w14:textId="77777777" w:rsidTr="00161EC3">
        <w:trPr>
          <w:jc w:val="center"/>
        </w:trPr>
        <w:tc>
          <w:tcPr>
            <w:tcW w:w="5270" w:type="dxa"/>
          </w:tcPr>
          <w:p w14:paraId="22FC41DB" w14:textId="77777777" w:rsidR="00A22FFC" w:rsidRPr="000A5B76" w:rsidRDefault="00A22FFC" w:rsidP="00161EC3">
            <w:r w:rsidRPr="000A5B76">
              <w:t>Signes et symptômes</w:t>
            </w:r>
          </w:p>
        </w:tc>
        <w:tc>
          <w:tcPr>
            <w:tcW w:w="5270" w:type="dxa"/>
          </w:tcPr>
          <w:p w14:paraId="42773A29" w14:textId="77777777" w:rsidR="00A22FFC" w:rsidRPr="000A5B76" w:rsidRDefault="00A22FFC" w:rsidP="00161EC3"/>
        </w:tc>
      </w:tr>
      <w:tr w:rsidR="00A22FFC" w:rsidRPr="000A5B76" w14:paraId="463A7BBC" w14:textId="77777777" w:rsidTr="00161EC3">
        <w:trPr>
          <w:jc w:val="center"/>
        </w:trPr>
        <w:tc>
          <w:tcPr>
            <w:tcW w:w="5270" w:type="dxa"/>
          </w:tcPr>
          <w:p w14:paraId="3FC71BBC" w14:textId="77777777" w:rsidR="00A22FFC" w:rsidRPr="000A5B76" w:rsidRDefault="00A22FFC" w:rsidP="00161EC3">
            <w:r w:rsidRPr="000A5B76">
              <w:t>Examens</w:t>
            </w:r>
          </w:p>
        </w:tc>
        <w:tc>
          <w:tcPr>
            <w:tcW w:w="5270" w:type="dxa"/>
          </w:tcPr>
          <w:p w14:paraId="547FCF24" w14:textId="77777777" w:rsidR="00A22FFC" w:rsidRPr="000A5B76" w:rsidRDefault="00A22FFC" w:rsidP="00161EC3"/>
        </w:tc>
      </w:tr>
      <w:tr w:rsidR="00A22FFC" w:rsidRPr="000A5B76" w14:paraId="770F17C0" w14:textId="77777777" w:rsidTr="00161EC3">
        <w:trPr>
          <w:jc w:val="center"/>
        </w:trPr>
        <w:tc>
          <w:tcPr>
            <w:tcW w:w="5270" w:type="dxa"/>
          </w:tcPr>
          <w:p w14:paraId="4CA9A51A" w14:textId="77777777" w:rsidR="00A22FFC" w:rsidRPr="000A5B76" w:rsidRDefault="00A22FFC" w:rsidP="00161EC3">
            <w:r w:rsidRPr="000A5B76">
              <w:t>Traitement / prise en charge</w:t>
            </w:r>
          </w:p>
        </w:tc>
        <w:tc>
          <w:tcPr>
            <w:tcW w:w="5270" w:type="dxa"/>
          </w:tcPr>
          <w:p w14:paraId="232FAD11" w14:textId="77777777" w:rsidR="00A22FFC" w:rsidRPr="000A5B76" w:rsidRDefault="00A22FFC" w:rsidP="00161EC3"/>
        </w:tc>
      </w:tr>
      <w:tr w:rsidR="00A22FFC" w:rsidRPr="000A5B76" w14:paraId="72D22C2B" w14:textId="77777777" w:rsidTr="00161EC3">
        <w:trPr>
          <w:jc w:val="center"/>
        </w:trPr>
        <w:tc>
          <w:tcPr>
            <w:tcW w:w="5270" w:type="dxa"/>
          </w:tcPr>
          <w:p w14:paraId="190F11E5" w14:textId="77777777" w:rsidR="00A22FFC" w:rsidRPr="000A5B76" w:rsidRDefault="00A22FFC" w:rsidP="00161EC3">
            <w:r w:rsidRPr="000A5B76">
              <w:t>Complications / signes d’alerte</w:t>
            </w:r>
          </w:p>
        </w:tc>
        <w:tc>
          <w:tcPr>
            <w:tcW w:w="5270" w:type="dxa"/>
          </w:tcPr>
          <w:p w14:paraId="722E3C74" w14:textId="77777777" w:rsidR="00A22FFC" w:rsidRPr="000A5B76" w:rsidRDefault="00A22FFC" w:rsidP="00161EC3"/>
        </w:tc>
      </w:tr>
      <w:tr w:rsidR="00A22FFC" w:rsidRPr="000A5B76" w14:paraId="17EF8118" w14:textId="77777777" w:rsidTr="00161EC3">
        <w:trPr>
          <w:jc w:val="center"/>
        </w:trPr>
        <w:tc>
          <w:tcPr>
            <w:tcW w:w="5270" w:type="dxa"/>
          </w:tcPr>
          <w:p w14:paraId="03F55B8B" w14:textId="77777777" w:rsidR="00A22FFC" w:rsidRPr="000A5B76" w:rsidRDefault="00A22FFC" w:rsidP="00161EC3">
            <w:r w:rsidRPr="000A5B76">
              <w:t>Rôle de l’auxiliaire de santé</w:t>
            </w:r>
          </w:p>
        </w:tc>
        <w:tc>
          <w:tcPr>
            <w:tcW w:w="5270" w:type="dxa"/>
          </w:tcPr>
          <w:p w14:paraId="76C5A8F4" w14:textId="77777777" w:rsidR="00A22FFC" w:rsidRPr="000A5B76" w:rsidRDefault="00A22FFC" w:rsidP="00161EC3"/>
        </w:tc>
      </w:tr>
      <w:tr w:rsidR="00A22FFC" w:rsidRPr="000A5B76" w14:paraId="5E597B52" w14:textId="77777777" w:rsidTr="00161EC3">
        <w:trPr>
          <w:jc w:val="center"/>
        </w:trPr>
        <w:tc>
          <w:tcPr>
            <w:tcW w:w="5270" w:type="dxa"/>
          </w:tcPr>
          <w:p w14:paraId="5A383149" w14:textId="77777777" w:rsidR="00A22FFC" w:rsidRPr="000A5B76" w:rsidRDefault="00A22FFC" w:rsidP="00161EC3">
            <w:r w:rsidRPr="000A5B76">
              <w:t>Ce que je dois retenir</w:t>
            </w:r>
          </w:p>
        </w:tc>
        <w:tc>
          <w:tcPr>
            <w:tcW w:w="5270" w:type="dxa"/>
          </w:tcPr>
          <w:p w14:paraId="38C7A6DF" w14:textId="77777777" w:rsidR="00A22FFC" w:rsidRPr="000A5B76" w:rsidRDefault="00A22FFC" w:rsidP="00161EC3"/>
        </w:tc>
      </w:tr>
    </w:tbl>
    <w:p w14:paraId="29DCEF7A" w14:textId="77777777" w:rsidR="00A22FFC" w:rsidRPr="000A5B76" w:rsidRDefault="00A22FFC" w:rsidP="00A22FFC">
      <w:r w:rsidRPr="000A5B76">
        <w:br w:type="page"/>
      </w:r>
    </w:p>
    <w:p w14:paraId="0EFEB07E" w14:textId="3EA4C781" w:rsidR="00233B5B" w:rsidRPr="000A5B76" w:rsidRDefault="00000000">
      <w:r w:rsidRPr="000A5B76">
        <w:rPr>
          <w:b/>
          <w:sz w:val="28"/>
        </w:rPr>
        <w:lastRenderedPageBreak/>
        <w:t>8. FICHE MÉDICAMENT — ÉTUDE 1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233B5B" w:rsidRPr="000A5B76" w14:paraId="2CFCC6E7" w14:textId="77777777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5BC5809A" w14:textId="77777777" w:rsidR="00233B5B" w:rsidRPr="000A5B76" w:rsidRDefault="00000000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42E381F1" w14:textId="77777777" w:rsidR="00233B5B" w:rsidRPr="000A5B76" w:rsidRDefault="00000000">
            <w:r w:rsidRPr="000A5B76">
              <w:rPr>
                <w:b/>
              </w:rPr>
              <w:t>Informations</w:t>
            </w:r>
          </w:p>
        </w:tc>
      </w:tr>
      <w:tr w:rsidR="00233B5B" w:rsidRPr="000A5B76" w14:paraId="29CF1D22" w14:textId="77777777">
        <w:trPr>
          <w:jc w:val="center"/>
        </w:trPr>
        <w:tc>
          <w:tcPr>
            <w:tcW w:w="5270" w:type="dxa"/>
          </w:tcPr>
          <w:p w14:paraId="78676947" w14:textId="77777777" w:rsidR="00233B5B" w:rsidRPr="000A5B76" w:rsidRDefault="00000000">
            <w:r w:rsidRPr="000A5B76">
              <w:t>Nom</w:t>
            </w:r>
          </w:p>
        </w:tc>
        <w:tc>
          <w:tcPr>
            <w:tcW w:w="5270" w:type="dxa"/>
          </w:tcPr>
          <w:p w14:paraId="323EAF12" w14:textId="77777777" w:rsidR="00233B5B" w:rsidRPr="000A5B76" w:rsidRDefault="00233B5B"/>
        </w:tc>
      </w:tr>
      <w:tr w:rsidR="00233B5B" w:rsidRPr="000A5B76" w14:paraId="7DBE3A69" w14:textId="77777777">
        <w:trPr>
          <w:jc w:val="center"/>
        </w:trPr>
        <w:tc>
          <w:tcPr>
            <w:tcW w:w="5270" w:type="dxa"/>
          </w:tcPr>
          <w:p w14:paraId="099D61CB" w14:textId="77777777" w:rsidR="00233B5B" w:rsidRPr="000A5B76" w:rsidRDefault="00000000">
            <w:r w:rsidRPr="000A5B76">
              <w:t>Classe</w:t>
            </w:r>
          </w:p>
        </w:tc>
        <w:tc>
          <w:tcPr>
            <w:tcW w:w="5270" w:type="dxa"/>
          </w:tcPr>
          <w:p w14:paraId="75BD6450" w14:textId="77777777" w:rsidR="00233B5B" w:rsidRPr="000A5B76" w:rsidRDefault="00233B5B"/>
        </w:tc>
      </w:tr>
      <w:tr w:rsidR="00233B5B" w:rsidRPr="000A5B76" w14:paraId="141217BD" w14:textId="77777777">
        <w:trPr>
          <w:jc w:val="center"/>
        </w:trPr>
        <w:tc>
          <w:tcPr>
            <w:tcW w:w="5270" w:type="dxa"/>
          </w:tcPr>
          <w:p w14:paraId="05D3B6F9" w14:textId="77777777" w:rsidR="00233B5B" w:rsidRPr="000A5B76" w:rsidRDefault="00000000">
            <w:r w:rsidRPr="000A5B76">
              <w:t>Dosage / formes</w:t>
            </w:r>
          </w:p>
        </w:tc>
        <w:tc>
          <w:tcPr>
            <w:tcW w:w="5270" w:type="dxa"/>
          </w:tcPr>
          <w:p w14:paraId="261F266E" w14:textId="77777777" w:rsidR="00233B5B" w:rsidRPr="000A5B76" w:rsidRDefault="00233B5B"/>
        </w:tc>
      </w:tr>
      <w:tr w:rsidR="00233B5B" w:rsidRPr="000A5B76" w14:paraId="7178A5F5" w14:textId="77777777">
        <w:trPr>
          <w:jc w:val="center"/>
        </w:trPr>
        <w:tc>
          <w:tcPr>
            <w:tcW w:w="5270" w:type="dxa"/>
          </w:tcPr>
          <w:p w14:paraId="152575F8" w14:textId="77777777" w:rsidR="00233B5B" w:rsidRPr="000A5B76" w:rsidRDefault="00000000">
            <w:r w:rsidRPr="000A5B76">
              <w:t>Voie d’administration</w:t>
            </w:r>
          </w:p>
        </w:tc>
        <w:tc>
          <w:tcPr>
            <w:tcW w:w="5270" w:type="dxa"/>
          </w:tcPr>
          <w:p w14:paraId="592B696F" w14:textId="77777777" w:rsidR="00233B5B" w:rsidRPr="000A5B76" w:rsidRDefault="00233B5B"/>
        </w:tc>
      </w:tr>
      <w:tr w:rsidR="00233B5B" w:rsidRPr="000A5B76" w14:paraId="6C28FE23" w14:textId="77777777">
        <w:trPr>
          <w:jc w:val="center"/>
        </w:trPr>
        <w:tc>
          <w:tcPr>
            <w:tcW w:w="5270" w:type="dxa"/>
          </w:tcPr>
          <w:p w14:paraId="3C8391A7" w14:textId="77777777" w:rsidR="00233B5B" w:rsidRPr="000A5B76" w:rsidRDefault="00000000">
            <w:r w:rsidRPr="000A5B76">
              <w:t>Indications</w:t>
            </w:r>
          </w:p>
        </w:tc>
        <w:tc>
          <w:tcPr>
            <w:tcW w:w="5270" w:type="dxa"/>
          </w:tcPr>
          <w:p w14:paraId="1E779201" w14:textId="77777777" w:rsidR="00233B5B" w:rsidRPr="000A5B76" w:rsidRDefault="00233B5B"/>
        </w:tc>
      </w:tr>
      <w:tr w:rsidR="00233B5B" w:rsidRPr="000A5B76" w14:paraId="48D37DEA" w14:textId="77777777">
        <w:trPr>
          <w:jc w:val="center"/>
        </w:trPr>
        <w:tc>
          <w:tcPr>
            <w:tcW w:w="5270" w:type="dxa"/>
          </w:tcPr>
          <w:p w14:paraId="7BAA7361" w14:textId="77777777" w:rsidR="00233B5B" w:rsidRPr="000A5B76" w:rsidRDefault="00000000">
            <w:r w:rsidRPr="000A5B76">
              <w:t>Précautions / contre-indications</w:t>
            </w:r>
          </w:p>
        </w:tc>
        <w:tc>
          <w:tcPr>
            <w:tcW w:w="5270" w:type="dxa"/>
          </w:tcPr>
          <w:p w14:paraId="55195B61" w14:textId="77777777" w:rsidR="00233B5B" w:rsidRPr="000A5B76" w:rsidRDefault="00233B5B"/>
        </w:tc>
      </w:tr>
      <w:tr w:rsidR="00233B5B" w:rsidRPr="000A5B76" w14:paraId="7303961A" w14:textId="77777777">
        <w:trPr>
          <w:jc w:val="center"/>
        </w:trPr>
        <w:tc>
          <w:tcPr>
            <w:tcW w:w="5270" w:type="dxa"/>
          </w:tcPr>
          <w:p w14:paraId="74926680" w14:textId="77777777" w:rsidR="00233B5B" w:rsidRPr="000A5B76" w:rsidRDefault="00000000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2F733D4E" w14:textId="77777777" w:rsidR="00233B5B" w:rsidRPr="000A5B76" w:rsidRDefault="00233B5B"/>
        </w:tc>
      </w:tr>
      <w:tr w:rsidR="00233B5B" w:rsidRPr="000A5B76" w14:paraId="43AE149F" w14:textId="77777777">
        <w:trPr>
          <w:jc w:val="center"/>
        </w:trPr>
        <w:tc>
          <w:tcPr>
            <w:tcW w:w="5270" w:type="dxa"/>
          </w:tcPr>
          <w:p w14:paraId="6BA24932" w14:textId="77777777" w:rsidR="00233B5B" w:rsidRPr="000A5B76" w:rsidRDefault="00000000">
            <w:r w:rsidRPr="000A5B76">
              <w:t>Surveillance / remarques</w:t>
            </w:r>
          </w:p>
        </w:tc>
        <w:tc>
          <w:tcPr>
            <w:tcW w:w="5270" w:type="dxa"/>
          </w:tcPr>
          <w:p w14:paraId="4BDEF6C7" w14:textId="77777777" w:rsidR="00233B5B" w:rsidRPr="000A5B76" w:rsidRDefault="00233B5B"/>
        </w:tc>
      </w:tr>
    </w:tbl>
    <w:p w14:paraId="0859F9EC" w14:textId="77777777" w:rsidR="00233B5B" w:rsidRPr="000A5B76" w:rsidRDefault="00000000">
      <w:r w:rsidRPr="000A5B76">
        <w:br w:type="page"/>
      </w:r>
    </w:p>
    <w:p w14:paraId="7ED58442" w14:textId="77777777" w:rsidR="00233B5B" w:rsidRPr="000A5B76" w:rsidRDefault="00000000">
      <w:r w:rsidRPr="000A5B76">
        <w:rPr>
          <w:b/>
          <w:sz w:val="28"/>
        </w:rPr>
        <w:lastRenderedPageBreak/>
        <w:t>8. FICHE MÉDICAMENT — ÉTUDE 2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233B5B" w:rsidRPr="000A5B76" w14:paraId="71F4E561" w14:textId="77777777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603FDAA6" w14:textId="77777777" w:rsidR="00233B5B" w:rsidRPr="000A5B76" w:rsidRDefault="00000000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0CB40A1E" w14:textId="77777777" w:rsidR="00233B5B" w:rsidRPr="000A5B76" w:rsidRDefault="00000000">
            <w:r w:rsidRPr="000A5B76">
              <w:rPr>
                <w:b/>
              </w:rPr>
              <w:t>Informations</w:t>
            </w:r>
          </w:p>
        </w:tc>
      </w:tr>
      <w:tr w:rsidR="00233B5B" w:rsidRPr="000A5B76" w14:paraId="4DAE5F60" w14:textId="77777777">
        <w:trPr>
          <w:jc w:val="center"/>
        </w:trPr>
        <w:tc>
          <w:tcPr>
            <w:tcW w:w="5270" w:type="dxa"/>
          </w:tcPr>
          <w:p w14:paraId="5B10BB30" w14:textId="77777777" w:rsidR="00233B5B" w:rsidRPr="000A5B76" w:rsidRDefault="00000000">
            <w:r w:rsidRPr="000A5B76">
              <w:t>Nom</w:t>
            </w:r>
          </w:p>
        </w:tc>
        <w:tc>
          <w:tcPr>
            <w:tcW w:w="5270" w:type="dxa"/>
          </w:tcPr>
          <w:p w14:paraId="2BEA1181" w14:textId="77777777" w:rsidR="00233B5B" w:rsidRPr="000A5B76" w:rsidRDefault="00233B5B"/>
        </w:tc>
      </w:tr>
      <w:tr w:rsidR="00233B5B" w:rsidRPr="000A5B76" w14:paraId="3931000D" w14:textId="77777777">
        <w:trPr>
          <w:jc w:val="center"/>
        </w:trPr>
        <w:tc>
          <w:tcPr>
            <w:tcW w:w="5270" w:type="dxa"/>
          </w:tcPr>
          <w:p w14:paraId="358DB3BA" w14:textId="77777777" w:rsidR="00233B5B" w:rsidRPr="000A5B76" w:rsidRDefault="00000000">
            <w:r w:rsidRPr="000A5B76">
              <w:t>Classe</w:t>
            </w:r>
          </w:p>
        </w:tc>
        <w:tc>
          <w:tcPr>
            <w:tcW w:w="5270" w:type="dxa"/>
          </w:tcPr>
          <w:p w14:paraId="1834B5D9" w14:textId="77777777" w:rsidR="00233B5B" w:rsidRPr="000A5B76" w:rsidRDefault="00233B5B"/>
        </w:tc>
      </w:tr>
      <w:tr w:rsidR="00233B5B" w:rsidRPr="000A5B76" w14:paraId="0FD90465" w14:textId="77777777">
        <w:trPr>
          <w:jc w:val="center"/>
        </w:trPr>
        <w:tc>
          <w:tcPr>
            <w:tcW w:w="5270" w:type="dxa"/>
          </w:tcPr>
          <w:p w14:paraId="27DBD1BC" w14:textId="77777777" w:rsidR="00233B5B" w:rsidRPr="000A5B76" w:rsidRDefault="00000000">
            <w:r w:rsidRPr="000A5B76">
              <w:t>Dosage / formes</w:t>
            </w:r>
          </w:p>
        </w:tc>
        <w:tc>
          <w:tcPr>
            <w:tcW w:w="5270" w:type="dxa"/>
          </w:tcPr>
          <w:p w14:paraId="3709D910" w14:textId="77777777" w:rsidR="00233B5B" w:rsidRPr="000A5B76" w:rsidRDefault="00233B5B"/>
        </w:tc>
      </w:tr>
      <w:tr w:rsidR="00233B5B" w:rsidRPr="000A5B76" w14:paraId="4B821EDC" w14:textId="77777777">
        <w:trPr>
          <w:jc w:val="center"/>
        </w:trPr>
        <w:tc>
          <w:tcPr>
            <w:tcW w:w="5270" w:type="dxa"/>
          </w:tcPr>
          <w:p w14:paraId="138A5868" w14:textId="77777777" w:rsidR="00233B5B" w:rsidRPr="000A5B76" w:rsidRDefault="00000000">
            <w:r w:rsidRPr="000A5B76">
              <w:t>Voie d’administration</w:t>
            </w:r>
          </w:p>
        </w:tc>
        <w:tc>
          <w:tcPr>
            <w:tcW w:w="5270" w:type="dxa"/>
          </w:tcPr>
          <w:p w14:paraId="3D6E4CB9" w14:textId="77777777" w:rsidR="00233B5B" w:rsidRPr="000A5B76" w:rsidRDefault="00233B5B"/>
        </w:tc>
      </w:tr>
      <w:tr w:rsidR="00233B5B" w:rsidRPr="000A5B76" w14:paraId="12F9DB0A" w14:textId="77777777">
        <w:trPr>
          <w:jc w:val="center"/>
        </w:trPr>
        <w:tc>
          <w:tcPr>
            <w:tcW w:w="5270" w:type="dxa"/>
          </w:tcPr>
          <w:p w14:paraId="59E6CCF7" w14:textId="77777777" w:rsidR="00233B5B" w:rsidRPr="000A5B76" w:rsidRDefault="00000000">
            <w:r w:rsidRPr="000A5B76">
              <w:t>Indications</w:t>
            </w:r>
          </w:p>
        </w:tc>
        <w:tc>
          <w:tcPr>
            <w:tcW w:w="5270" w:type="dxa"/>
          </w:tcPr>
          <w:p w14:paraId="065200EB" w14:textId="77777777" w:rsidR="00233B5B" w:rsidRPr="000A5B76" w:rsidRDefault="00233B5B"/>
        </w:tc>
      </w:tr>
      <w:tr w:rsidR="00233B5B" w:rsidRPr="000A5B76" w14:paraId="797D3F0D" w14:textId="77777777">
        <w:trPr>
          <w:jc w:val="center"/>
        </w:trPr>
        <w:tc>
          <w:tcPr>
            <w:tcW w:w="5270" w:type="dxa"/>
          </w:tcPr>
          <w:p w14:paraId="1654D3CB" w14:textId="77777777" w:rsidR="00233B5B" w:rsidRPr="000A5B76" w:rsidRDefault="00000000">
            <w:r w:rsidRPr="000A5B76">
              <w:t>Précautions / contre-indications</w:t>
            </w:r>
          </w:p>
        </w:tc>
        <w:tc>
          <w:tcPr>
            <w:tcW w:w="5270" w:type="dxa"/>
          </w:tcPr>
          <w:p w14:paraId="4F4DDF52" w14:textId="77777777" w:rsidR="00233B5B" w:rsidRPr="000A5B76" w:rsidRDefault="00233B5B"/>
        </w:tc>
      </w:tr>
      <w:tr w:rsidR="00233B5B" w:rsidRPr="000A5B76" w14:paraId="11ADE6DA" w14:textId="77777777">
        <w:trPr>
          <w:jc w:val="center"/>
        </w:trPr>
        <w:tc>
          <w:tcPr>
            <w:tcW w:w="5270" w:type="dxa"/>
          </w:tcPr>
          <w:p w14:paraId="54E8D600" w14:textId="77777777" w:rsidR="00233B5B" w:rsidRPr="000A5B76" w:rsidRDefault="00000000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036696A5" w14:textId="77777777" w:rsidR="00233B5B" w:rsidRPr="000A5B76" w:rsidRDefault="00233B5B"/>
        </w:tc>
      </w:tr>
      <w:tr w:rsidR="00233B5B" w:rsidRPr="000A5B76" w14:paraId="52805052" w14:textId="77777777">
        <w:trPr>
          <w:jc w:val="center"/>
        </w:trPr>
        <w:tc>
          <w:tcPr>
            <w:tcW w:w="5270" w:type="dxa"/>
          </w:tcPr>
          <w:p w14:paraId="577DE16E" w14:textId="77777777" w:rsidR="00233B5B" w:rsidRPr="000A5B76" w:rsidRDefault="00000000">
            <w:r w:rsidRPr="000A5B76">
              <w:t>Surveillance / remarques</w:t>
            </w:r>
          </w:p>
        </w:tc>
        <w:tc>
          <w:tcPr>
            <w:tcW w:w="5270" w:type="dxa"/>
          </w:tcPr>
          <w:p w14:paraId="133E278F" w14:textId="77777777" w:rsidR="00233B5B" w:rsidRPr="000A5B76" w:rsidRDefault="00233B5B"/>
        </w:tc>
      </w:tr>
    </w:tbl>
    <w:p w14:paraId="1F963C8C" w14:textId="77777777" w:rsidR="00233B5B" w:rsidRPr="000A5B76" w:rsidRDefault="00000000">
      <w:r w:rsidRPr="000A5B76">
        <w:br w:type="page"/>
      </w:r>
    </w:p>
    <w:p w14:paraId="619D89C5" w14:textId="77777777" w:rsidR="00233B5B" w:rsidRPr="000A5B76" w:rsidRDefault="00000000">
      <w:r w:rsidRPr="000A5B76">
        <w:rPr>
          <w:b/>
          <w:sz w:val="28"/>
        </w:rPr>
        <w:lastRenderedPageBreak/>
        <w:t>8. FICHE MÉDICAMENT — ÉTUDE 3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233B5B" w:rsidRPr="000A5B76" w14:paraId="4A1E5920" w14:textId="77777777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73BB2C45" w14:textId="77777777" w:rsidR="00233B5B" w:rsidRPr="000A5B76" w:rsidRDefault="00000000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6E9E4DDF" w14:textId="77777777" w:rsidR="00233B5B" w:rsidRPr="000A5B76" w:rsidRDefault="00000000">
            <w:r w:rsidRPr="000A5B76">
              <w:rPr>
                <w:b/>
              </w:rPr>
              <w:t>Informations</w:t>
            </w:r>
          </w:p>
        </w:tc>
      </w:tr>
      <w:tr w:rsidR="00233B5B" w:rsidRPr="000A5B76" w14:paraId="3A8D348E" w14:textId="77777777">
        <w:trPr>
          <w:jc w:val="center"/>
        </w:trPr>
        <w:tc>
          <w:tcPr>
            <w:tcW w:w="5270" w:type="dxa"/>
          </w:tcPr>
          <w:p w14:paraId="094DF6DF" w14:textId="77777777" w:rsidR="00233B5B" w:rsidRPr="000A5B76" w:rsidRDefault="00000000">
            <w:r w:rsidRPr="000A5B76">
              <w:t>Nom</w:t>
            </w:r>
          </w:p>
        </w:tc>
        <w:tc>
          <w:tcPr>
            <w:tcW w:w="5270" w:type="dxa"/>
          </w:tcPr>
          <w:p w14:paraId="0F047F1D" w14:textId="77777777" w:rsidR="00233B5B" w:rsidRPr="000A5B76" w:rsidRDefault="00233B5B"/>
        </w:tc>
      </w:tr>
      <w:tr w:rsidR="00233B5B" w:rsidRPr="000A5B76" w14:paraId="1F31ADAA" w14:textId="77777777">
        <w:trPr>
          <w:jc w:val="center"/>
        </w:trPr>
        <w:tc>
          <w:tcPr>
            <w:tcW w:w="5270" w:type="dxa"/>
          </w:tcPr>
          <w:p w14:paraId="56260E31" w14:textId="77777777" w:rsidR="00233B5B" w:rsidRPr="000A5B76" w:rsidRDefault="00000000">
            <w:r w:rsidRPr="000A5B76">
              <w:t>Classe</w:t>
            </w:r>
          </w:p>
        </w:tc>
        <w:tc>
          <w:tcPr>
            <w:tcW w:w="5270" w:type="dxa"/>
          </w:tcPr>
          <w:p w14:paraId="0CFB4924" w14:textId="77777777" w:rsidR="00233B5B" w:rsidRPr="000A5B76" w:rsidRDefault="00233B5B"/>
        </w:tc>
      </w:tr>
      <w:tr w:rsidR="00233B5B" w:rsidRPr="000A5B76" w14:paraId="7E5D9AF7" w14:textId="77777777">
        <w:trPr>
          <w:jc w:val="center"/>
        </w:trPr>
        <w:tc>
          <w:tcPr>
            <w:tcW w:w="5270" w:type="dxa"/>
          </w:tcPr>
          <w:p w14:paraId="4FE02674" w14:textId="77777777" w:rsidR="00233B5B" w:rsidRPr="000A5B76" w:rsidRDefault="00000000">
            <w:r w:rsidRPr="000A5B76">
              <w:t>Dosage / formes</w:t>
            </w:r>
          </w:p>
        </w:tc>
        <w:tc>
          <w:tcPr>
            <w:tcW w:w="5270" w:type="dxa"/>
          </w:tcPr>
          <w:p w14:paraId="653005DB" w14:textId="77777777" w:rsidR="00233B5B" w:rsidRPr="000A5B76" w:rsidRDefault="00233B5B"/>
        </w:tc>
      </w:tr>
      <w:tr w:rsidR="00233B5B" w:rsidRPr="000A5B76" w14:paraId="68E7EC0F" w14:textId="77777777">
        <w:trPr>
          <w:jc w:val="center"/>
        </w:trPr>
        <w:tc>
          <w:tcPr>
            <w:tcW w:w="5270" w:type="dxa"/>
          </w:tcPr>
          <w:p w14:paraId="680EF1F6" w14:textId="77777777" w:rsidR="00233B5B" w:rsidRPr="000A5B76" w:rsidRDefault="00000000">
            <w:r w:rsidRPr="000A5B76">
              <w:t>Voie d’administration</w:t>
            </w:r>
          </w:p>
        </w:tc>
        <w:tc>
          <w:tcPr>
            <w:tcW w:w="5270" w:type="dxa"/>
          </w:tcPr>
          <w:p w14:paraId="20654A81" w14:textId="77777777" w:rsidR="00233B5B" w:rsidRPr="000A5B76" w:rsidRDefault="00233B5B"/>
        </w:tc>
      </w:tr>
      <w:tr w:rsidR="00233B5B" w:rsidRPr="000A5B76" w14:paraId="1758FBF7" w14:textId="77777777">
        <w:trPr>
          <w:jc w:val="center"/>
        </w:trPr>
        <w:tc>
          <w:tcPr>
            <w:tcW w:w="5270" w:type="dxa"/>
          </w:tcPr>
          <w:p w14:paraId="2457FA4E" w14:textId="77777777" w:rsidR="00233B5B" w:rsidRPr="000A5B76" w:rsidRDefault="00000000">
            <w:r w:rsidRPr="000A5B76">
              <w:t>Indications</w:t>
            </w:r>
          </w:p>
        </w:tc>
        <w:tc>
          <w:tcPr>
            <w:tcW w:w="5270" w:type="dxa"/>
          </w:tcPr>
          <w:p w14:paraId="5E2A49AB" w14:textId="77777777" w:rsidR="00233B5B" w:rsidRPr="000A5B76" w:rsidRDefault="00233B5B"/>
        </w:tc>
      </w:tr>
      <w:tr w:rsidR="00233B5B" w:rsidRPr="000A5B76" w14:paraId="7AEFDE4A" w14:textId="77777777">
        <w:trPr>
          <w:jc w:val="center"/>
        </w:trPr>
        <w:tc>
          <w:tcPr>
            <w:tcW w:w="5270" w:type="dxa"/>
          </w:tcPr>
          <w:p w14:paraId="4BC6FA36" w14:textId="77777777" w:rsidR="00233B5B" w:rsidRPr="000A5B76" w:rsidRDefault="00000000">
            <w:r w:rsidRPr="000A5B76">
              <w:t>Précautions / contre-indications</w:t>
            </w:r>
          </w:p>
        </w:tc>
        <w:tc>
          <w:tcPr>
            <w:tcW w:w="5270" w:type="dxa"/>
          </w:tcPr>
          <w:p w14:paraId="2B79CE66" w14:textId="77777777" w:rsidR="00233B5B" w:rsidRPr="000A5B76" w:rsidRDefault="00233B5B"/>
        </w:tc>
      </w:tr>
      <w:tr w:rsidR="00233B5B" w:rsidRPr="000A5B76" w14:paraId="053EA7F7" w14:textId="77777777">
        <w:trPr>
          <w:jc w:val="center"/>
        </w:trPr>
        <w:tc>
          <w:tcPr>
            <w:tcW w:w="5270" w:type="dxa"/>
          </w:tcPr>
          <w:p w14:paraId="5F2FC8C6" w14:textId="77777777" w:rsidR="00233B5B" w:rsidRPr="000A5B76" w:rsidRDefault="00000000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47363290" w14:textId="77777777" w:rsidR="00233B5B" w:rsidRPr="000A5B76" w:rsidRDefault="00233B5B"/>
        </w:tc>
      </w:tr>
      <w:tr w:rsidR="00233B5B" w:rsidRPr="000A5B76" w14:paraId="4B4FC725" w14:textId="77777777">
        <w:trPr>
          <w:jc w:val="center"/>
        </w:trPr>
        <w:tc>
          <w:tcPr>
            <w:tcW w:w="5270" w:type="dxa"/>
          </w:tcPr>
          <w:p w14:paraId="4FBE668D" w14:textId="77777777" w:rsidR="00233B5B" w:rsidRPr="000A5B76" w:rsidRDefault="00000000">
            <w:r w:rsidRPr="000A5B76">
              <w:t>Surveillance / remarques</w:t>
            </w:r>
          </w:p>
        </w:tc>
        <w:tc>
          <w:tcPr>
            <w:tcW w:w="5270" w:type="dxa"/>
          </w:tcPr>
          <w:p w14:paraId="5671156C" w14:textId="77777777" w:rsidR="00233B5B" w:rsidRPr="000A5B76" w:rsidRDefault="00233B5B"/>
        </w:tc>
      </w:tr>
    </w:tbl>
    <w:p w14:paraId="4E97BA65" w14:textId="0E81F8AF" w:rsidR="00545251" w:rsidRDefault="00000000">
      <w:r w:rsidRPr="000A5B76">
        <w:br w:type="page"/>
      </w:r>
    </w:p>
    <w:p w14:paraId="225EB48C" w14:textId="6554BA0F" w:rsidR="00545251" w:rsidRPr="000A5B76" w:rsidRDefault="00545251" w:rsidP="00545251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4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545251" w:rsidRPr="000A5B76" w14:paraId="58A45909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26412D50" w14:textId="77777777" w:rsidR="00545251" w:rsidRPr="000A5B76" w:rsidRDefault="00545251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2D74105C" w14:textId="77777777" w:rsidR="00545251" w:rsidRPr="000A5B76" w:rsidRDefault="00545251" w:rsidP="00161EC3">
            <w:r w:rsidRPr="000A5B76">
              <w:rPr>
                <w:b/>
              </w:rPr>
              <w:t>Informations</w:t>
            </w:r>
          </w:p>
        </w:tc>
      </w:tr>
      <w:tr w:rsidR="00545251" w:rsidRPr="000A5B76" w14:paraId="2D532CF1" w14:textId="77777777" w:rsidTr="00161EC3">
        <w:trPr>
          <w:jc w:val="center"/>
        </w:trPr>
        <w:tc>
          <w:tcPr>
            <w:tcW w:w="5270" w:type="dxa"/>
          </w:tcPr>
          <w:p w14:paraId="33F89047" w14:textId="77777777" w:rsidR="00545251" w:rsidRPr="000A5B76" w:rsidRDefault="00545251" w:rsidP="00161EC3">
            <w:r w:rsidRPr="000A5B76">
              <w:t>Nom</w:t>
            </w:r>
          </w:p>
        </w:tc>
        <w:tc>
          <w:tcPr>
            <w:tcW w:w="5270" w:type="dxa"/>
          </w:tcPr>
          <w:p w14:paraId="61C3BDBF" w14:textId="77777777" w:rsidR="00545251" w:rsidRPr="000A5B76" w:rsidRDefault="00545251" w:rsidP="00161EC3"/>
        </w:tc>
      </w:tr>
      <w:tr w:rsidR="00545251" w:rsidRPr="000A5B76" w14:paraId="70F903BA" w14:textId="77777777" w:rsidTr="00161EC3">
        <w:trPr>
          <w:jc w:val="center"/>
        </w:trPr>
        <w:tc>
          <w:tcPr>
            <w:tcW w:w="5270" w:type="dxa"/>
          </w:tcPr>
          <w:p w14:paraId="6AEFEA3F" w14:textId="77777777" w:rsidR="00545251" w:rsidRPr="000A5B76" w:rsidRDefault="00545251" w:rsidP="00161EC3">
            <w:r w:rsidRPr="000A5B76">
              <w:t>Classe</w:t>
            </w:r>
          </w:p>
        </w:tc>
        <w:tc>
          <w:tcPr>
            <w:tcW w:w="5270" w:type="dxa"/>
          </w:tcPr>
          <w:p w14:paraId="10FA64C8" w14:textId="77777777" w:rsidR="00545251" w:rsidRPr="000A5B76" w:rsidRDefault="00545251" w:rsidP="00161EC3"/>
        </w:tc>
      </w:tr>
      <w:tr w:rsidR="00545251" w:rsidRPr="000A5B76" w14:paraId="657F95BD" w14:textId="77777777" w:rsidTr="00161EC3">
        <w:trPr>
          <w:jc w:val="center"/>
        </w:trPr>
        <w:tc>
          <w:tcPr>
            <w:tcW w:w="5270" w:type="dxa"/>
          </w:tcPr>
          <w:p w14:paraId="1C10E3D1" w14:textId="77777777" w:rsidR="00545251" w:rsidRPr="000A5B76" w:rsidRDefault="00545251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4F009C78" w14:textId="77777777" w:rsidR="00545251" w:rsidRPr="000A5B76" w:rsidRDefault="00545251" w:rsidP="00161EC3"/>
        </w:tc>
      </w:tr>
      <w:tr w:rsidR="00545251" w:rsidRPr="000A5B76" w14:paraId="4F0F61B8" w14:textId="77777777" w:rsidTr="00161EC3">
        <w:trPr>
          <w:jc w:val="center"/>
        </w:trPr>
        <w:tc>
          <w:tcPr>
            <w:tcW w:w="5270" w:type="dxa"/>
          </w:tcPr>
          <w:p w14:paraId="6AA04DF2" w14:textId="77777777" w:rsidR="00545251" w:rsidRPr="000A5B76" w:rsidRDefault="00545251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22DB3866" w14:textId="77777777" w:rsidR="00545251" w:rsidRPr="000A5B76" w:rsidRDefault="00545251" w:rsidP="00161EC3"/>
        </w:tc>
      </w:tr>
      <w:tr w:rsidR="00545251" w:rsidRPr="000A5B76" w14:paraId="2C1345F2" w14:textId="77777777" w:rsidTr="00161EC3">
        <w:trPr>
          <w:jc w:val="center"/>
        </w:trPr>
        <w:tc>
          <w:tcPr>
            <w:tcW w:w="5270" w:type="dxa"/>
          </w:tcPr>
          <w:p w14:paraId="1C24A052" w14:textId="77777777" w:rsidR="00545251" w:rsidRPr="000A5B76" w:rsidRDefault="00545251" w:rsidP="00161EC3">
            <w:r w:rsidRPr="000A5B76">
              <w:t>Indications</w:t>
            </w:r>
          </w:p>
        </w:tc>
        <w:tc>
          <w:tcPr>
            <w:tcW w:w="5270" w:type="dxa"/>
          </w:tcPr>
          <w:p w14:paraId="44272069" w14:textId="77777777" w:rsidR="00545251" w:rsidRPr="000A5B76" w:rsidRDefault="00545251" w:rsidP="00161EC3"/>
        </w:tc>
      </w:tr>
      <w:tr w:rsidR="00545251" w:rsidRPr="000A5B76" w14:paraId="41ECE4DC" w14:textId="77777777" w:rsidTr="00161EC3">
        <w:trPr>
          <w:jc w:val="center"/>
        </w:trPr>
        <w:tc>
          <w:tcPr>
            <w:tcW w:w="5270" w:type="dxa"/>
          </w:tcPr>
          <w:p w14:paraId="7A6F1AAB" w14:textId="77777777" w:rsidR="00545251" w:rsidRPr="000A5B76" w:rsidRDefault="00545251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135F1673" w14:textId="77777777" w:rsidR="00545251" w:rsidRPr="000A5B76" w:rsidRDefault="00545251" w:rsidP="00161EC3"/>
        </w:tc>
      </w:tr>
      <w:tr w:rsidR="00545251" w:rsidRPr="000A5B76" w14:paraId="60588F28" w14:textId="77777777" w:rsidTr="00161EC3">
        <w:trPr>
          <w:jc w:val="center"/>
        </w:trPr>
        <w:tc>
          <w:tcPr>
            <w:tcW w:w="5270" w:type="dxa"/>
          </w:tcPr>
          <w:p w14:paraId="3814B6C5" w14:textId="77777777" w:rsidR="00545251" w:rsidRPr="000A5B76" w:rsidRDefault="00545251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0DB47E28" w14:textId="77777777" w:rsidR="00545251" w:rsidRPr="000A5B76" w:rsidRDefault="00545251" w:rsidP="00161EC3"/>
        </w:tc>
      </w:tr>
      <w:tr w:rsidR="00545251" w:rsidRPr="000A5B76" w14:paraId="526BF24B" w14:textId="77777777" w:rsidTr="00161EC3">
        <w:trPr>
          <w:jc w:val="center"/>
        </w:trPr>
        <w:tc>
          <w:tcPr>
            <w:tcW w:w="5270" w:type="dxa"/>
          </w:tcPr>
          <w:p w14:paraId="4078EE70" w14:textId="77777777" w:rsidR="00545251" w:rsidRPr="000A5B76" w:rsidRDefault="00545251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7A6010A8" w14:textId="77777777" w:rsidR="00545251" w:rsidRPr="000A5B76" w:rsidRDefault="00545251" w:rsidP="00161EC3"/>
        </w:tc>
      </w:tr>
    </w:tbl>
    <w:p w14:paraId="123B0B6E" w14:textId="77777777" w:rsidR="00545251" w:rsidRPr="000A5B76" w:rsidRDefault="00545251" w:rsidP="00545251">
      <w:r w:rsidRPr="000A5B76">
        <w:br w:type="page"/>
      </w:r>
    </w:p>
    <w:p w14:paraId="7E72AD15" w14:textId="419E2DEC" w:rsidR="00545251" w:rsidRPr="000A5B76" w:rsidRDefault="00545251" w:rsidP="00545251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5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545251" w:rsidRPr="000A5B76" w14:paraId="5967A8A7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10670474" w14:textId="77777777" w:rsidR="00545251" w:rsidRPr="000A5B76" w:rsidRDefault="00545251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5B229980" w14:textId="77777777" w:rsidR="00545251" w:rsidRPr="000A5B76" w:rsidRDefault="00545251" w:rsidP="00161EC3">
            <w:r w:rsidRPr="000A5B76">
              <w:rPr>
                <w:b/>
              </w:rPr>
              <w:t>Informations</w:t>
            </w:r>
          </w:p>
        </w:tc>
      </w:tr>
      <w:tr w:rsidR="00545251" w:rsidRPr="000A5B76" w14:paraId="3CD794EB" w14:textId="77777777" w:rsidTr="00161EC3">
        <w:trPr>
          <w:jc w:val="center"/>
        </w:trPr>
        <w:tc>
          <w:tcPr>
            <w:tcW w:w="5270" w:type="dxa"/>
          </w:tcPr>
          <w:p w14:paraId="78BDF0BF" w14:textId="77777777" w:rsidR="00545251" w:rsidRPr="000A5B76" w:rsidRDefault="00545251" w:rsidP="00161EC3">
            <w:r w:rsidRPr="000A5B76">
              <w:t>Nom</w:t>
            </w:r>
          </w:p>
        </w:tc>
        <w:tc>
          <w:tcPr>
            <w:tcW w:w="5270" w:type="dxa"/>
          </w:tcPr>
          <w:p w14:paraId="29C9C6AD" w14:textId="77777777" w:rsidR="00545251" w:rsidRPr="000A5B76" w:rsidRDefault="00545251" w:rsidP="00161EC3"/>
        </w:tc>
      </w:tr>
      <w:tr w:rsidR="00545251" w:rsidRPr="000A5B76" w14:paraId="42386D11" w14:textId="77777777" w:rsidTr="00161EC3">
        <w:trPr>
          <w:jc w:val="center"/>
        </w:trPr>
        <w:tc>
          <w:tcPr>
            <w:tcW w:w="5270" w:type="dxa"/>
          </w:tcPr>
          <w:p w14:paraId="3578CC72" w14:textId="77777777" w:rsidR="00545251" w:rsidRPr="000A5B76" w:rsidRDefault="00545251" w:rsidP="00161EC3">
            <w:r w:rsidRPr="000A5B76">
              <w:t>Classe</w:t>
            </w:r>
          </w:p>
        </w:tc>
        <w:tc>
          <w:tcPr>
            <w:tcW w:w="5270" w:type="dxa"/>
          </w:tcPr>
          <w:p w14:paraId="7647F96B" w14:textId="77777777" w:rsidR="00545251" w:rsidRPr="000A5B76" w:rsidRDefault="00545251" w:rsidP="00161EC3"/>
        </w:tc>
      </w:tr>
      <w:tr w:rsidR="00545251" w:rsidRPr="000A5B76" w14:paraId="24C46BF2" w14:textId="77777777" w:rsidTr="00161EC3">
        <w:trPr>
          <w:jc w:val="center"/>
        </w:trPr>
        <w:tc>
          <w:tcPr>
            <w:tcW w:w="5270" w:type="dxa"/>
          </w:tcPr>
          <w:p w14:paraId="09BCEDEF" w14:textId="77777777" w:rsidR="00545251" w:rsidRPr="000A5B76" w:rsidRDefault="00545251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3000AB9D" w14:textId="77777777" w:rsidR="00545251" w:rsidRPr="000A5B76" w:rsidRDefault="00545251" w:rsidP="00161EC3"/>
        </w:tc>
      </w:tr>
      <w:tr w:rsidR="00545251" w:rsidRPr="000A5B76" w14:paraId="0A3F650B" w14:textId="77777777" w:rsidTr="00161EC3">
        <w:trPr>
          <w:jc w:val="center"/>
        </w:trPr>
        <w:tc>
          <w:tcPr>
            <w:tcW w:w="5270" w:type="dxa"/>
          </w:tcPr>
          <w:p w14:paraId="1E6DE873" w14:textId="77777777" w:rsidR="00545251" w:rsidRPr="000A5B76" w:rsidRDefault="00545251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797B4CD4" w14:textId="77777777" w:rsidR="00545251" w:rsidRPr="000A5B76" w:rsidRDefault="00545251" w:rsidP="00161EC3"/>
        </w:tc>
      </w:tr>
      <w:tr w:rsidR="00545251" w:rsidRPr="000A5B76" w14:paraId="5346AFD1" w14:textId="77777777" w:rsidTr="00161EC3">
        <w:trPr>
          <w:jc w:val="center"/>
        </w:trPr>
        <w:tc>
          <w:tcPr>
            <w:tcW w:w="5270" w:type="dxa"/>
          </w:tcPr>
          <w:p w14:paraId="3D140C92" w14:textId="77777777" w:rsidR="00545251" w:rsidRPr="000A5B76" w:rsidRDefault="00545251" w:rsidP="00161EC3">
            <w:r w:rsidRPr="000A5B76">
              <w:t>Indications</w:t>
            </w:r>
          </w:p>
        </w:tc>
        <w:tc>
          <w:tcPr>
            <w:tcW w:w="5270" w:type="dxa"/>
          </w:tcPr>
          <w:p w14:paraId="45331202" w14:textId="77777777" w:rsidR="00545251" w:rsidRPr="000A5B76" w:rsidRDefault="00545251" w:rsidP="00161EC3"/>
        </w:tc>
      </w:tr>
      <w:tr w:rsidR="00545251" w:rsidRPr="000A5B76" w14:paraId="6307D467" w14:textId="77777777" w:rsidTr="00161EC3">
        <w:trPr>
          <w:jc w:val="center"/>
        </w:trPr>
        <w:tc>
          <w:tcPr>
            <w:tcW w:w="5270" w:type="dxa"/>
          </w:tcPr>
          <w:p w14:paraId="59D3BDA4" w14:textId="77777777" w:rsidR="00545251" w:rsidRPr="000A5B76" w:rsidRDefault="00545251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2B1F18D1" w14:textId="77777777" w:rsidR="00545251" w:rsidRPr="000A5B76" w:rsidRDefault="00545251" w:rsidP="00161EC3"/>
        </w:tc>
      </w:tr>
      <w:tr w:rsidR="00545251" w:rsidRPr="000A5B76" w14:paraId="35B594DD" w14:textId="77777777" w:rsidTr="00161EC3">
        <w:trPr>
          <w:jc w:val="center"/>
        </w:trPr>
        <w:tc>
          <w:tcPr>
            <w:tcW w:w="5270" w:type="dxa"/>
          </w:tcPr>
          <w:p w14:paraId="3E6C6263" w14:textId="77777777" w:rsidR="00545251" w:rsidRPr="000A5B76" w:rsidRDefault="00545251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5F074A2D" w14:textId="77777777" w:rsidR="00545251" w:rsidRPr="000A5B76" w:rsidRDefault="00545251" w:rsidP="00161EC3"/>
        </w:tc>
      </w:tr>
      <w:tr w:rsidR="00545251" w:rsidRPr="000A5B76" w14:paraId="35DDA6B9" w14:textId="77777777" w:rsidTr="00161EC3">
        <w:trPr>
          <w:jc w:val="center"/>
        </w:trPr>
        <w:tc>
          <w:tcPr>
            <w:tcW w:w="5270" w:type="dxa"/>
          </w:tcPr>
          <w:p w14:paraId="121CA713" w14:textId="77777777" w:rsidR="00545251" w:rsidRPr="000A5B76" w:rsidRDefault="00545251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70422DA3" w14:textId="77777777" w:rsidR="00545251" w:rsidRPr="000A5B76" w:rsidRDefault="00545251" w:rsidP="00161EC3"/>
        </w:tc>
      </w:tr>
    </w:tbl>
    <w:p w14:paraId="1351DF40" w14:textId="77777777" w:rsidR="00545251" w:rsidRPr="000A5B76" w:rsidRDefault="00545251" w:rsidP="00545251">
      <w:r w:rsidRPr="000A5B76">
        <w:br w:type="page"/>
      </w:r>
    </w:p>
    <w:p w14:paraId="6C547BF7" w14:textId="7A2007E5" w:rsidR="00545251" w:rsidRPr="000A5B76" w:rsidRDefault="00545251" w:rsidP="00545251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6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545251" w:rsidRPr="000A5B76" w14:paraId="06F89E96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0024ACA5" w14:textId="77777777" w:rsidR="00545251" w:rsidRPr="000A5B76" w:rsidRDefault="00545251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19FFD770" w14:textId="77777777" w:rsidR="00545251" w:rsidRPr="000A5B76" w:rsidRDefault="00545251" w:rsidP="00161EC3">
            <w:r w:rsidRPr="000A5B76">
              <w:rPr>
                <w:b/>
              </w:rPr>
              <w:t>Informations</w:t>
            </w:r>
          </w:p>
        </w:tc>
      </w:tr>
      <w:tr w:rsidR="00545251" w:rsidRPr="000A5B76" w14:paraId="1E7FD408" w14:textId="77777777" w:rsidTr="00161EC3">
        <w:trPr>
          <w:jc w:val="center"/>
        </w:trPr>
        <w:tc>
          <w:tcPr>
            <w:tcW w:w="5270" w:type="dxa"/>
          </w:tcPr>
          <w:p w14:paraId="0AE8997F" w14:textId="77777777" w:rsidR="00545251" w:rsidRPr="000A5B76" w:rsidRDefault="00545251" w:rsidP="00161EC3">
            <w:r w:rsidRPr="000A5B76">
              <w:t>Nom</w:t>
            </w:r>
          </w:p>
        </w:tc>
        <w:tc>
          <w:tcPr>
            <w:tcW w:w="5270" w:type="dxa"/>
          </w:tcPr>
          <w:p w14:paraId="1855613B" w14:textId="77777777" w:rsidR="00545251" w:rsidRPr="000A5B76" w:rsidRDefault="00545251" w:rsidP="00161EC3"/>
        </w:tc>
      </w:tr>
      <w:tr w:rsidR="00545251" w:rsidRPr="000A5B76" w14:paraId="695D8FEA" w14:textId="77777777" w:rsidTr="00161EC3">
        <w:trPr>
          <w:jc w:val="center"/>
        </w:trPr>
        <w:tc>
          <w:tcPr>
            <w:tcW w:w="5270" w:type="dxa"/>
          </w:tcPr>
          <w:p w14:paraId="28F5FA66" w14:textId="77777777" w:rsidR="00545251" w:rsidRPr="000A5B76" w:rsidRDefault="00545251" w:rsidP="00161EC3">
            <w:r w:rsidRPr="000A5B76">
              <w:t>Classe</w:t>
            </w:r>
          </w:p>
        </w:tc>
        <w:tc>
          <w:tcPr>
            <w:tcW w:w="5270" w:type="dxa"/>
          </w:tcPr>
          <w:p w14:paraId="7F93EFA5" w14:textId="77777777" w:rsidR="00545251" w:rsidRPr="000A5B76" w:rsidRDefault="00545251" w:rsidP="00161EC3"/>
        </w:tc>
      </w:tr>
      <w:tr w:rsidR="00545251" w:rsidRPr="000A5B76" w14:paraId="06CC7CD4" w14:textId="77777777" w:rsidTr="00161EC3">
        <w:trPr>
          <w:jc w:val="center"/>
        </w:trPr>
        <w:tc>
          <w:tcPr>
            <w:tcW w:w="5270" w:type="dxa"/>
          </w:tcPr>
          <w:p w14:paraId="4566F154" w14:textId="77777777" w:rsidR="00545251" w:rsidRPr="000A5B76" w:rsidRDefault="00545251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1944FDE2" w14:textId="77777777" w:rsidR="00545251" w:rsidRPr="000A5B76" w:rsidRDefault="00545251" w:rsidP="00161EC3"/>
        </w:tc>
      </w:tr>
      <w:tr w:rsidR="00545251" w:rsidRPr="000A5B76" w14:paraId="12DCA6A7" w14:textId="77777777" w:rsidTr="00161EC3">
        <w:trPr>
          <w:jc w:val="center"/>
        </w:trPr>
        <w:tc>
          <w:tcPr>
            <w:tcW w:w="5270" w:type="dxa"/>
          </w:tcPr>
          <w:p w14:paraId="6DDD8D8E" w14:textId="77777777" w:rsidR="00545251" w:rsidRPr="000A5B76" w:rsidRDefault="00545251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678C77CB" w14:textId="77777777" w:rsidR="00545251" w:rsidRPr="000A5B76" w:rsidRDefault="00545251" w:rsidP="00161EC3"/>
        </w:tc>
      </w:tr>
      <w:tr w:rsidR="00545251" w:rsidRPr="000A5B76" w14:paraId="0802158A" w14:textId="77777777" w:rsidTr="00161EC3">
        <w:trPr>
          <w:jc w:val="center"/>
        </w:trPr>
        <w:tc>
          <w:tcPr>
            <w:tcW w:w="5270" w:type="dxa"/>
          </w:tcPr>
          <w:p w14:paraId="35F20A78" w14:textId="77777777" w:rsidR="00545251" w:rsidRPr="000A5B76" w:rsidRDefault="00545251" w:rsidP="00161EC3">
            <w:r w:rsidRPr="000A5B76">
              <w:t>Indications</w:t>
            </w:r>
          </w:p>
        </w:tc>
        <w:tc>
          <w:tcPr>
            <w:tcW w:w="5270" w:type="dxa"/>
          </w:tcPr>
          <w:p w14:paraId="2188611B" w14:textId="77777777" w:rsidR="00545251" w:rsidRPr="000A5B76" w:rsidRDefault="00545251" w:rsidP="00161EC3"/>
        </w:tc>
      </w:tr>
      <w:tr w:rsidR="00545251" w:rsidRPr="000A5B76" w14:paraId="3EF0C55C" w14:textId="77777777" w:rsidTr="00161EC3">
        <w:trPr>
          <w:jc w:val="center"/>
        </w:trPr>
        <w:tc>
          <w:tcPr>
            <w:tcW w:w="5270" w:type="dxa"/>
          </w:tcPr>
          <w:p w14:paraId="5301029C" w14:textId="77777777" w:rsidR="00545251" w:rsidRPr="000A5B76" w:rsidRDefault="00545251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68CDEC57" w14:textId="77777777" w:rsidR="00545251" w:rsidRPr="000A5B76" w:rsidRDefault="00545251" w:rsidP="00161EC3"/>
        </w:tc>
      </w:tr>
      <w:tr w:rsidR="00545251" w:rsidRPr="000A5B76" w14:paraId="553DEF6D" w14:textId="77777777" w:rsidTr="00161EC3">
        <w:trPr>
          <w:jc w:val="center"/>
        </w:trPr>
        <w:tc>
          <w:tcPr>
            <w:tcW w:w="5270" w:type="dxa"/>
          </w:tcPr>
          <w:p w14:paraId="35D028A6" w14:textId="77777777" w:rsidR="00545251" w:rsidRPr="000A5B76" w:rsidRDefault="00545251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0DB43410" w14:textId="77777777" w:rsidR="00545251" w:rsidRPr="000A5B76" w:rsidRDefault="00545251" w:rsidP="00161EC3"/>
        </w:tc>
      </w:tr>
      <w:tr w:rsidR="00545251" w:rsidRPr="000A5B76" w14:paraId="481D0889" w14:textId="77777777" w:rsidTr="00161EC3">
        <w:trPr>
          <w:jc w:val="center"/>
        </w:trPr>
        <w:tc>
          <w:tcPr>
            <w:tcW w:w="5270" w:type="dxa"/>
          </w:tcPr>
          <w:p w14:paraId="4417097B" w14:textId="77777777" w:rsidR="00545251" w:rsidRPr="000A5B76" w:rsidRDefault="00545251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42D38834" w14:textId="77777777" w:rsidR="00545251" w:rsidRPr="000A5B76" w:rsidRDefault="00545251" w:rsidP="00161EC3"/>
        </w:tc>
      </w:tr>
    </w:tbl>
    <w:p w14:paraId="1CDD3ADA" w14:textId="77777777" w:rsidR="00545251" w:rsidRPr="000A5B76" w:rsidRDefault="00545251" w:rsidP="00545251">
      <w:r w:rsidRPr="000A5B76">
        <w:br w:type="page"/>
      </w:r>
    </w:p>
    <w:p w14:paraId="39DBD3B4" w14:textId="36D057EB" w:rsidR="00545251" w:rsidRPr="000A5B76" w:rsidRDefault="00545251" w:rsidP="00545251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7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545251" w:rsidRPr="000A5B76" w14:paraId="0E9883F2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41556F71" w14:textId="77777777" w:rsidR="00545251" w:rsidRPr="000A5B76" w:rsidRDefault="00545251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05A10DBB" w14:textId="77777777" w:rsidR="00545251" w:rsidRPr="000A5B76" w:rsidRDefault="00545251" w:rsidP="00161EC3">
            <w:r w:rsidRPr="000A5B76">
              <w:rPr>
                <w:b/>
              </w:rPr>
              <w:t>Informations</w:t>
            </w:r>
          </w:p>
        </w:tc>
      </w:tr>
      <w:tr w:rsidR="00545251" w:rsidRPr="000A5B76" w14:paraId="74D5CF18" w14:textId="77777777" w:rsidTr="00161EC3">
        <w:trPr>
          <w:jc w:val="center"/>
        </w:trPr>
        <w:tc>
          <w:tcPr>
            <w:tcW w:w="5270" w:type="dxa"/>
          </w:tcPr>
          <w:p w14:paraId="0C0A998F" w14:textId="77777777" w:rsidR="00545251" w:rsidRPr="000A5B76" w:rsidRDefault="00545251" w:rsidP="00161EC3">
            <w:r w:rsidRPr="000A5B76">
              <w:t>Nom</w:t>
            </w:r>
          </w:p>
        </w:tc>
        <w:tc>
          <w:tcPr>
            <w:tcW w:w="5270" w:type="dxa"/>
          </w:tcPr>
          <w:p w14:paraId="0DB1B0BC" w14:textId="77777777" w:rsidR="00545251" w:rsidRPr="000A5B76" w:rsidRDefault="00545251" w:rsidP="00161EC3"/>
        </w:tc>
      </w:tr>
      <w:tr w:rsidR="00545251" w:rsidRPr="000A5B76" w14:paraId="13330884" w14:textId="77777777" w:rsidTr="00161EC3">
        <w:trPr>
          <w:jc w:val="center"/>
        </w:trPr>
        <w:tc>
          <w:tcPr>
            <w:tcW w:w="5270" w:type="dxa"/>
          </w:tcPr>
          <w:p w14:paraId="4976D1C4" w14:textId="77777777" w:rsidR="00545251" w:rsidRPr="000A5B76" w:rsidRDefault="00545251" w:rsidP="00161EC3">
            <w:r w:rsidRPr="000A5B76">
              <w:t>Classe</w:t>
            </w:r>
          </w:p>
        </w:tc>
        <w:tc>
          <w:tcPr>
            <w:tcW w:w="5270" w:type="dxa"/>
          </w:tcPr>
          <w:p w14:paraId="6E5A2464" w14:textId="77777777" w:rsidR="00545251" w:rsidRPr="000A5B76" w:rsidRDefault="00545251" w:rsidP="00161EC3"/>
        </w:tc>
      </w:tr>
      <w:tr w:rsidR="00545251" w:rsidRPr="000A5B76" w14:paraId="3A494890" w14:textId="77777777" w:rsidTr="00161EC3">
        <w:trPr>
          <w:jc w:val="center"/>
        </w:trPr>
        <w:tc>
          <w:tcPr>
            <w:tcW w:w="5270" w:type="dxa"/>
          </w:tcPr>
          <w:p w14:paraId="27DA70EB" w14:textId="77777777" w:rsidR="00545251" w:rsidRPr="000A5B76" w:rsidRDefault="00545251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022AAD5C" w14:textId="77777777" w:rsidR="00545251" w:rsidRPr="000A5B76" w:rsidRDefault="00545251" w:rsidP="00161EC3"/>
        </w:tc>
      </w:tr>
      <w:tr w:rsidR="00545251" w:rsidRPr="000A5B76" w14:paraId="11AC4D4D" w14:textId="77777777" w:rsidTr="00161EC3">
        <w:trPr>
          <w:jc w:val="center"/>
        </w:trPr>
        <w:tc>
          <w:tcPr>
            <w:tcW w:w="5270" w:type="dxa"/>
          </w:tcPr>
          <w:p w14:paraId="28718140" w14:textId="77777777" w:rsidR="00545251" w:rsidRPr="000A5B76" w:rsidRDefault="00545251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257842ED" w14:textId="77777777" w:rsidR="00545251" w:rsidRPr="000A5B76" w:rsidRDefault="00545251" w:rsidP="00161EC3"/>
        </w:tc>
      </w:tr>
      <w:tr w:rsidR="00545251" w:rsidRPr="000A5B76" w14:paraId="39B9F67F" w14:textId="77777777" w:rsidTr="00161EC3">
        <w:trPr>
          <w:jc w:val="center"/>
        </w:trPr>
        <w:tc>
          <w:tcPr>
            <w:tcW w:w="5270" w:type="dxa"/>
          </w:tcPr>
          <w:p w14:paraId="1A1E363A" w14:textId="77777777" w:rsidR="00545251" w:rsidRPr="000A5B76" w:rsidRDefault="00545251" w:rsidP="00161EC3">
            <w:r w:rsidRPr="000A5B76">
              <w:t>Indications</w:t>
            </w:r>
          </w:p>
        </w:tc>
        <w:tc>
          <w:tcPr>
            <w:tcW w:w="5270" w:type="dxa"/>
          </w:tcPr>
          <w:p w14:paraId="14130BD7" w14:textId="77777777" w:rsidR="00545251" w:rsidRPr="000A5B76" w:rsidRDefault="00545251" w:rsidP="00161EC3"/>
        </w:tc>
      </w:tr>
      <w:tr w:rsidR="00545251" w:rsidRPr="000A5B76" w14:paraId="174808C1" w14:textId="77777777" w:rsidTr="00161EC3">
        <w:trPr>
          <w:jc w:val="center"/>
        </w:trPr>
        <w:tc>
          <w:tcPr>
            <w:tcW w:w="5270" w:type="dxa"/>
          </w:tcPr>
          <w:p w14:paraId="2E32333D" w14:textId="77777777" w:rsidR="00545251" w:rsidRPr="000A5B76" w:rsidRDefault="00545251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56E4817A" w14:textId="77777777" w:rsidR="00545251" w:rsidRPr="000A5B76" w:rsidRDefault="00545251" w:rsidP="00161EC3"/>
        </w:tc>
      </w:tr>
      <w:tr w:rsidR="00545251" w:rsidRPr="000A5B76" w14:paraId="6AE0595A" w14:textId="77777777" w:rsidTr="00161EC3">
        <w:trPr>
          <w:jc w:val="center"/>
        </w:trPr>
        <w:tc>
          <w:tcPr>
            <w:tcW w:w="5270" w:type="dxa"/>
          </w:tcPr>
          <w:p w14:paraId="41848903" w14:textId="77777777" w:rsidR="00545251" w:rsidRPr="000A5B76" w:rsidRDefault="00545251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14891B13" w14:textId="77777777" w:rsidR="00545251" w:rsidRPr="000A5B76" w:rsidRDefault="00545251" w:rsidP="00161EC3"/>
        </w:tc>
      </w:tr>
      <w:tr w:rsidR="00545251" w:rsidRPr="000A5B76" w14:paraId="37DC36E4" w14:textId="77777777" w:rsidTr="00161EC3">
        <w:trPr>
          <w:jc w:val="center"/>
        </w:trPr>
        <w:tc>
          <w:tcPr>
            <w:tcW w:w="5270" w:type="dxa"/>
          </w:tcPr>
          <w:p w14:paraId="3BD0CD67" w14:textId="77777777" w:rsidR="00545251" w:rsidRPr="000A5B76" w:rsidRDefault="00545251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5464BE0F" w14:textId="77777777" w:rsidR="00545251" w:rsidRPr="000A5B76" w:rsidRDefault="00545251" w:rsidP="00161EC3"/>
        </w:tc>
      </w:tr>
    </w:tbl>
    <w:p w14:paraId="1632A2D2" w14:textId="77777777" w:rsidR="00545251" w:rsidRPr="000A5B76" w:rsidRDefault="00545251" w:rsidP="00545251">
      <w:r w:rsidRPr="000A5B76">
        <w:br w:type="page"/>
      </w:r>
    </w:p>
    <w:p w14:paraId="71C9A158" w14:textId="5590D7E0" w:rsidR="00545251" w:rsidRPr="000A5B76" w:rsidRDefault="00545251" w:rsidP="00545251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8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545251" w:rsidRPr="000A5B76" w14:paraId="37F33B20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5F3F980A" w14:textId="77777777" w:rsidR="00545251" w:rsidRPr="000A5B76" w:rsidRDefault="00545251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25B8A734" w14:textId="77777777" w:rsidR="00545251" w:rsidRPr="000A5B76" w:rsidRDefault="00545251" w:rsidP="00161EC3">
            <w:r w:rsidRPr="000A5B76">
              <w:rPr>
                <w:b/>
              </w:rPr>
              <w:t>Informations</w:t>
            </w:r>
          </w:p>
        </w:tc>
      </w:tr>
      <w:tr w:rsidR="00545251" w:rsidRPr="000A5B76" w14:paraId="745EBA7D" w14:textId="77777777" w:rsidTr="00161EC3">
        <w:trPr>
          <w:jc w:val="center"/>
        </w:trPr>
        <w:tc>
          <w:tcPr>
            <w:tcW w:w="5270" w:type="dxa"/>
          </w:tcPr>
          <w:p w14:paraId="09300E2C" w14:textId="77777777" w:rsidR="00545251" w:rsidRPr="000A5B76" w:rsidRDefault="00545251" w:rsidP="00161EC3">
            <w:r w:rsidRPr="000A5B76">
              <w:t>Nom</w:t>
            </w:r>
          </w:p>
        </w:tc>
        <w:tc>
          <w:tcPr>
            <w:tcW w:w="5270" w:type="dxa"/>
          </w:tcPr>
          <w:p w14:paraId="139C75C5" w14:textId="77777777" w:rsidR="00545251" w:rsidRPr="000A5B76" w:rsidRDefault="00545251" w:rsidP="00161EC3"/>
        </w:tc>
      </w:tr>
      <w:tr w:rsidR="00545251" w:rsidRPr="000A5B76" w14:paraId="0C3A571C" w14:textId="77777777" w:rsidTr="00161EC3">
        <w:trPr>
          <w:jc w:val="center"/>
        </w:trPr>
        <w:tc>
          <w:tcPr>
            <w:tcW w:w="5270" w:type="dxa"/>
          </w:tcPr>
          <w:p w14:paraId="712548E4" w14:textId="77777777" w:rsidR="00545251" w:rsidRPr="000A5B76" w:rsidRDefault="00545251" w:rsidP="00161EC3">
            <w:r w:rsidRPr="000A5B76">
              <w:t>Classe</w:t>
            </w:r>
          </w:p>
        </w:tc>
        <w:tc>
          <w:tcPr>
            <w:tcW w:w="5270" w:type="dxa"/>
          </w:tcPr>
          <w:p w14:paraId="3E6A39DB" w14:textId="77777777" w:rsidR="00545251" w:rsidRPr="000A5B76" w:rsidRDefault="00545251" w:rsidP="00161EC3"/>
        </w:tc>
      </w:tr>
      <w:tr w:rsidR="00545251" w:rsidRPr="000A5B76" w14:paraId="51BBF473" w14:textId="77777777" w:rsidTr="00161EC3">
        <w:trPr>
          <w:jc w:val="center"/>
        </w:trPr>
        <w:tc>
          <w:tcPr>
            <w:tcW w:w="5270" w:type="dxa"/>
          </w:tcPr>
          <w:p w14:paraId="352C8AC4" w14:textId="77777777" w:rsidR="00545251" w:rsidRPr="000A5B76" w:rsidRDefault="00545251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08D44085" w14:textId="77777777" w:rsidR="00545251" w:rsidRPr="000A5B76" w:rsidRDefault="00545251" w:rsidP="00161EC3"/>
        </w:tc>
      </w:tr>
      <w:tr w:rsidR="00545251" w:rsidRPr="000A5B76" w14:paraId="0ACA3F0F" w14:textId="77777777" w:rsidTr="00161EC3">
        <w:trPr>
          <w:jc w:val="center"/>
        </w:trPr>
        <w:tc>
          <w:tcPr>
            <w:tcW w:w="5270" w:type="dxa"/>
          </w:tcPr>
          <w:p w14:paraId="329DBA38" w14:textId="77777777" w:rsidR="00545251" w:rsidRPr="000A5B76" w:rsidRDefault="00545251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67FDB309" w14:textId="77777777" w:rsidR="00545251" w:rsidRPr="000A5B76" w:rsidRDefault="00545251" w:rsidP="00161EC3"/>
        </w:tc>
      </w:tr>
      <w:tr w:rsidR="00545251" w:rsidRPr="000A5B76" w14:paraId="1846EB88" w14:textId="77777777" w:rsidTr="00161EC3">
        <w:trPr>
          <w:jc w:val="center"/>
        </w:trPr>
        <w:tc>
          <w:tcPr>
            <w:tcW w:w="5270" w:type="dxa"/>
          </w:tcPr>
          <w:p w14:paraId="0BE1CD50" w14:textId="77777777" w:rsidR="00545251" w:rsidRPr="000A5B76" w:rsidRDefault="00545251" w:rsidP="00161EC3">
            <w:r w:rsidRPr="000A5B76">
              <w:t>Indications</w:t>
            </w:r>
          </w:p>
        </w:tc>
        <w:tc>
          <w:tcPr>
            <w:tcW w:w="5270" w:type="dxa"/>
          </w:tcPr>
          <w:p w14:paraId="708E25A4" w14:textId="77777777" w:rsidR="00545251" w:rsidRPr="000A5B76" w:rsidRDefault="00545251" w:rsidP="00161EC3"/>
        </w:tc>
      </w:tr>
      <w:tr w:rsidR="00545251" w:rsidRPr="000A5B76" w14:paraId="213BD31C" w14:textId="77777777" w:rsidTr="00161EC3">
        <w:trPr>
          <w:jc w:val="center"/>
        </w:trPr>
        <w:tc>
          <w:tcPr>
            <w:tcW w:w="5270" w:type="dxa"/>
          </w:tcPr>
          <w:p w14:paraId="73C68A0F" w14:textId="77777777" w:rsidR="00545251" w:rsidRPr="000A5B76" w:rsidRDefault="00545251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22AB507F" w14:textId="77777777" w:rsidR="00545251" w:rsidRPr="000A5B76" w:rsidRDefault="00545251" w:rsidP="00161EC3"/>
        </w:tc>
      </w:tr>
      <w:tr w:rsidR="00545251" w:rsidRPr="000A5B76" w14:paraId="2BA131F2" w14:textId="77777777" w:rsidTr="00161EC3">
        <w:trPr>
          <w:jc w:val="center"/>
        </w:trPr>
        <w:tc>
          <w:tcPr>
            <w:tcW w:w="5270" w:type="dxa"/>
          </w:tcPr>
          <w:p w14:paraId="0F1E8AC7" w14:textId="77777777" w:rsidR="00545251" w:rsidRPr="000A5B76" w:rsidRDefault="00545251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21BEB136" w14:textId="77777777" w:rsidR="00545251" w:rsidRPr="000A5B76" w:rsidRDefault="00545251" w:rsidP="00161EC3"/>
        </w:tc>
      </w:tr>
      <w:tr w:rsidR="00545251" w:rsidRPr="000A5B76" w14:paraId="78C58A05" w14:textId="77777777" w:rsidTr="00161EC3">
        <w:trPr>
          <w:jc w:val="center"/>
        </w:trPr>
        <w:tc>
          <w:tcPr>
            <w:tcW w:w="5270" w:type="dxa"/>
          </w:tcPr>
          <w:p w14:paraId="6205D5C5" w14:textId="77777777" w:rsidR="00545251" w:rsidRPr="000A5B76" w:rsidRDefault="00545251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14E6E400" w14:textId="77777777" w:rsidR="00545251" w:rsidRPr="000A5B76" w:rsidRDefault="00545251" w:rsidP="00161EC3"/>
        </w:tc>
      </w:tr>
    </w:tbl>
    <w:p w14:paraId="4D4CE098" w14:textId="77777777" w:rsidR="00545251" w:rsidRPr="000A5B76" w:rsidRDefault="00545251" w:rsidP="00545251">
      <w:r w:rsidRPr="000A5B76">
        <w:br w:type="page"/>
      </w:r>
    </w:p>
    <w:p w14:paraId="30B699D9" w14:textId="1AAF030B" w:rsidR="00545251" w:rsidRPr="000A5B76" w:rsidRDefault="00545251" w:rsidP="00545251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9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545251" w:rsidRPr="000A5B76" w14:paraId="7607E7CC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6838DBC4" w14:textId="77777777" w:rsidR="00545251" w:rsidRPr="000A5B76" w:rsidRDefault="00545251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6853E869" w14:textId="77777777" w:rsidR="00545251" w:rsidRPr="000A5B76" w:rsidRDefault="00545251" w:rsidP="00161EC3">
            <w:r w:rsidRPr="000A5B76">
              <w:rPr>
                <w:b/>
              </w:rPr>
              <w:t>Informations</w:t>
            </w:r>
          </w:p>
        </w:tc>
      </w:tr>
      <w:tr w:rsidR="00545251" w:rsidRPr="000A5B76" w14:paraId="40855BF5" w14:textId="77777777" w:rsidTr="00161EC3">
        <w:trPr>
          <w:jc w:val="center"/>
        </w:trPr>
        <w:tc>
          <w:tcPr>
            <w:tcW w:w="5270" w:type="dxa"/>
          </w:tcPr>
          <w:p w14:paraId="28546D47" w14:textId="77777777" w:rsidR="00545251" w:rsidRPr="000A5B76" w:rsidRDefault="00545251" w:rsidP="00161EC3">
            <w:r w:rsidRPr="000A5B76">
              <w:t>Nom</w:t>
            </w:r>
          </w:p>
        </w:tc>
        <w:tc>
          <w:tcPr>
            <w:tcW w:w="5270" w:type="dxa"/>
          </w:tcPr>
          <w:p w14:paraId="49F1137C" w14:textId="77777777" w:rsidR="00545251" w:rsidRPr="000A5B76" w:rsidRDefault="00545251" w:rsidP="00161EC3"/>
        </w:tc>
      </w:tr>
      <w:tr w:rsidR="00545251" w:rsidRPr="000A5B76" w14:paraId="3D1FA175" w14:textId="77777777" w:rsidTr="00161EC3">
        <w:trPr>
          <w:jc w:val="center"/>
        </w:trPr>
        <w:tc>
          <w:tcPr>
            <w:tcW w:w="5270" w:type="dxa"/>
          </w:tcPr>
          <w:p w14:paraId="57258CA9" w14:textId="77777777" w:rsidR="00545251" w:rsidRPr="000A5B76" w:rsidRDefault="00545251" w:rsidP="00161EC3">
            <w:r w:rsidRPr="000A5B76">
              <w:t>Classe</w:t>
            </w:r>
          </w:p>
        </w:tc>
        <w:tc>
          <w:tcPr>
            <w:tcW w:w="5270" w:type="dxa"/>
          </w:tcPr>
          <w:p w14:paraId="5692143F" w14:textId="77777777" w:rsidR="00545251" w:rsidRPr="000A5B76" w:rsidRDefault="00545251" w:rsidP="00161EC3"/>
        </w:tc>
      </w:tr>
      <w:tr w:rsidR="00545251" w:rsidRPr="000A5B76" w14:paraId="4320A7ED" w14:textId="77777777" w:rsidTr="00161EC3">
        <w:trPr>
          <w:jc w:val="center"/>
        </w:trPr>
        <w:tc>
          <w:tcPr>
            <w:tcW w:w="5270" w:type="dxa"/>
          </w:tcPr>
          <w:p w14:paraId="0181E6EA" w14:textId="77777777" w:rsidR="00545251" w:rsidRPr="000A5B76" w:rsidRDefault="00545251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6F845793" w14:textId="77777777" w:rsidR="00545251" w:rsidRPr="000A5B76" w:rsidRDefault="00545251" w:rsidP="00161EC3"/>
        </w:tc>
      </w:tr>
      <w:tr w:rsidR="00545251" w:rsidRPr="000A5B76" w14:paraId="2F207230" w14:textId="77777777" w:rsidTr="00161EC3">
        <w:trPr>
          <w:jc w:val="center"/>
        </w:trPr>
        <w:tc>
          <w:tcPr>
            <w:tcW w:w="5270" w:type="dxa"/>
          </w:tcPr>
          <w:p w14:paraId="56D70856" w14:textId="77777777" w:rsidR="00545251" w:rsidRPr="000A5B76" w:rsidRDefault="00545251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1267B1E6" w14:textId="77777777" w:rsidR="00545251" w:rsidRPr="000A5B76" w:rsidRDefault="00545251" w:rsidP="00161EC3"/>
        </w:tc>
      </w:tr>
      <w:tr w:rsidR="00545251" w:rsidRPr="000A5B76" w14:paraId="6CED63F0" w14:textId="77777777" w:rsidTr="00161EC3">
        <w:trPr>
          <w:jc w:val="center"/>
        </w:trPr>
        <w:tc>
          <w:tcPr>
            <w:tcW w:w="5270" w:type="dxa"/>
          </w:tcPr>
          <w:p w14:paraId="0AC966AB" w14:textId="77777777" w:rsidR="00545251" w:rsidRPr="000A5B76" w:rsidRDefault="00545251" w:rsidP="00161EC3">
            <w:r w:rsidRPr="000A5B76">
              <w:t>Indications</w:t>
            </w:r>
          </w:p>
        </w:tc>
        <w:tc>
          <w:tcPr>
            <w:tcW w:w="5270" w:type="dxa"/>
          </w:tcPr>
          <w:p w14:paraId="6B746FAE" w14:textId="77777777" w:rsidR="00545251" w:rsidRPr="000A5B76" w:rsidRDefault="00545251" w:rsidP="00161EC3"/>
        </w:tc>
      </w:tr>
      <w:tr w:rsidR="00545251" w:rsidRPr="000A5B76" w14:paraId="3FEA68A2" w14:textId="77777777" w:rsidTr="00161EC3">
        <w:trPr>
          <w:jc w:val="center"/>
        </w:trPr>
        <w:tc>
          <w:tcPr>
            <w:tcW w:w="5270" w:type="dxa"/>
          </w:tcPr>
          <w:p w14:paraId="6A1FE698" w14:textId="77777777" w:rsidR="00545251" w:rsidRPr="000A5B76" w:rsidRDefault="00545251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64DE5186" w14:textId="77777777" w:rsidR="00545251" w:rsidRPr="000A5B76" w:rsidRDefault="00545251" w:rsidP="00161EC3"/>
        </w:tc>
      </w:tr>
      <w:tr w:rsidR="00545251" w:rsidRPr="000A5B76" w14:paraId="190AC0AF" w14:textId="77777777" w:rsidTr="00161EC3">
        <w:trPr>
          <w:jc w:val="center"/>
        </w:trPr>
        <w:tc>
          <w:tcPr>
            <w:tcW w:w="5270" w:type="dxa"/>
          </w:tcPr>
          <w:p w14:paraId="1EBCD85C" w14:textId="77777777" w:rsidR="00545251" w:rsidRPr="000A5B76" w:rsidRDefault="00545251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4DC4FC2A" w14:textId="77777777" w:rsidR="00545251" w:rsidRPr="000A5B76" w:rsidRDefault="00545251" w:rsidP="00161EC3"/>
        </w:tc>
      </w:tr>
      <w:tr w:rsidR="00545251" w:rsidRPr="000A5B76" w14:paraId="7F5A6343" w14:textId="77777777" w:rsidTr="00161EC3">
        <w:trPr>
          <w:jc w:val="center"/>
        </w:trPr>
        <w:tc>
          <w:tcPr>
            <w:tcW w:w="5270" w:type="dxa"/>
          </w:tcPr>
          <w:p w14:paraId="4C8EC2DB" w14:textId="77777777" w:rsidR="00545251" w:rsidRPr="000A5B76" w:rsidRDefault="00545251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1BD617C3" w14:textId="77777777" w:rsidR="00545251" w:rsidRPr="000A5B76" w:rsidRDefault="00545251" w:rsidP="00161EC3"/>
        </w:tc>
      </w:tr>
    </w:tbl>
    <w:p w14:paraId="499EEFDC" w14:textId="53D837D9" w:rsidR="00545251" w:rsidRDefault="00545251" w:rsidP="00545251">
      <w:r w:rsidRPr="000A5B76">
        <w:br w:type="page"/>
      </w:r>
    </w:p>
    <w:p w14:paraId="35CE6354" w14:textId="0CF74763" w:rsidR="00545251" w:rsidRPr="000A5B76" w:rsidRDefault="00545251" w:rsidP="00545251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10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545251" w:rsidRPr="000A5B76" w14:paraId="1E44A82A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49C5609C" w14:textId="77777777" w:rsidR="00545251" w:rsidRPr="000A5B76" w:rsidRDefault="00545251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34182B5F" w14:textId="77777777" w:rsidR="00545251" w:rsidRPr="000A5B76" w:rsidRDefault="00545251" w:rsidP="00161EC3">
            <w:r w:rsidRPr="000A5B76">
              <w:rPr>
                <w:b/>
              </w:rPr>
              <w:t>Informations</w:t>
            </w:r>
          </w:p>
        </w:tc>
      </w:tr>
      <w:tr w:rsidR="00545251" w:rsidRPr="000A5B76" w14:paraId="07E9F2AD" w14:textId="77777777" w:rsidTr="00161EC3">
        <w:trPr>
          <w:jc w:val="center"/>
        </w:trPr>
        <w:tc>
          <w:tcPr>
            <w:tcW w:w="5270" w:type="dxa"/>
          </w:tcPr>
          <w:p w14:paraId="4AF42621" w14:textId="77777777" w:rsidR="00545251" w:rsidRPr="000A5B76" w:rsidRDefault="00545251" w:rsidP="00161EC3">
            <w:r w:rsidRPr="000A5B76">
              <w:t>Nom</w:t>
            </w:r>
          </w:p>
        </w:tc>
        <w:tc>
          <w:tcPr>
            <w:tcW w:w="5270" w:type="dxa"/>
          </w:tcPr>
          <w:p w14:paraId="136795C9" w14:textId="77777777" w:rsidR="00545251" w:rsidRPr="000A5B76" w:rsidRDefault="00545251" w:rsidP="00161EC3"/>
        </w:tc>
      </w:tr>
      <w:tr w:rsidR="00545251" w:rsidRPr="000A5B76" w14:paraId="455FC2DA" w14:textId="77777777" w:rsidTr="00161EC3">
        <w:trPr>
          <w:jc w:val="center"/>
        </w:trPr>
        <w:tc>
          <w:tcPr>
            <w:tcW w:w="5270" w:type="dxa"/>
          </w:tcPr>
          <w:p w14:paraId="350F823B" w14:textId="77777777" w:rsidR="00545251" w:rsidRPr="000A5B76" w:rsidRDefault="00545251" w:rsidP="00161EC3">
            <w:r w:rsidRPr="000A5B76">
              <w:t>Classe</w:t>
            </w:r>
          </w:p>
        </w:tc>
        <w:tc>
          <w:tcPr>
            <w:tcW w:w="5270" w:type="dxa"/>
          </w:tcPr>
          <w:p w14:paraId="2F03F1CB" w14:textId="77777777" w:rsidR="00545251" w:rsidRPr="000A5B76" w:rsidRDefault="00545251" w:rsidP="00161EC3"/>
        </w:tc>
      </w:tr>
      <w:tr w:rsidR="00545251" w:rsidRPr="000A5B76" w14:paraId="7299BDF2" w14:textId="77777777" w:rsidTr="00161EC3">
        <w:trPr>
          <w:jc w:val="center"/>
        </w:trPr>
        <w:tc>
          <w:tcPr>
            <w:tcW w:w="5270" w:type="dxa"/>
          </w:tcPr>
          <w:p w14:paraId="05C2F154" w14:textId="77777777" w:rsidR="00545251" w:rsidRPr="000A5B76" w:rsidRDefault="00545251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22B0C59C" w14:textId="77777777" w:rsidR="00545251" w:rsidRPr="000A5B76" w:rsidRDefault="00545251" w:rsidP="00161EC3"/>
        </w:tc>
      </w:tr>
      <w:tr w:rsidR="00545251" w:rsidRPr="000A5B76" w14:paraId="4633B854" w14:textId="77777777" w:rsidTr="00161EC3">
        <w:trPr>
          <w:jc w:val="center"/>
        </w:trPr>
        <w:tc>
          <w:tcPr>
            <w:tcW w:w="5270" w:type="dxa"/>
          </w:tcPr>
          <w:p w14:paraId="0F18E9AC" w14:textId="77777777" w:rsidR="00545251" w:rsidRPr="000A5B76" w:rsidRDefault="00545251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49C92F98" w14:textId="77777777" w:rsidR="00545251" w:rsidRPr="000A5B76" w:rsidRDefault="00545251" w:rsidP="00161EC3"/>
        </w:tc>
      </w:tr>
      <w:tr w:rsidR="00545251" w:rsidRPr="000A5B76" w14:paraId="72365373" w14:textId="77777777" w:rsidTr="00161EC3">
        <w:trPr>
          <w:jc w:val="center"/>
        </w:trPr>
        <w:tc>
          <w:tcPr>
            <w:tcW w:w="5270" w:type="dxa"/>
          </w:tcPr>
          <w:p w14:paraId="49334DC0" w14:textId="77777777" w:rsidR="00545251" w:rsidRPr="000A5B76" w:rsidRDefault="00545251" w:rsidP="00161EC3">
            <w:r w:rsidRPr="000A5B76">
              <w:t>Indications</w:t>
            </w:r>
          </w:p>
        </w:tc>
        <w:tc>
          <w:tcPr>
            <w:tcW w:w="5270" w:type="dxa"/>
          </w:tcPr>
          <w:p w14:paraId="503A936B" w14:textId="77777777" w:rsidR="00545251" w:rsidRPr="000A5B76" w:rsidRDefault="00545251" w:rsidP="00161EC3"/>
        </w:tc>
      </w:tr>
      <w:tr w:rsidR="00545251" w:rsidRPr="000A5B76" w14:paraId="70959683" w14:textId="77777777" w:rsidTr="00161EC3">
        <w:trPr>
          <w:jc w:val="center"/>
        </w:trPr>
        <w:tc>
          <w:tcPr>
            <w:tcW w:w="5270" w:type="dxa"/>
          </w:tcPr>
          <w:p w14:paraId="292C4BFA" w14:textId="77777777" w:rsidR="00545251" w:rsidRPr="000A5B76" w:rsidRDefault="00545251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236B908F" w14:textId="77777777" w:rsidR="00545251" w:rsidRPr="000A5B76" w:rsidRDefault="00545251" w:rsidP="00161EC3"/>
        </w:tc>
      </w:tr>
      <w:tr w:rsidR="00545251" w:rsidRPr="000A5B76" w14:paraId="431E8EF8" w14:textId="77777777" w:rsidTr="00161EC3">
        <w:trPr>
          <w:jc w:val="center"/>
        </w:trPr>
        <w:tc>
          <w:tcPr>
            <w:tcW w:w="5270" w:type="dxa"/>
          </w:tcPr>
          <w:p w14:paraId="35BC1441" w14:textId="77777777" w:rsidR="00545251" w:rsidRPr="000A5B76" w:rsidRDefault="00545251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0B61D46A" w14:textId="77777777" w:rsidR="00545251" w:rsidRPr="000A5B76" w:rsidRDefault="00545251" w:rsidP="00161EC3"/>
        </w:tc>
      </w:tr>
      <w:tr w:rsidR="00545251" w:rsidRPr="000A5B76" w14:paraId="63F50FB7" w14:textId="77777777" w:rsidTr="00161EC3">
        <w:trPr>
          <w:jc w:val="center"/>
        </w:trPr>
        <w:tc>
          <w:tcPr>
            <w:tcW w:w="5270" w:type="dxa"/>
          </w:tcPr>
          <w:p w14:paraId="065F9D3C" w14:textId="77777777" w:rsidR="00545251" w:rsidRPr="000A5B76" w:rsidRDefault="00545251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1D1FB1CF" w14:textId="77777777" w:rsidR="00545251" w:rsidRPr="000A5B76" w:rsidRDefault="00545251" w:rsidP="00161EC3"/>
        </w:tc>
      </w:tr>
    </w:tbl>
    <w:p w14:paraId="4B68BE31" w14:textId="77777777" w:rsidR="00545251" w:rsidRPr="000A5B76" w:rsidRDefault="00545251" w:rsidP="00545251">
      <w:r w:rsidRPr="000A5B76">
        <w:br w:type="page"/>
      </w:r>
    </w:p>
    <w:p w14:paraId="057A47A2" w14:textId="01333FF9" w:rsidR="00545251" w:rsidRPr="000A5B76" w:rsidRDefault="00545251" w:rsidP="00545251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11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545251" w:rsidRPr="000A5B76" w14:paraId="34B29723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3F1ABAD6" w14:textId="77777777" w:rsidR="00545251" w:rsidRPr="000A5B76" w:rsidRDefault="00545251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7F7E8B4A" w14:textId="77777777" w:rsidR="00545251" w:rsidRPr="000A5B76" w:rsidRDefault="00545251" w:rsidP="00161EC3">
            <w:r w:rsidRPr="000A5B76">
              <w:rPr>
                <w:b/>
              </w:rPr>
              <w:t>Informations</w:t>
            </w:r>
          </w:p>
        </w:tc>
      </w:tr>
      <w:tr w:rsidR="00545251" w:rsidRPr="000A5B76" w14:paraId="3B8026C3" w14:textId="77777777" w:rsidTr="00161EC3">
        <w:trPr>
          <w:jc w:val="center"/>
        </w:trPr>
        <w:tc>
          <w:tcPr>
            <w:tcW w:w="5270" w:type="dxa"/>
          </w:tcPr>
          <w:p w14:paraId="425CD9EE" w14:textId="77777777" w:rsidR="00545251" w:rsidRPr="000A5B76" w:rsidRDefault="00545251" w:rsidP="00161EC3">
            <w:r w:rsidRPr="000A5B76">
              <w:t>Nom</w:t>
            </w:r>
          </w:p>
        </w:tc>
        <w:tc>
          <w:tcPr>
            <w:tcW w:w="5270" w:type="dxa"/>
          </w:tcPr>
          <w:p w14:paraId="7F214C7C" w14:textId="77777777" w:rsidR="00545251" w:rsidRPr="000A5B76" w:rsidRDefault="00545251" w:rsidP="00161EC3"/>
        </w:tc>
      </w:tr>
      <w:tr w:rsidR="00545251" w:rsidRPr="000A5B76" w14:paraId="5E72BF5A" w14:textId="77777777" w:rsidTr="00161EC3">
        <w:trPr>
          <w:jc w:val="center"/>
        </w:trPr>
        <w:tc>
          <w:tcPr>
            <w:tcW w:w="5270" w:type="dxa"/>
          </w:tcPr>
          <w:p w14:paraId="3E5BC81A" w14:textId="77777777" w:rsidR="00545251" w:rsidRPr="000A5B76" w:rsidRDefault="00545251" w:rsidP="00161EC3">
            <w:r w:rsidRPr="000A5B76">
              <w:t>Classe</w:t>
            </w:r>
          </w:p>
        </w:tc>
        <w:tc>
          <w:tcPr>
            <w:tcW w:w="5270" w:type="dxa"/>
          </w:tcPr>
          <w:p w14:paraId="62186F4D" w14:textId="77777777" w:rsidR="00545251" w:rsidRPr="000A5B76" w:rsidRDefault="00545251" w:rsidP="00161EC3"/>
        </w:tc>
      </w:tr>
      <w:tr w:rsidR="00545251" w:rsidRPr="000A5B76" w14:paraId="32A904DB" w14:textId="77777777" w:rsidTr="00161EC3">
        <w:trPr>
          <w:jc w:val="center"/>
        </w:trPr>
        <w:tc>
          <w:tcPr>
            <w:tcW w:w="5270" w:type="dxa"/>
          </w:tcPr>
          <w:p w14:paraId="7323CC7D" w14:textId="77777777" w:rsidR="00545251" w:rsidRPr="000A5B76" w:rsidRDefault="00545251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3F68CDB9" w14:textId="77777777" w:rsidR="00545251" w:rsidRPr="000A5B76" w:rsidRDefault="00545251" w:rsidP="00161EC3"/>
        </w:tc>
      </w:tr>
      <w:tr w:rsidR="00545251" w:rsidRPr="000A5B76" w14:paraId="2629C45F" w14:textId="77777777" w:rsidTr="00161EC3">
        <w:trPr>
          <w:jc w:val="center"/>
        </w:trPr>
        <w:tc>
          <w:tcPr>
            <w:tcW w:w="5270" w:type="dxa"/>
          </w:tcPr>
          <w:p w14:paraId="192C0673" w14:textId="77777777" w:rsidR="00545251" w:rsidRPr="000A5B76" w:rsidRDefault="00545251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490028CB" w14:textId="77777777" w:rsidR="00545251" w:rsidRPr="000A5B76" w:rsidRDefault="00545251" w:rsidP="00161EC3"/>
        </w:tc>
      </w:tr>
      <w:tr w:rsidR="00545251" w:rsidRPr="000A5B76" w14:paraId="2292E697" w14:textId="77777777" w:rsidTr="00161EC3">
        <w:trPr>
          <w:jc w:val="center"/>
        </w:trPr>
        <w:tc>
          <w:tcPr>
            <w:tcW w:w="5270" w:type="dxa"/>
          </w:tcPr>
          <w:p w14:paraId="2B5F3513" w14:textId="77777777" w:rsidR="00545251" w:rsidRPr="000A5B76" w:rsidRDefault="00545251" w:rsidP="00161EC3">
            <w:r w:rsidRPr="000A5B76">
              <w:t>Indications</w:t>
            </w:r>
          </w:p>
        </w:tc>
        <w:tc>
          <w:tcPr>
            <w:tcW w:w="5270" w:type="dxa"/>
          </w:tcPr>
          <w:p w14:paraId="7E83D518" w14:textId="77777777" w:rsidR="00545251" w:rsidRPr="000A5B76" w:rsidRDefault="00545251" w:rsidP="00161EC3"/>
        </w:tc>
      </w:tr>
      <w:tr w:rsidR="00545251" w:rsidRPr="000A5B76" w14:paraId="7F2E12C8" w14:textId="77777777" w:rsidTr="00161EC3">
        <w:trPr>
          <w:jc w:val="center"/>
        </w:trPr>
        <w:tc>
          <w:tcPr>
            <w:tcW w:w="5270" w:type="dxa"/>
          </w:tcPr>
          <w:p w14:paraId="78A505D8" w14:textId="77777777" w:rsidR="00545251" w:rsidRPr="000A5B76" w:rsidRDefault="00545251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6DDE2B3F" w14:textId="77777777" w:rsidR="00545251" w:rsidRPr="000A5B76" w:rsidRDefault="00545251" w:rsidP="00161EC3"/>
        </w:tc>
      </w:tr>
      <w:tr w:rsidR="00545251" w:rsidRPr="000A5B76" w14:paraId="0A9F151D" w14:textId="77777777" w:rsidTr="00161EC3">
        <w:trPr>
          <w:jc w:val="center"/>
        </w:trPr>
        <w:tc>
          <w:tcPr>
            <w:tcW w:w="5270" w:type="dxa"/>
          </w:tcPr>
          <w:p w14:paraId="25938F73" w14:textId="77777777" w:rsidR="00545251" w:rsidRPr="000A5B76" w:rsidRDefault="00545251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28F2EDF2" w14:textId="77777777" w:rsidR="00545251" w:rsidRPr="000A5B76" w:rsidRDefault="00545251" w:rsidP="00161EC3"/>
        </w:tc>
      </w:tr>
      <w:tr w:rsidR="00545251" w:rsidRPr="000A5B76" w14:paraId="524A6A54" w14:textId="77777777" w:rsidTr="00161EC3">
        <w:trPr>
          <w:jc w:val="center"/>
        </w:trPr>
        <w:tc>
          <w:tcPr>
            <w:tcW w:w="5270" w:type="dxa"/>
          </w:tcPr>
          <w:p w14:paraId="13F9B5DB" w14:textId="77777777" w:rsidR="00545251" w:rsidRPr="000A5B76" w:rsidRDefault="00545251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6DC24E80" w14:textId="77777777" w:rsidR="00545251" w:rsidRPr="000A5B76" w:rsidRDefault="00545251" w:rsidP="00161EC3"/>
        </w:tc>
      </w:tr>
    </w:tbl>
    <w:p w14:paraId="0BDDECAA" w14:textId="77777777" w:rsidR="00545251" w:rsidRPr="000A5B76" w:rsidRDefault="00545251" w:rsidP="00545251">
      <w:r w:rsidRPr="000A5B76">
        <w:br w:type="page"/>
      </w:r>
    </w:p>
    <w:p w14:paraId="2629D7F3" w14:textId="6ABFAD4B" w:rsidR="00545251" w:rsidRPr="000A5B76" w:rsidRDefault="00545251" w:rsidP="00545251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12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545251" w:rsidRPr="000A5B76" w14:paraId="4A8109DD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2E4E4A5D" w14:textId="77777777" w:rsidR="00545251" w:rsidRPr="000A5B76" w:rsidRDefault="00545251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0C87A2E6" w14:textId="77777777" w:rsidR="00545251" w:rsidRPr="000A5B76" w:rsidRDefault="00545251" w:rsidP="00161EC3">
            <w:r w:rsidRPr="000A5B76">
              <w:rPr>
                <w:b/>
              </w:rPr>
              <w:t>Informations</w:t>
            </w:r>
          </w:p>
        </w:tc>
      </w:tr>
      <w:tr w:rsidR="00545251" w:rsidRPr="000A5B76" w14:paraId="30F439C5" w14:textId="77777777" w:rsidTr="00161EC3">
        <w:trPr>
          <w:jc w:val="center"/>
        </w:trPr>
        <w:tc>
          <w:tcPr>
            <w:tcW w:w="5270" w:type="dxa"/>
          </w:tcPr>
          <w:p w14:paraId="53643D3C" w14:textId="77777777" w:rsidR="00545251" w:rsidRPr="000A5B76" w:rsidRDefault="00545251" w:rsidP="00161EC3">
            <w:r w:rsidRPr="000A5B76">
              <w:t>Nom</w:t>
            </w:r>
          </w:p>
        </w:tc>
        <w:tc>
          <w:tcPr>
            <w:tcW w:w="5270" w:type="dxa"/>
          </w:tcPr>
          <w:p w14:paraId="478E1624" w14:textId="77777777" w:rsidR="00545251" w:rsidRPr="000A5B76" w:rsidRDefault="00545251" w:rsidP="00161EC3"/>
        </w:tc>
      </w:tr>
      <w:tr w:rsidR="00545251" w:rsidRPr="000A5B76" w14:paraId="49B5DBAC" w14:textId="77777777" w:rsidTr="00161EC3">
        <w:trPr>
          <w:jc w:val="center"/>
        </w:trPr>
        <w:tc>
          <w:tcPr>
            <w:tcW w:w="5270" w:type="dxa"/>
          </w:tcPr>
          <w:p w14:paraId="24591A7A" w14:textId="77777777" w:rsidR="00545251" w:rsidRPr="000A5B76" w:rsidRDefault="00545251" w:rsidP="00161EC3">
            <w:r w:rsidRPr="000A5B76">
              <w:t>Classe</w:t>
            </w:r>
          </w:p>
        </w:tc>
        <w:tc>
          <w:tcPr>
            <w:tcW w:w="5270" w:type="dxa"/>
          </w:tcPr>
          <w:p w14:paraId="095980FB" w14:textId="77777777" w:rsidR="00545251" w:rsidRPr="000A5B76" w:rsidRDefault="00545251" w:rsidP="00161EC3"/>
        </w:tc>
      </w:tr>
      <w:tr w:rsidR="00545251" w:rsidRPr="000A5B76" w14:paraId="1DDB64B6" w14:textId="77777777" w:rsidTr="00161EC3">
        <w:trPr>
          <w:jc w:val="center"/>
        </w:trPr>
        <w:tc>
          <w:tcPr>
            <w:tcW w:w="5270" w:type="dxa"/>
          </w:tcPr>
          <w:p w14:paraId="60B9420E" w14:textId="77777777" w:rsidR="00545251" w:rsidRPr="000A5B76" w:rsidRDefault="00545251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3E27F47E" w14:textId="77777777" w:rsidR="00545251" w:rsidRPr="000A5B76" w:rsidRDefault="00545251" w:rsidP="00161EC3"/>
        </w:tc>
      </w:tr>
      <w:tr w:rsidR="00545251" w:rsidRPr="000A5B76" w14:paraId="58D50F74" w14:textId="77777777" w:rsidTr="00161EC3">
        <w:trPr>
          <w:jc w:val="center"/>
        </w:trPr>
        <w:tc>
          <w:tcPr>
            <w:tcW w:w="5270" w:type="dxa"/>
          </w:tcPr>
          <w:p w14:paraId="04B352EB" w14:textId="77777777" w:rsidR="00545251" w:rsidRPr="000A5B76" w:rsidRDefault="00545251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6E80A8B5" w14:textId="77777777" w:rsidR="00545251" w:rsidRPr="000A5B76" w:rsidRDefault="00545251" w:rsidP="00161EC3"/>
        </w:tc>
      </w:tr>
      <w:tr w:rsidR="00545251" w:rsidRPr="000A5B76" w14:paraId="4E02F915" w14:textId="77777777" w:rsidTr="00161EC3">
        <w:trPr>
          <w:jc w:val="center"/>
        </w:trPr>
        <w:tc>
          <w:tcPr>
            <w:tcW w:w="5270" w:type="dxa"/>
          </w:tcPr>
          <w:p w14:paraId="00BEBDF8" w14:textId="77777777" w:rsidR="00545251" w:rsidRPr="000A5B76" w:rsidRDefault="00545251" w:rsidP="00161EC3">
            <w:r w:rsidRPr="000A5B76">
              <w:t>Indications</w:t>
            </w:r>
          </w:p>
        </w:tc>
        <w:tc>
          <w:tcPr>
            <w:tcW w:w="5270" w:type="dxa"/>
          </w:tcPr>
          <w:p w14:paraId="308A8AFE" w14:textId="77777777" w:rsidR="00545251" w:rsidRPr="000A5B76" w:rsidRDefault="00545251" w:rsidP="00161EC3"/>
        </w:tc>
      </w:tr>
      <w:tr w:rsidR="00545251" w:rsidRPr="000A5B76" w14:paraId="6F199AF1" w14:textId="77777777" w:rsidTr="00161EC3">
        <w:trPr>
          <w:jc w:val="center"/>
        </w:trPr>
        <w:tc>
          <w:tcPr>
            <w:tcW w:w="5270" w:type="dxa"/>
          </w:tcPr>
          <w:p w14:paraId="631A728E" w14:textId="77777777" w:rsidR="00545251" w:rsidRPr="000A5B76" w:rsidRDefault="00545251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08A9A488" w14:textId="77777777" w:rsidR="00545251" w:rsidRPr="000A5B76" w:rsidRDefault="00545251" w:rsidP="00161EC3"/>
        </w:tc>
      </w:tr>
      <w:tr w:rsidR="00545251" w:rsidRPr="000A5B76" w14:paraId="7271D24C" w14:textId="77777777" w:rsidTr="00161EC3">
        <w:trPr>
          <w:jc w:val="center"/>
        </w:trPr>
        <w:tc>
          <w:tcPr>
            <w:tcW w:w="5270" w:type="dxa"/>
          </w:tcPr>
          <w:p w14:paraId="445A0FD4" w14:textId="77777777" w:rsidR="00545251" w:rsidRPr="000A5B76" w:rsidRDefault="00545251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4E1E10A8" w14:textId="77777777" w:rsidR="00545251" w:rsidRPr="000A5B76" w:rsidRDefault="00545251" w:rsidP="00161EC3"/>
        </w:tc>
      </w:tr>
      <w:tr w:rsidR="00545251" w:rsidRPr="000A5B76" w14:paraId="46E56975" w14:textId="77777777" w:rsidTr="00161EC3">
        <w:trPr>
          <w:jc w:val="center"/>
        </w:trPr>
        <w:tc>
          <w:tcPr>
            <w:tcW w:w="5270" w:type="dxa"/>
          </w:tcPr>
          <w:p w14:paraId="139DA293" w14:textId="77777777" w:rsidR="00545251" w:rsidRPr="000A5B76" w:rsidRDefault="00545251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2172A9B6" w14:textId="77777777" w:rsidR="00545251" w:rsidRPr="000A5B76" w:rsidRDefault="00545251" w:rsidP="00161EC3"/>
        </w:tc>
      </w:tr>
    </w:tbl>
    <w:p w14:paraId="6A0B8C23" w14:textId="77777777" w:rsidR="00545251" w:rsidRPr="000A5B76" w:rsidRDefault="00545251" w:rsidP="00545251">
      <w:r w:rsidRPr="000A5B76">
        <w:br w:type="page"/>
      </w:r>
    </w:p>
    <w:p w14:paraId="143B40D5" w14:textId="60707D22" w:rsidR="00545251" w:rsidRPr="000A5B76" w:rsidRDefault="00545251" w:rsidP="00545251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1</w:t>
      </w:r>
      <w:r w:rsidRPr="000A5B76">
        <w:rPr>
          <w:b/>
          <w:sz w:val="28"/>
        </w:rPr>
        <w:t>3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545251" w:rsidRPr="000A5B76" w14:paraId="6AAA0625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4032D50A" w14:textId="77777777" w:rsidR="00545251" w:rsidRPr="000A5B76" w:rsidRDefault="00545251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7923BA2B" w14:textId="77777777" w:rsidR="00545251" w:rsidRPr="000A5B76" w:rsidRDefault="00545251" w:rsidP="00161EC3">
            <w:r w:rsidRPr="000A5B76">
              <w:rPr>
                <w:b/>
              </w:rPr>
              <w:t>Informations</w:t>
            </w:r>
          </w:p>
        </w:tc>
      </w:tr>
      <w:tr w:rsidR="00545251" w:rsidRPr="000A5B76" w14:paraId="0C2FB0CB" w14:textId="77777777" w:rsidTr="00161EC3">
        <w:trPr>
          <w:jc w:val="center"/>
        </w:trPr>
        <w:tc>
          <w:tcPr>
            <w:tcW w:w="5270" w:type="dxa"/>
          </w:tcPr>
          <w:p w14:paraId="17BAA378" w14:textId="77777777" w:rsidR="00545251" w:rsidRPr="000A5B76" w:rsidRDefault="00545251" w:rsidP="00161EC3">
            <w:r w:rsidRPr="000A5B76">
              <w:t>Nom</w:t>
            </w:r>
          </w:p>
        </w:tc>
        <w:tc>
          <w:tcPr>
            <w:tcW w:w="5270" w:type="dxa"/>
          </w:tcPr>
          <w:p w14:paraId="6E1DE6E4" w14:textId="77777777" w:rsidR="00545251" w:rsidRPr="000A5B76" w:rsidRDefault="00545251" w:rsidP="00161EC3"/>
        </w:tc>
      </w:tr>
      <w:tr w:rsidR="00545251" w:rsidRPr="000A5B76" w14:paraId="40BE0C58" w14:textId="77777777" w:rsidTr="00161EC3">
        <w:trPr>
          <w:jc w:val="center"/>
        </w:trPr>
        <w:tc>
          <w:tcPr>
            <w:tcW w:w="5270" w:type="dxa"/>
          </w:tcPr>
          <w:p w14:paraId="1C9E07E2" w14:textId="77777777" w:rsidR="00545251" w:rsidRPr="000A5B76" w:rsidRDefault="00545251" w:rsidP="00161EC3">
            <w:r w:rsidRPr="000A5B76">
              <w:t>Classe</w:t>
            </w:r>
          </w:p>
        </w:tc>
        <w:tc>
          <w:tcPr>
            <w:tcW w:w="5270" w:type="dxa"/>
          </w:tcPr>
          <w:p w14:paraId="75A11C0D" w14:textId="77777777" w:rsidR="00545251" w:rsidRPr="000A5B76" w:rsidRDefault="00545251" w:rsidP="00161EC3"/>
        </w:tc>
      </w:tr>
      <w:tr w:rsidR="00545251" w:rsidRPr="000A5B76" w14:paraId="77BCB5D5" w14:textId="77777777" w:rsidTr="00161EC3">
        <w:trPr>
          <w:jc w:val="center"/>
        </w:trPr>
        <w:tc>
          <w:tcPr>
            <w:tcW w:w="5270" w:type="dxa"/>
          </w:tcPr>
          <w:p w14:paraId="55EC5BEB" w14:textId="77777777" w:rsidR="00545251" w:rsidRPr="000A5B76" w:rsidRDefault="00545251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678F18F1" w14:textId="77777777" w:rsidR="00545251" w:rsidRPr="000A5B76" w:rsidRDefault="00545251" w:rsidP="00161EC3"/>
        </w:tc>
      </w:tr>
      <w:tr w:rsidR="00545251" w:rsidRPr="000A5B76" w14:paraId="70F1B9FD" w14:textId="77777777" w:rsidTr="00161EC3">
        <w:trPr>
          <w:jc w:val="center"/>
        </w:trPr>
        <w:tc>
          <w:tcPr>
            <w:tcW w:w="5270" w:type="dxa"/>
          </w:tcPr>
          <w:p w14:paraId="1D9895E1" w14:textId="77777777" w:rsidR="00545251" w:rsidRPr="000A5B76" w:rsidRDefault="00545251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01BAA8FE" w14:textId="77777777" w:rsidR="00545251" w:rsidRPr="000A5B76" w:rsidRDefault="00545251" w:rsidP="00161EC3"/>
        </w:tc>
      </w:tr>
      <w:tr w:rsidR="00545251" w:rsidRPr="000A5B76" w14:paraId="57206E97" w14:textId="77777777" w:rsidTr="00161EC3">
        <w:trPr>
          <w:jc w:val="center"/>
        </w:trPr>
        <w:tc>
          <w:tcPr>
            <w:tcW w:w="5270" w:type="dxa"/>
          </w:tcPr>
          <w:p w14:paraId="04791514" w14:textId="77777777" w:rsidR="00545251" w:rsidRPr="000A5B76" w:rsidRDefault="00545251" w:rsidP="00161EC3">
            <w:r w:rsidRPr="000A5B76">
              <w:t>Indications</w:t>
            </w:r>
          </w:p>
        </w:tc>
        <w:tc>
          <w:tcPr>
            <w:tcW w:w="5270" w:type="dxa"/>
          </w:tcPr>
          <w:p w14:paraId="342A558A" w14:textId="77777777" w:rsidR="00545251" w:rsidRPr="000A5B76" w:rsidRDefault="00545251" w:rsidP="00161EC3"/>
        </w:tc>
      </w:tr>
      <w:tr w:rsidR="00545251" w:rsidRPr="000A5B76" w14:paraId="04684FAD" w14:textId="77777777" w:rsidTr="00161EC3">
        <w:trPr>
          <w:jc w:val="center"/>
        </w:trPr>
        <w:tc>
          <w:tcPr>
            <w:tcW w:w="5270" w:type="dxa"/>
          </w:tcPr>
          <w:p w14:paraId="123F806F" w14:textId="77777777" w:rsidR="00545251" w:rsidRPr="000A5B76" w:rsidRDefault="00545251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292ED32E" w14:textId="77777777" w:rsidR="00545251" w:rsidRPr="000A5B76" w:rsidRDefault="00545251" w:rsidP="00161EC3"/>
        </w:tc>
      </w:tr>
      <w:tr w:rsidR="00545251" w:rsidRPr="000A5B76" w14:paraId="07B8E426" w14:textId="77777777" w:rsidTr="00161EC3">
        <w:trPr>
          <w:jc w:val="center"/>
        </w:trPr>
        <w:tc>
          <w:tcPr>
            <w:tcW w:w="5270" w:type="dxa"/>
          </w:tcPr>
          <w:p w14:paraId="30C549A9" w14:textId="77777777" w:rsidR="00545251" w:rsidRPr="000A5B76" w:rsidRDefault="00545251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1BA79982" w14:textId="77777777" w:rsidR="00545251" w:rsidRPr="000A5B76" w:rsidRDefault="00545251" w:rsidP="00161EC3"/>
        </w:tc>
      </w:tr>
      <w:tr w:rsidR="00545251" w:rsidRPr="000A5B76" w14:paraId="271D55EA" w14:textId="77777777" w:rsidTr="00161EC3">
        <w:trPr>
          <w:jc w:val="center"/>
        </w:trPr>
        <w:tc>
          <w:tcPr>
            <w:tcW w:w="5270" w:type="dxa"/>
          </w:tcPr>
          <w:p w14:paraId="5B154A10" w14:textId="77777777" w:rsidR="00545251" w:rsidRPr="000A5B76" w:rsidRDefault="00545251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5AC733DC" w14:textId="77777777" w:rsidR="00545251" w:rsidRPr="000A5B76" w:rsidRDefault="00545251" w:rsidP="00161EC3"/>
        </w:tc>
      </w:tr>
    </w:tbl>
    <w:p w14:paraId="2B75C76D" w14:textId="77777777" w:rsidR="00545251" w:rsidRPr="000A5B76" w:rsidRDefault="00545251" w:rsidP="00545251">
      <w:r w:rsidRPr="000A5B76">
        <w:br w:type="page"/>
      </w:r>
    </w:p>
    <w:p w14:paraId="567D67B4" w14:textId="09C9EE85" w:rsidR="00545251" w:rsidRPr="000A5B76" w:rsidRDefault="00545251" w:rsidP="00545251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14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545251" w:rsidRPr="000A5B76" w14:paraId="12099D6C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240042E1" w14:textId="77777777" w:rsidR="00545251" w:rsidRPr="000A5B76" w:rsidRDefault="00545251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39126717" w14:textId="77777777" w:rsidR="00545251" w:rsidRPr="000A5B76" w:rsidRDefault="00545251" w:rsidP="00161EC3">
            <w:r w:rsidRPr="000A5B76">
              <w:rPr>
                <w:b/>
              </w:rPr>
              <w:t>Informations</w:t>
            </w:r>
          </w:p>
        </w:tc>
      </w:tr>
      <w:tr w:rsidR="00545251" w:rsidRPr="000A5B76" w14:paraId="2F2719D4" w14:textId="77777777" w:rsidTr="00161EC3">
        <w:trPr>
          <w:jc w:val="center"/>
        </w:trPr>
        <w:tc>
          <w:tcPr>
            <w:tcW w:w="5270" w:type="dxa"/>
          </w:tcPr>
          <w:p w14:paraId="15E8F754" w14:textId="77777777" w:rsidR="00545251" w:rsidRPr="000A5B76" w:rsidRDefault="00545251" w:rsidP="00161EC3">
            <w:r w:rsidRPr="000A5B76">
              <w:t>Nom</w:t>
            </w:r>
          </w:p>
        </w:tc>
        <w:tc>
          <w:tcPr>
            <w:tcW w:w="5270" w:type="dxa"/>
          </w:tcPr>
          <w:p w14:paraId="256502BF" w14:textId="77777777" w:rsidR="00545251" w:rsidRPr="000A5B76" w:rsidRDefault="00545251" w:rsidP="00161EC3"/>
        </w:tc>
      </w:tr>
      <w:tr w:rsidR="00545251" w:rsidRPr="000A5B76" w14:paraId="74B656FE" w14:textId="77777777" w:rsidTr="00161EC3">
        <w:trPr>
          <w:jc w:val="center"/>
        </w:trPr>
        <w:tc>
          <w:tcPr>
            <w:tcW w:w="5270" w:type="dxa"/>
          </w:tcPr>
          <w:p w14:paraId="0A169596" w14:textId="77777777" w:rsidR="00545251" w:rsidRPr="000A5B76" w:rsidRDefault="00545251" w:rsidP="00161EC3">
            <w:r w:rsidRPr="000A5B76">
              <w:t>Classe</w:t>
            </w:r>
          </w:p>
        </w:tc>
        <w:tc>
          <w:tcPr>
            <w:tcW w:w="5270" w:type="dxa"/>
          </w:tcPr>
          <w:p w14:paraId="1F755E7B" w14:textId="77777777" w:rsidR="00545251" w:rsidRPr="000A5B76" w:rsidRDefault="00545251" w:rsidP="00161EC3"/>
        </w:tc>
      </w:tr>
      <w:tr w:rsidR="00545251" w:rsidRPr="000A5B76" w14:paraId="78EDB48C" w14:textId="77777777" w:rsidTr="00161EC3">
        <w:trPr>
          <w:jc w:val="center"/>
        </w:trPr>
        <w:tc>
          <w:tcPr>
            <w:tcW w:w="5270" w:type="dxa"/>
          </w:tcPr>
          <w:p w14:paraId="123444F7" w14:textId="77777777" w:rsidR="00545251" w:rsidRPr="000A5B76" w:rsidRDefault="00545251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7A46606A" w14:textId="77777777" w:rsidR="00545251" w:rsidRPr="000A5B76" w:rsidRDefault="00545251" w:rsidP="00161EC3"/>
        </w:tc>
      </w:tr>
      <w:tr w:rsidR="00545251" w:rsidRPr="000A5B76" w14:paraId="642AB67B" w14:textId="77777777" w:rsidTr="00161EC3">
        <w:trPr>
          <w:jc w:val="center"/>
        </w:trPr>
        <w:tc>
          <w:tcPr>
            <w:tcW w:w="5270" w:type="dxa"/>
          </w:tcPr>
          <w:p w14:paraId="52344A61" w14:textId="77777777" w:rsidR="00545251" w:rsidRPr="000A5B76" w:rsidRDefault="00545251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3B165E41" w14:textId="77777777" w:rsidR="00545251" w:rsidRPr="000A5B76" w:rsidRDefault="00545251" w:rsidP="00161EC3"/>
        </w:tc>
      </w:tr>
      <w:tr w:rsidR="00545251" w:rsidRPr="000A5B76" w14:paraId="12E86C03" w14:textId="77777777" w:rsidTr="00161EC3">
        <w:trPr>
          <w:jc w:val="center"/>
        </w:trPr>
        <w:tc>
          <w:tcPr>
            <w:tcW w:w="5270" w:type="dxa"/>
          </w:tcPr>
          <w:p w14:paraId="55A788D7" w14:textId="77777777" w:rsidR="00545251" w:rsidRPr="000A5B76" w:rsidRDefault="00545251" w:rsidP="00161EC3">
            <w:r w:rsidRPr="000A5B76">
              <w:t>Indications</w:t>
            </w:r>
          </w:p>
        </w:tc>
        <w:tc>
          <w:tcPr>
            <w:tcW w:w="5270" w:type="dxa"/>
          </w:tcPr>
          <w:p w14:paraId="17397920" w14:textId="77777777" w:rsidR="00545251" w:rsidRPr="000A5B76" w:rsidRDefault="00545251" w:rsidP="00161EC3"/>
        </w:tc>
      </w:tr>
      <w:tr w:rsidR="00545251" w:rsidRPr="000A5B76" w14:paraId="54A7FA48" w14:textId="77777777" w:rsidTr="00161EC3">
        <w:trPr>
          <w:jc w:val="center"/>
        </w:trPr>
        <w:tc>
          <w:tcPr>
            <w:tcW w:w="5270" w:type="dxa"/>
          </w:tcPr>
          <w:p w14:paraId="79846915" w14:textId="77777777" w:rsidR="00545251" w:rsidRPr="000A5B76" w:rsidRDefault="00545251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67C03B18" w14:textId="77777777" w:rsidR="00545251" w:rsidRPr="000A5B76" w:rsidRDefault="00545251" w:rsidP="00161EC3"/>
        </w:tc>
      </w:tr>
      <w:tr w:rsidR="00545251" w:rsidRPr="000A5B76" w14:paraId="02E8BE4F" w14:textId="77777777" w:rsidTr="00161EC3">
        <w:trPr>
          <w:jc w:val="center"/>
        </w:trPr>
        <w:tc>
          <w:tcPr>
            <w:tcW w:w="5270" w:type="dxa"/>
          </w:tcPr>
          <w:p w14:paraId="4B3991F1" w14:textId="77777777" w:rsidR="00545251" w:rsidRPr="000A5B76" w:rsidRDefault="00545251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7AA0B911" w14:textId="77777777" w:rsidR="00545251" w:rsidRPr="000A5B76" w:rsidRDefault="00545251" w:rsidP="00161EC3"/>
        </w:tc>
      </w:tr>
      <w:tr w:rsidR="00545251" w:rsidRPr="000A5B76" w14:paraId="0013DCF8" w14:textId="77777777" w:rsidTr="00161EC3">
        <w:trPr>
          <w:jc w:val="center"/>
        </w:trPr>
        <w:tc>
          <w:tcPr>
            <w:tcW w:w="5270" w:type="dxa"/>
          </w:tcPr>
          <w:p w14:paraId="35D99D5D" w14:textId="77777777" w:rsidR="00545251" w:rsidRPr="000A5B76" w:rsidRDefault="00545251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7876C942" w14:textId="77777777" w:rsidR="00545251" w:rsidRPr="000A5B76" w:rsidRDefault="00545251" w:rsidP="00161EC3"/>
        </w:tc>
      </w:tr>
    </w:tbl>
    <w:p w14:paraId="1510D077" w14:textId="77777777" w:rsidR="00545251" w:rsidRPr="000A5B76" w:rsidRDefault="00545251" w:rsidP="00545251">
      <w:r w:rsidRPr="000A5B76">
        <w:br w:type="page"/>
      </w:r>
    </w:p>
    <w:p w14:paraId="51745C91" w14:textId="43D6286D" w:rsidR="00545251" w:rsidRPr="000A5B76" w:rsidRDefault="00545251" w:rsidP="00545251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15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545251" w:rsidRPr="000A5B76" w14:paraId="59498103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78100455" w14:textId="77777777" w:rsidR="00545251" w:rsidRPr="000A5B76" w:rsidRDefault="00545251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19833308" w14:textId="77777777" w:rsidR="00545251" w:rsidRPr="000A5B76" w:rsidRDefault="00545251" w:rsidP="00161EC3">
            <w:r w:rsidRPr="000A5B76">
              <w:rPr>
                <w:b/>
              </w:rPr>
              <w:t>Informations</w:t>
            </w:r>
          </w:p>
        </w:tc>
      </w:tr>
      <w:tr w:rsidR="00545251" w:rsidRPr="000A5B76" w14:paraId="11F103B8" w14:textId="77777777" w:rsidTr="00161EC3">
        <w:trPr>
          <w:jc w:val="center"/>
        </w:trPr>
        <w:tc>
          <w:tcPr>
            <w:tcW w:w="5270" w:type="dxa"/>
          </w:tcPr>
          <w:p w14:paraId="73E73863" w14:textId="77777777" w:rsidR="00545251" w:rsidRPr="000A5B76" w:rsidRDefault="00545251" w:rsidP="00161EC3">
            <w:r w:rsidRPr="000A5B76">
              <w:t>Nom</w:t>
            </w:r>
          </w:p>
        </w:tc>
        <w:tc>
          <w:tcPr>
            <w:tcW w:w="5270" w:type="dxa"/>
          </w:tcPr>
          <w:p w14:paraId="086B282D" w14:textId="77777777" w:rsidR="00545251" w:rsidRPr="000A5B76" w:rsidRDefault="00545251" w:rsidP="00161EC3"/>
        </w:tc>
      </w:tr>
      <w:tr w:rsidR="00545251" w:rsidRPr="000A5B76" w14:paraId="73514F7C" w14:textId="77777777" w:rsidTr="00161EC3">
        <w:trPr>
          <w:jc w:val="center"/>
        </w:trPr>
        <w:tc>
          <w:tcPr>
            <w:tcW w:w="5270" w:type="dxa"/>
          </w:tcPr>
          <w:p w14:paraId="66285440" w14:textId="77777777" w:rsidR="00545251" w:rsidRPr="000A5B76" w:rsidRDefault="00545251" w:rsidP="00161EC3">
            <w:r w:rsidRPr="000A5B76">
              <w:t>Classe</w:t>
            </w:r>
          </w:p>
        </w:tc>
        <w:tc>
          <w:tcPr>
            <w:tcW w:w="5270" w:type="dxa"/>
          </w:tcPr>
          <w:p w14:paraId="3435141C" w14:textId="77777777" w:rsidR="00545251" w:rsidRPr="000A5B76" w:rsidRDefault="00545251" w:rsidP="00161EC3"/>
        </w:tc>
      </w:tr>
      <w:tr w:rsidR="00545251" w:rsidRPr="000A5B76" w14:paraId="1CABD21D" w14:textId="77777777" w:rsidTr="00161EC3">
        <w:trPr>
          <w:jc w:val="center"/>
        </w:trPr>
        <w:tc>
          <w:tcPr>
            <w:tcW w:w="5270" w:type="dxa"/>
          </w:tcPr>
          <w:p w14:paraId="116335AC" w14:textId="77777777" w:rsidR="00545251" w:rsidRPr="000A5B76" w:rsidRDefault="00545251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260EB112" w14:textId="77777777" w:rsidR="00545251" w:rsidRPr="000A5B76" w:rsidRDefault="00545251" w:rsidP="00161EC3"/>
        </w:tc>
      </w:tr>
      <w:tr w:rsidR="00545251" w:rsidRPr="000A5B76" w14:paraId="1E64DED4" w14:textId="77777777" w:rsidTr="00161EC3">
        <w:trPr>
          <w:jc w:val="center"/>
        </w:trPr>
        <w:tc>
          <w:tcPr>
            <w:tcW w:w="5270" w:type="dxa"/>
          </w:tcPr>
          <w:p w14:paraId="06A85C75" w14:textId="77777777" w:rsidR="00545251" w:rsidRPr="000A5B76" w:rsidRDefault="00545251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03EFB7A5" w14:textId="77777777" w:rsidR="00545251" w:rsidRPr="000A5B76" w:rsidRDefault="00545251" w:rsidP="00161EC3"/>
        </w:tc>
      </w:tr>
      <w:tr w:rsidR="00545251" w:rsidRPr="000A5B76" w14:paraId="31C243BD" w14:textId="77777777" w:rsidTr="00161EC3">
        <w:trPr>
          <w:jc w:val="center"/>
        </w:trPr>
        <w:tc>
          <w:tcPr>
            <w:tcW w:w="5270" w:type="dxa"/>
          </w:tcPr>
          <w:p w14:paraId="1EC53319" w14:textId="77777777" w:rsidR="00545251" w:rsidRPr="000A5B76" w:rsidRDefault="00545251" w:rsidP="00161EC3">
            <w:r w:rsidRPr="000A5B76">
              <w:t>Indications</w:t>
            </w:r>
          </w:p>
        </w:tc>
        <w:tc>
          <w:tcPr>
            <w:tcW w:w="5270" w:type="dxa"/>
          </w:tcPr>
          <w:p w14:paraId="0E4615E2" w14:textId="77777777" w:rsidR="00545251" w:rsidRPr="000A5B76" w:rsidRDefault="00545251" w:rsidP="00161EC3"/>
        </w:tc>
      </w:tr>
      <w:tr w:rsidR="00545251" w:rsidRPr="000A5B76" w14:paraId="19BB96ED" w14:textId="77777777" w:rsidTr="00161EC3">
        <w:trPr>
          <w:jc w:val="center"/>
        </w:trPr>
        <w:tc>
          <w:tcPr>
            <w:tcW w:w="5270" w:type="dxa"/>
          </w:tcPr>
          <w:p w14:paraId="04AD6BD3" w14:textId="77777777" w:rsidR="00545251" w:rsidRPr="000A5B76" w:rsidRDefault="00545251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0C0E400B" w14:textId="77777777" w:rsidR="00545251" w:rsidRPr="000A5B76" w:rsidRDefault="00545251" w:rsidP="00161EC3"/>
        </w:tc>
      </w:tr>
      <w:tr w:rsidR="00545251" w:rsidRPr="000A5B76" w14:paraId="21561C12" w14:textId="77777777" w:rsidTr="00161EC3">
        <w:trPr>
          <w:jc w:val="center"/>
        </w:trPr>
        <w:tc>
          <w:tcPr>
            <w:tcW w:w="5270" w:type="dxa"/>
          </w:tcPr>
          <w:p w14:paraId="4C99CD07" w14:textId="77777777" w:rsidR="00545251" w:rsidRPr="000A5B76" w:rsidRDefault="00545251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435B5198" w14:textId="77777777" w:rsidR="00545251" w:rsidRPr="000A5B76" w:rsidRDefault="00545251" w:rsidP="00161EC3"/>
        </w:tc>
      </w:tr>
      <w:tr w:rsidR="00545251" w:rsidRPr="000A5B76" w14:paraId="6AF2CFCF" w14:textId="77777777" w:rsidTr="00161EC3">
        <w:trPr>
          <w:jc w:val="center"/>
        </w:trPr>
        <w:tc>
          <w:tcPr>
            <w:tcW w:w="5270" w:type="dxa"/>
          </w:tcPr>
          <w:p w14:paraId="7F7FAEEF" w14:textId="77777777" w:rsidR="00545251" w:rsidRPr="000A5B76" w:rsidRDefault="00545251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60670334" w14:textId="77777777" w:rsidR="00545251" w:rsidRPr="000A5B76" w:rsidRDefault="00545251" w:rsidP="00161EC3"/>
        </w:tc>
      </w:tr>
    </w:tbl>
    <w:p w14:paraId="001B23F3" w14:textId="77777777" w:rsidR="00545251" w:rsidRPr="000A5B76" w:rsidRDefault="00545251" w:rsidP="00545251">
      <w:r w:rsidRPr="000A5B76">
        <w:br w:type="page"/>
      </w:r>
    </w:p>
    <w:p w14:paraId="4C79F0CE" w14:textId="62E8B8B0" w:rsidR="00CB1C82" w:rsidRPr="000A5B76" w:rsidRDefault="00CB1C82" w:rsidP="00CB1C82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16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CB1C82" w:rsidRPr="000A5B76" w14:paraId="443A8E3B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7D17E440" w14:textId="77777777" w:rsidR="00CB1C82" w:rsidRPr="000A5B76" w:rsidRDefault="00CB1C82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189C6E27" w14:textId="77777777" w:rsidR="00CB1C82" w:rsidRPr="000A5B76" w:rsidRDefault="00CB1C82" w:rsidP="00161EC3">
            <w:r w:rsidRPr="000A5B76">
              <w:rPr>
                <w:b/>
              </w:rPr>
              <w:t>Informations</w:t>
            </w:r>
          </w:p>
        </w:tc>
      </w:tr>
      <w:tr w:rsidR="00CB1C82" w:rsidRPr="000A5B76" w14:paraId="21AE4DE4" w14:textId="77777777" w:rsidTr="00161EC3">
        <w:trPr>
          <w:jc w:val="center"/>
        </w:trPr>
        <w:tc>
          <w:tcPr>
            <w:tcW w:w="5270" w:type="dxa"/>
          </w:tcPr>
          <w:p w14:paraId="156F52E4" w14:textId="77777777" w:rsidR="00CB1C82" w:rsidRPr="000A5B76" w:rsidRDefault="00CB1C82" w:rsidP="00161EC3">
            <w:r w:rsidRPr="000A5B76">
              <w:t>Nom</w:t>
            </w:r>
          </w:p>
        </w:tc>
        <w:tc>
          <w:tcPr>
            <w:tcW w:w="5270" w:type="dxa"/>
          </w:tcPr>
          <w:p w14:paraId="6ACBA60E" w14:textId="77777777" w:rsidR="00CB1C82" w:rsidRPr="000A5B76" w:rsidRDefault="00CB1C82" w:rsidP="00161EC3"/>
        </w:tc>
      </w:tr>
      <w:tr w:rsidR="00CB1C82" w:rsidRPr="000A5B76" w14:paraId="7B36DB4E" w14:textId="77777777" w:rsidTr="00161EC3">
        <w:trPr>
          <w:jc w:val="center"/>
        </w:trPr>
        <w:tc>
          <w:tcPr>
            <w:tcW w:w="5270" w:type="dxa"/>
          </w:tcPr>
          <w:p w14:paraId="36EEDF66" w14:textId="77777777" w:rsidR="00CB1C82" w:rsidRPr="000A5B76" w:rsidRDefault="00CB1C82" w:rsidP="00161EC3">
            <w:r w:rsidRPr="000A5B76">
              <w:t>Classe</w:t>
            </w:r>
          </w:p>
        </w:tc>
        <w:tc>
          <w:tcPr>
            <w:tcW w:w="5270" w:type="dxa"/>
          </w:tcPr>
          <w:p w14:paraId="04FD0F0B" w14:textId="77777777" w:rsidR="00CB1C82" w:rsidRPr="000A5B76" w:rsidRDefault="00CB1C82" w:rsidP="00161EC3"/>
        </w:tc>
      </w:tr>
      <w:tr w:rsidR="00CB1C82" w:rsidRPr="000A5B76" w14:paraId="4EBECA1D" w14:textId="77777777" w:rsidTr="00161EC3">
        <w:trPr>
          <w:jc w:val="center"/>
        </w:trPr>
        <w:tc>
          <w:tcPr>
            <w:tcW w:w="5270" w:type="dxa"/>
          </w:tcPr>
          <w:p w14:paraId="02883607" w14:textId="77777777" w:rsidR="00CB1C82" w:rsidRPr="000A5B76" w:rsidRDefault="00CB1C82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3E8D533B" w14:textId="77777777" w:rsidR="00CB1C82" w:rsidRPr="000A5B76" w:rsidRDefault="00CB1C82" w:rsidP="00161EC3"/>
        </w:tc>
      </w:tr>
      <w:tr w:rsidR="00CB1C82" w:rsidRPr="000A5B76" w14:paraId="51A9EB14" w14:textId="77777777" w:rsidTr="00161EC3">
        <w:trPr>
          <w:jc w:val="center"/>
        </w:trPr>
        <w:tc>
          <w:tcPr>
            <w:tcW w:w="5270" w:type="dxa"/>
          </w:tcPr>
          <w:p w14:paraId="085C968D" w14:textId="77777777" w:rsidR="00CB1C82" w:rsidRPr="000A5B76" w:rsidRDefault="00CB1C82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630854CB" w14:textId="77777777" w:rsidR="00CB1C82" w:rsidRPr="000A5B76" w:rsidRDefault="00CB1C82" w:rsidP="00161EC3"/>
        </w:tc>
      </w:tr>
      <w:tr w:rsidR="00CB1C82" w:rsidRPr="000A5B76" w14:paraId="04DD662C" w14:textId="77777777" w:rsidTr="00161EC3">
        <w:trPr>
          <w:jc w:val="center"/>
        </w:trPr>
        <w:tc>
          <w:tcPr>
            <w:tcW w:w="5270" w:type="dxa"/>
          </w:tcPr>
          <w:p w14:paraId="7EAC375A" w14:textId="77777777" w:rsidR="00CB1C82" w:rsidRPr="000A5B76" w:rsidRDefault="00CB1C82" w:rsidP="00161EC3">
            <w:r w:rsidRPr="000A5B76">
              <w:t>Indications</w:t>
            </w:r>
          </w:p>
        </w:tc>
        <w:tc>
          <w:tcPr>
            <w:tcW w:w="5270" w:type="dxa"/>
          </w:tcPr>
          <w:p w14:paraId="2FD476C6" w14:textId="77777777" w:rsidR="00CB1C82" w:rsidRPr="000A5B76" w:rsidRDefault="00CB1C82" w:rsidP="00161EC3"/>
        </w:tc>
      </w:tr>
      <w:tr w:rsidR="00CB1C82" w:rsidRPr="000A5B76" w14:paraId="455B1CF0" w14:textId="77777777" w:rsidTr="00161EC3">
        <w:trPr>
          <w:jc w:val="center"/>
        </w:trPr>
        <w:tc>
          <w:tcPr>
            <w:tcW w:w="5270" w:type="dxa"/>
          </w:tcPr>
          <w:p w14:paraId="3CA54A1A" w14:textId="77777777" w:rsidR="00CB1C82" w:rsidRPr="000A5B76" w:rsidRDefault="00CB1C82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2C18900D" w14:textId="77777777" w:rsidR="00CB1C82" w:rsidRPr="000A5B76" w:rsidRDefault="00CB1C82" w:rsidP="00161EC3"/>
        </w:tc>
      </w:tr>
      <w:tr w:rsidR="00CB1C82" w:rsidRPr="000A5B76" w14:paraId="3A72DB6D" w14:textId="77777777" w:rsidTr="00161EC3">
        <w:trPr>
          <w:jc w:val="center"/>
        </w:trPr>
        <w:tc>
          <w:tcPr>
            <w:tcW w:w="5270" w:type="dxa"/>
          </w:tcPr>
          <w:p w14:paraId="5371F156" w14:textId="77777777" w:rsidR="00CB1C82" w:rsidRPr="000A5B76" w:rsidRDefault="00CB1C82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55445B63" w14:textId="77777777" w:rsidR="00CB1C82" w:rsidRPr="000A5B76" w:rsidRDefault="00CB1C82" w:rsidP="00161EC3"/>
        </w:tc>
      </w:tr>
      <w:tr w:rsidR="00CB1C82" w:rsidRPr="000A5B76" w14:paraId="77259314" w14:textId="77777777" w:rsidTr="00161EC3">
        <w:trPr>
          <w:jc w:val="center"/>
        </w:trPr>
        <w:tc>
          <w:tcPr>
            <w:tcW w:w="5270" w:type="dxa"/>
          </w:tcPr>
          <w:p w14:paraId="6358C51A" w14:textId="77777777" w:rsidR="00CB1C82" w:rsidRPr="000A5B76" w:rsidRDefault="00CB1C82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5F8E74D9" w14:textId="77777777" w:rsidR="00CB1C82" w:rsidRPr="000A5B76" w:rsidRDefault="00CB1C82" w:rsidP="00161EC3"/>
        </w:tc>
      </w:tr>
    </w:tbl>
    <w:p w14:paraId="778855D5" w14:textId="77777777" w:rsidR="00CB1C82" w:rsidRPr="000A5B76" w:rsidRDefault="00CB1C82" w:rsidP="00CB1C82">
      <w:r w:rsidRPr="000A5B76">
        <w:br w:type="page"/>
      </w:r>
    </w:p>
    <w:p w14:paraId="150234D9" w14:textId="2ED583BE" w:rsidR="00CB1C82" w:rsidRPr="000A5B76" w:rsidRDefault="00CB1C82" w:rsidP="00CB1C82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17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CB1C82" w:rsidRPr="000A5B76" w14:paraId="5FA2AB61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10B21472" w14:textId="77777777" w:rsidR="00CB1C82" w:rsidRPr="000A5B76" w:rsidRDefault="00CB1C82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1AC701F4" w14:textId="77777777" w:rsidR="00CB1C82" w:rsidRPr="000A5B76" w:rsidRDefault="00CB1C82" w:rsidP="00161EC3">
            <w:r w:rsidRPr="000A5B76">
              <w:rPr>
                <w:b/>
              </w:rPr>
              <w:t>Informations</w:t>
            </w:r>
          </w:p>
        </w:tc>
      </w:tr>
      <w:tr w:rsidR="00CB1C82" w:rsidRPr="000A5B76" w14:paraId="39CABD1E" w14:textId="77777777" w:rsidTr="00161EC3">
        <w:trPr>
          <w:jc w:val="center"/>
        </w:trPr>
        <w:tc>
          <w:tcPr>
            <w:tcW w:w="5270" w:type="dxa"/>
          </w:tcPr>
          <w:p w14:paraId="7E959BD9" w14:textId="77777777" w:rsidR="00CB1C82" w:rsidRPr="000A5B76" w:rsidRDefault="00CB1C82" w:rsidP="00161EC3">
            <w:r w:rsidRPr="000A5B76">
              <w:t>Nom</w:t>
            </w:r>
          </w:p>
        </w:tc>
        <w:tc>
          <w:tcPr>
            <w:tcW w:w="5270" w:type="dxa"/>
          </w:tcPr>
          <w:p w14:paraId="4C88DE73" w14:textId="77777777" w:rsidR="00CB1C82" w:rsidRPr="000A5B76" w:rsidRDefault="00CB1C82" w:rsidP="00161EC3"/>
        </w:tc>
      </w:tr>
      <w:tr w:rsidR="00CB1C82" w:rsidRPr="000A5B76" w14:paraId="26E699BE" w14:textId="77777777" w:rsidTr="00161EC3">
        <w:trPr>
          <w:jc w:val="center"/>
        </w:trPr>
        <w:tc>
          <w:tcPr>
            <w:tcW w:w="5270" w:type="dxa"/>
          </w:tcPr>
          <w:p w14:paraId="31C5EB7C" w14:textId="77777777" w:rsidR="00CB1C82" w:rsidRPr="000A5B76" w:rsidRDefault="00CB1C82" w:rsidP="00161EC3">
            <w:r w:rsidRPr="000A5B76">
              <w:t>Classe</w:t>
            </w:r>
          </w:p>
        </w:tc>
        <w:tc>
          <w:tcPr>
            <w:tcW w:w="5270" w:type="dxa"/>
          </w:tcPr>
          <w:p w14:paraId="10E7C7BF" w14:textId="77777777" w:rsidR="00CB1C82" w:rsidRPr="000A5B76" w:rsidRDefault="00CB1C82" w:rsidP="00161EC3"/>
        </w:tc>
      </w:tr>
      <w:tr w:rsidR="00CB1C82" w:rsidRPr="000A5B76" w14:paraId="07C4BDEB" w14:textId="77777777" w:rsidTr="00161EC3">
        <w:trPr>
          <w:jc w:val="center"/>
        </w:trPr>
        <w:tc>
          <w:tcPr>
            <w:tcW w:w="5270" w:type="dxa"/>
          </w:tcPr>
          <w:p w14:paraId="77A4E011" w14:textId="77777777" w:rsidR="00CB1C82" w:rsidRPr="000A5B76" w:rsidRDefault="00CB1C82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0B34E869" w14:textId="77777777" w:rsidR="00CB1C82" w:rsidRPr="000A5B76" w:rsidRDefault="00CB1C82" w:rsidP="00161EC3"/>
        </w:tc>
      </w:tr>
      <w:tr w:rsidR="00CB1C82" w:rsidRPr="000A5B76" w14:paraId="0D905ABE" w14:textId="77777777" w:rsidTr="00161EC3">
        <w:trPr>
          <w:jc w:val="center"/>
        </w:trPr>
        <w:tc>
          <w:tcPr>
            <w:tcW w:w="5270" w:type="dxa"/>
          </w:tcPr>
          <w:p w14:paraId="21B69593" w14:textId="77777777" w:rsidR="00CB1C82" w:rsidRPr="000A5B76" w:rsidRDefault="00CB1C82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7494DA87" w14:textId="77777777" w:rsidR="00CB1C82" w:rsidRPr="000A5B76" w:rsidRDefault="00CB1C82" w:rsidP="00161EC3"/>
        </w:tc>
      </w:tr>
      <w:tr w:rsidR="00CB1C82" w:rsidRPr="000A5B76" w14:paraId="3FA433E6" w14:textId="77777777" w:rsidTr="00161EC3">
        <w:trPr>
          <w:jc w:val="center"/>
        </w:trPr>
        <w:tc>
          <w:tcPr>
            <w:tcW w:w="5270" w:type="dxa"/>
          </w:tcPr>
          <w:p w14:paraId="75F5DB80" w14:textId="77777777" w:rsidR="00CB1C82" w:rsidRPr="000A5B76" w:rsidRDefault="00CB1C82" w:rsidP="00161EC3">
            <w:r w:rsidRPr="000A5B76">
              <w:t>Indications</w:t>
            </w:r>
          </w:p>
        </w:tc>
        <w:tc>
          <w:tcPr>
            <w:tcW w:w="5270" w:type="dxa"/>
          </w:tcPr>
          <w:p w14:paraId="73F2AB58" w14:textId="77777777" w:rsidR="00CB1C82" w:rsidRPr="000A5B76" w:rsidRDefault="00CB1C82" w:rsidP="00161EC3"/>
        </w:tc>
      </w:tr>
      <w:tr w:rsidR="00CB1C82" w:rsidRPr="000A5B76" w14:paraId="0145878C" w14:textId="77777777" w:rsidTr="00161EC3">
        <w:trPr>
          <w:jc w:val="center"/>
        </w:trPr>
        <w:tc>
          <w:tcPr>
            <w:tcW w:w="5270" w:type="dxa"/>
          </w:tcPr>
          <w:p w14:paraId="1967CBCF" w14:textId="77777777" w:rsidR="00CB1C82" w:rsidRPr="000A5B76" w:rsidRDefault="00CB1C82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3E028217" w14:textId="77777777" w:rsidR="00CB1C82" w:rsidRPr="000A5B76" w:rsidRDefault="00CB1C82" w:rsidP="00161EC3"/>
        </w:tc>
      </w:tr>
      <w:tr w:rsidR="00CB1C82" w:rsidRPr="000A5B76" w14:paraId="5BF399B0" w14:textId="77777777" w:rsidTr="00161EC3">
        <w:trPr>
          <w:jc w:val="center"/>
        </w:trPr>
        <w:tc>
          <w:tcPr>
            <w:tcW w:w="5270" w:type="dxa"/>
          </w:tcPr>
          <w:p w14:paraId="636DBB82" w14:textId="77777777" w:rsidR="00CB1C82" w:rsidRPr="000A5B76" w:rsidRDefault="00CB1C82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03BF462B" w14:textId="77777777" w:rsidR="00CB1C82" w:rsidRPr="000A5B76" w:rsidRDefault="00CB1C82" w:rsidP="00161EC3"/>
        </w:tc>
      </w:tr>
      <w:tr w:rsidR="00CB1C82" w:rsidRPr="000A5B76" w14:paraId="78B134EE" w14:textId="77777777" w:rsidTr="00161EC3">
        <w:trPr>
          <w:jc w:val="center"/>
        </w:trPr>
        <w:tc>
          <w:tcPr>
            <w:tcW w:w="5270" w:type="dxa"/>
          </w:tcPr>
          <w:p w14:paraId="2B5BEC60" w14:textId="77777777" w:rsidR="00CB1C82" w:rsidRPr="000A5B76" w:rsidRDefault="00CB1C82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0087E6E3" w14:textId="77777777" w:rsidR="00CB1C82" w:rsidRPr="000A5B76" w:rsidRDefault="00CB1C82" w:rsidP="00161EC3"/>
        </w:tc>
      </w:tr>
    </w:tbl>
    <w:p w14:paraId="41487D95" w14:textId="77777777" w:rsidR="00CB1C82" w:rsidRPr="000A5B76" w:rsidRDefault="00CB1C82" w:rsidP="00CB1C82">
      <w:r w:rsidRPr="000A5B76">
        <w:br w:type="page"/>
      </w:r>
    </w:p>
    <w:p w14:paraId="502BECC9" w14:textId="2692EF5D" w:rsidR="00CB1C82" w:rsidRPr="000A5B76" w:rsidRDefault="00CB1C82" w:rsidP="00CB1C82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18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CB1C82" w:rsidRPr="000A5B76" w14:paraId="5384ACD3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4027AFEA" w14:textId="77777777" w:rsidR="00CB1C82" w:rsidRPr="000A5B76" w:rsidRDefault="00CB1C82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4D947621" w14:textId="77777777" w:rsidR="00CB1C82" w:rsidRPr="000A5B76" w:rsidRDefault="00CB1C82" w:rsidP="00161EC3">
            <w:r w:rsidRPr="000A5B76">
              <w:rPr>
                <w:b/>
              </w:rPr>
              <w:t>Informations</w:t>
            </w:r>
          </w:p>
        </w:tc>
      </w:tr>
      <w:tr w:rsidR="00CB1C82" w:rsidRPr="000A5B76" w14:paraId="0A1AB4DB" w14:textId="77777777" w:rsidTr="00161EC3">
        <w:trPr>
          <w:jc w:val="center"/>
        </w:trPr>
        <w:tc>
          <w:tcPr>
            <w:tcW w:w="5270" w:type="dxa"/>
          </w:tcPr>
          <w:p w14:paraId="23E6F684" w14:textId="77777777" w:rsidR="00CB1C82" w:rsidRPr="000A5B76" w:rsidRDefault="00CB1C82" w:rsidP="00161EC3">
            <w:r w:rsidRPr="000A5B76">
              <w:t>Nom</w:t>
            </w:r>
          </w:p>
        </w:tc>
        <w:tc>
          <w:tcPr>
            <w:tcW w:w="5270" w:type="dxa"/>
          </w:tcPr>
          <w:p w14:paraId="6E8BF3F3" w14:textId="77777777" w:rsidR="00CB1C82" w:rsidRPr="000A5B76" w:rsidRDefault="00CB1C82" w:rsidP="00161EC3"/>
        </w:tc>
      </w:tr>
      <w:tr w:rsidR="00CB1C82" w:rsidRPr="000A5B76" w14:paraId="0425E422" w14:textId="77777777" w:rsidTr="00161EC3">
        <w:trPr>
          <w:jc w:val="center"/>
        </w:trPr>
        <w:tc>
          <w:tcPr>
            <w:tcW w:w="5270" w:type="dxa"/>
          </w:tcPr>
          <w:p w14:paraId="3D98E789" w14:textId="77777777" w:rsidR="00CB1C82" w:rsidRPr="000A5B76" w:rsidRDefault="00CB1C82" w:rsidP="00161EC3">
            <w:r w:rsidRPr="000A5B76">
              <w:t>Classe</w:t>
            </w:r>
          </w:p>
        </w:tc>
        <w:tc>
          <w:tcPr>
            <w:tcW w:w="5270" w:type="dxa"/>
          </w:tcPr>
          <w:p w14:paraId="2DF75288" w14:textId="77777777" w:rsidR="00CB1C82" w:rsidRPr="000A5B76" w:rsidRDefault="00CB1C82" w:rsidP="00161EC3"/>
        </w:tc>
      </w:tr>
      <w:tr w:rsidR="00CB1C82" w:rsidRPr="000A5B76" w14:paraId="342F1435" w14:textId="77777777" w:rsidTr="00161EC3">
        <w:trPr>
          <w:jc w:val="center"/>
        </w:trPr>
        <w:tc>
          <w:tcPr>
            <w:tcW w:w="5270" w:type="dxa"/>
          </w:tcPr>
          <w:p w14:paraId="3CAD8CB9" w14:textId="77777777" w:rsidR="00CB1C82" w:rsidRPr="000A5B76" w:rsidRDefault="00CB1C82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68FC5AAA" w14:textId="77777777" w:rsidR="00CB1C82" w:rsidRPr="000A5B76" w:rsidRDefault="00CB1C82" w:rsidP="00161EC3"/>
        </w:tc>
      </w:tr>
      <w:tr w:rsidR="00CB1C82" w:rsidRPr="000A5B76" w14:paraId="63B3F720" w14:textId="77777777" w:rsidTr="00161EC3">
        <w:trPr>
          <w:jc w:val="center"/>
        </w:trPr>
        <w:tc>
          <w:tcPr>
            <w:tcW w:w="5270" w:type="dxa"/>
          </w:tcPr>
          <w:p w14:paraId="0D27170A" w14:textId="77777777" w:rsidR="00CB1C82" w:rsidRPr="000A5B76" w:rsidRDefault="00CB1C82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2FAB8FAF" w14:textId="77777777" w:rsidR="00CB1C82" w:rsidRPr="000A5B76" w:rsidRDefault="00CB1C82" w:rsidP="00161EC3"/>
        </w:tc>
      </w:tr>
      <w:tr w:rsidR="00CB1C82" w:rsidRPr="000A5B76" w14:paraId="0E42424F" w14:textId="77777777" w:rsidTr="00161EC3">
        <w:trPr>
          <w:jc w:val="center"/>
        </w:trPr>
        <w:tc>
          <w:tcPr>
            <w:tcW w:w="5270" w:type="dxa"/>
          </w:tcPr>
          <w:p w14:paraId="0A1C7C91" w14:textId="77777777" w:rsidR="00CB1C82" w:rsidRPr="000A5B76" w:rsidRDefault="00CB1C82" w:rsidP="00161EC3">
            <w:r w:rsidRPr="000A5B76">
              <w:t>Indications</w:t>
            </w:r>
          </w:p>
        </w:tc>
        <w:tc>
          <w:tcPr>
            <w:tcW w:w="5270" w:type="dxa"/>
          </w:tcPr>
          <w:p w14:paraId="01E37669" w14:textId="77777777" w:rsidR="00CB1C82" w:rsidRPr="000A5B76" w:rsidRDefault="00CB1C82" w:rsidP="00161EC3"/>
        </w:tc>
      </w:tr>
      <w:tr w:rsidR="00CB1C82" w:rsidRPr="000A5B76" w14:paraId="69992162" w14:textId="77777777" w:rsidTr="00161EC3">
        <w:trPr>
          <w:jc w:val="center"/>
        </w:trPr>
        <w:tc>
          <w:tcPr>
            <w:tcW w:w="5270" w:type="dxa"/>
          </w:tcPr>
          <w:p w14:paraId="1EF691F7" w14:textId="77777777" w:rsidR="00CB1C82" w:rsidRPr="000A5B76" w:rsidRDefault="00CB1C82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744A8339" w14:textId="77777777" w:rsidR="00CB1C82" w:rsidRPr="000A5B76" w:rsidRDefault="00CB1C82" w:rsidP="00161EC3"/>
        </w:tc>
      </w:tr>
      <w:tr w:rsidR="00CB1C82" w:rsidRPr="000A5B76" w14:paraId="509DBBBB" w14:textId="77777777" w:rsidTr="00161EC3">
        <w:trPr>
          <w:jc w:val="center"/>
        </w:trPr>
        <w:tc>
          <w:tcPr>
            <w:tcW w:w="5270" w:type="dxa"/>
          </w:tcPr>
          <w:p w14:paraId="32A29A39" w14:textId="77777777" w:rsidR="00CB1C82" w:rsidRPr="000A5B76" w:rsidRDefault="00CB1C82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23034C95" w14:textId="77777777" w:rsidR="00CB1C82" w:rsidRPr="000A5B76" w:rsidRDefault="00CB1C82" w:rsidP="00161EC3"/>
        </w:tc>
      </w:tr>
      <w:tr w:rsidR="00CB1C82" w:rsidRPr="000A5B76" w14:paraId="53D066EB" w14:textId="77777777" w:rsidTr="00161EC3">
        <w:trPr>
          <w:jc w:val="center"/>
        </w:trPr>
        <w:tc>
          <w:tcPr>
            <w:tcW w:w="5270" w:type="dxa"/>
          </w:tcPr>
          <w:p w14:paraId="4E37D956" w14:textId="77777777" w:rsidR="00CB1C82" w:rsidRPr="000A5B76" w:rsidRDefault="00CB1C82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4F99A15E" w14:textId="77777777" w:rsidR="00CB1C82" w:rsidRPr="000A5B76" w:rsidRDefault="00CB1C82" w:rsidP="00161EC3"/>
        </w:tc>
      </w:tr>
    </w:tbl>
    <w:p w14:paraId="7D09220E" w14:textId="77777777" w:rsidR="00CB1C82" w:rsidRPr="000A5B76" w:rsidRDefault="00CB1C82" w:rsidP="00CB1C82">
      <w:r w:rsidRPr="000A5B76">
        <w:br w:type="page"/>
      </w:r>
    </w:p>
    <w:p w14:paraId="6DF57BF4" w14:textId="4CEBD233" w:rsidR="00CB1C82" w:rsidRPr="000A5B76" w:rsidRDefault="00CB1C82" w:rsidP="00CB1C82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19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CB1C82" w:rsidRPr="000A5B76" w14:paraId="58437222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7DA1302E" w14:textId="77777777" w:rsidR="00CB1C82" w:rsidRPr="000A5B76" w:rsidRDefault="00CB1C82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2BC24E52" w14:textId="77777777" w:rsidR="00CB1C82" w:rsidRPr="000A5B76" w:rsidRDefault="00CB1C82" w:rsidP="00161EC3">
            <w:r w:rsidRPr="000A5B76">
              <w:rPr>
                <w:b/>
              </w:rPr>
              <w:t>Informations</w:t>
            </w:r>
          </w:p>
        </w:tc>
      </w:tr>
      <w:tr w:rsidR="00CB1C82" w:rsidRPr="000A5B76" w14:paraId="48680F78" w14:textId="77777777" w:rsidTr="00161EC3">
        <w:trPr>
          <w:jc w:val="center"/>
        </w:trPr>
        <w:tc>
          <w:tcPr>
            <w:tcW w:w="5270" w:type="dxa"/>
          </w:tcPr>
          <w:p w14:paraId="2E7E7418" w14:textId="77777777" w:rsidR="00CB1C82" w:rsidRPr="000A5B76" w:rsidRDefault="00CB1C82" w:rsidP="00161EC3">
            <w:r w:rsidRPr="000A5B76">
              <w:t>Nom</w:t>
            </w:r>
          </w:p>
        </w:tc>
        <w:tc>
          <w:tcPr>
            <w:tcW w:w="5270" w:type="dxa"/>
          </w:tcPr>
          <w:p w14:paraId="44388C38" w14:textId="77777777" w:rsidR="00CB1C82" w:rsidRPr="000A5B76" w:rsidRDefault="00CB1C82" w:rsidP="00161EC3"/>
        </w:tc>
      </w:tr>
      <w:tr w:rsidR="00CB1C82" w:rsidRPr="000A5B76" w14:paraId="05C6A987" w14:textId="77777777" w:rsidTr="00161EC3">
        <w:trPr>
          <w:jc w:val="center"/>
        </w:trPr>
        <w:tc>
          <w:tcPr>
            <w:tcW w:w="5270" w:type="dxa"/>
          </w:tcPr>
          <w:p w14:paraId="5B26413D" w14:textId="77777777" w:rsidR="00CB1C82" w:rsidRPr="000A5B76" w:rsidRDefault="00CB1C82" w:rsidP="00161EC3">
            <w:r w:rsidRPr="000A5B76">
              <w:t>Classe</w:t>
            </w:r>
          </w:p>
        </w:tc>
        <w:tc>
          <w:tcPr>
            <w:tcW w:w="5270" w:type="dxa"/>
          </w:tcPr>
          <w:p w14:paraId="65A1A869" w14:textId="77777777" w:rsidR="00CB1C82" w:rsidRPr="000A5B76" w:rsidRDefault="00CB1C82" w:rsidP="00161EC3"/>
        </w:tc>
      </w:tr>
      <w:tr w:rsidR="00CB1C82" w:rsidRPr="000A5B76" w14:paraId="211770C0" w14:textId="77777777" w:rsidTr="00161EC3">
        <w:trPr>
          <w:jc w:val="center"/>
        </w:trPr>
        <w:tc>
          <w:tcPr>
            <w:tcW w:w="5270" w:type="dxa"/>
          </w:tcPr>
          <w:p w14:paraId="31624A4E" w14:textId="77777777" w:rsidR="00CB1C82" w:rsidRPr="000A5B76" w:rsidRDefault="00CB1C82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22C956E6" w14:textId="77777777" w:rsidR="00CB1C82" w:rsidRPr="000A5B76" w:rsidRDefault="00CB1C82" w:rsidP="00161EC3"/>
        </w:tc>
      </w:tr>
      <w:tr w:rsidR="00CB1C82" w:rsidRPr="000A5B76" w14:paraId="0AFCCDA5" w14:textId="77777777" w:rsidTr="00161EC3">
        <w:trPr>
          <w:jc w:val="center"/>
        </w:trPr>
        <w:tc>
          <w:tcPr>
            <w:tcW w:w="5270" w:type="dxa"/>
          </w:tcPr>
          <w:p w14:paraId="1B4D3C43" w14:textId="77777777" w:rsidR="00CB1C82" w:rsidRPr="000A5B76" w:rsidRDefault="00CB1C82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7D0D86E4" w14:textId="77777777" w:rsidR="00CB1C82" w:rsidRPr="000A5B76" w:rsidRDefault="00CB1C82" w:rsidP="00161EC3"/>
        </w:tc>
      </w:tr>
      <w:tr w:rsidR="00CB1C82" w:rsidRPr="000A5B76" w14:paraId="513A83D3" w14:textId="77777777" w:rsidTr="00161EC3">
        <w:trPr>
          <w:jc w:val="center"/>
        </w:trPr>
        <w:tc>
          <w:tcPr>
            <w:tcW w:w="5270" w:type="dxa"/>
          </w:tcPr>
          <w:p w14:paraId="1F69ED50" w14:textId="77777777" w:rsidR="00CB1C82" w:rsidRPr="000A5B76" w:rsidRDefault="00CB1C82" w:rsidP="00161EC3">
            <w:r w:rsidRPr="000A5B76">
              <w:t>Indications</w:t>
            </w:r>
          </w:p>
        </w:tc>
        <w:tc>
          <w:tcPr>
            <w:tcW w:w="5270" w:type="dxa"/>
          </w:tcPr>
          <w:p w14:paraId="3DC1DCA5" w14:textId="77777777" w:rsidR="00CB1C82" w:rsidRPr="000A5B76" w:rsidRDefault="00CB1C82" w:rsidP="00161EC3"/>
        </w:tc>
      </w:tr>
      <w:tr w:rsidR="00CB1C82" w:rsidRPr="000A5B76" w14:paraId="0416E576" w14:textId="77777777" w:rsidTr="00161EC3">
        <w:trPr>
          <w:jc w:val="center"/>
        </w:trPr>
        <w:tc>
          <w:tcPr>
            <w:tcW w:w="5270" w:type="dxa"/>
          </w:tcPr>
          <w:p w14:paraId="4CE02658" w14:textId="77777777" w:rsidR="00CB1C82" w:rsidRPr="000A5B76" w:rsidRDefault="00CB1C82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4E2BDF00" w14:textId="77777777" w:rsidR="00CB1C82" w:rsidRPr="000A5B76" w:rsidRDefault="00CB1C82" w:rsidP="00161EC3"/>
        </w:tc>
      </w:tr>
      <w:tr w:rsidR="00CB1C82" w:rsidRPr="000A5B76" w14:paraId="5BA48B1E" w14:textId="77777777" w:rsidTr="00161EC3">
        <w:trPr>
          <w:jc w:val="center"/>
        </w:trPr>
        <w:tc>
          <w:tcPr>
            <w:tcW w:w="5270" w:type="dxa"/>
          </w:tcPr>
          <w:p w14:paraId="7D6D86E7" w14:textId="77777777" w:rsidR="00CB1C82" w:rsidRPr="000A5B76" w:rsidRDefault="00CB1C82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6DDD3E1B" w14:textId="77777777" w:rsidR="00CB1C82" w:rsidRPr="000A5B76" w:rsidRDefault="00CB1C82" w:rsidP="00161EC3"/>
        </w:tc>
      </w:tr>
      <w:tr w:rsidR="00CB1C82" w:rsidRPr="000A5B76" w14:paraId="6DC904E4" w14:textId="77777777" w:rsidTr="00161EC3">
        <w:trPr>
          <w:jc w:val="center"/>
        </w:trPr>
        <w:tc>
          <w:tcPr>
            <w:tcW w:w="5270" w:type="dxa"/>
          </w:tcPr>
          <w:p w14:paraId="5279DABC" w14:textId="77777777" w:rsidR="00CB1C82" w:rsidRPr="000A5B76" w:rsidRDefault="00CB1C82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27C93A29" w14:textId="77777777" w:rsidR="00CB1C82" w:rsidRPr="000A5B76" w:rsidRDefault="00CB1C82" w:rsidP="00161EC3"/>
        </w:tc>
      </w:tr>
    </w:tbl>
    <w:p w14:paraId="53CDA267" w14:textId="2AA6ED5C" w:rsidR="00CB1C82" w:rsidRDefault="00CB1C82" w:rsidP="00CB1C82">
      <w:r w:rsidRPr="000A5B76">
        <w:br w:type="page"/>
      </w:r>
    </w:p>
    <w:p w14:paraId="72B4C264" w14:textId="007419A0" w:rsidR="00CB1C82" w:rsidRPr="000A5B76" w:rsidRDefault="00CB1C82" w:rsidP="00CB1C82">
      <w:r w:rsidRPr="000A5B76">
        <w:rPr>
          <w:b/>
          <w:sz w:val="28"/>
        </w:rPr>
        <w:lastRenderedPageBreak/>
        <w:t xml:space="preserve">8. FICHE MÉDICAMENT — ÉTUDE </w:t>
      </w:r>
      <w:r>
        <w:rPr>
          <w:b/>
          <w:sz w:val="28"/>
        </w:rPr>
        <w:t>20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99"/>
        <w:gridCol w:w="3408"/>
      </w:tblGrid>
      <w:tr w:rsidR="00CB1C82" w:rsidRPr="000A5B76" w14:paraId="2B1036FF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1B9272C9" w14:textId="77777777" w:rsidR="00CB1C82" w:rsidRPr="000A5B76" w:rsidRDefault="00CB1C82" w:rsidP="00161EC3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5C4A579E" w14:textId="77777777" w:rsidR="00CB1C82" w:rsidRPr="000A5B76" w:rsidRDefault="00CB1C82" w:rsidP="00161EC3">
            <w:r w:rsidRPr="000A5B76">
              <w:rPr>
                <w:b/>
              </w:rPr>
              <w:t>Informations</w:t>
            </w:r>
          </w:p>
        </w:tc>
      </w:tr>
      <w:tr w:rsidR="00CB1C82" w:rsidRPr="000A5B76" w14:paraId="6E1756F5" w14:textId="77777777" w:rsidTr="00161EC3">
        <w:trPr>
          <w:jc w:val="center"/>
        </w:trPr>
        <w:tc>
          <w:tcPr>
            <w:tcW w:w="5270" w:type="dxa"/>
          </w:tcPr>
          <w:p w14:paraId="281A8C03" w14:textId="77777777" w:rsidR="00CB1C82" w:rsidRPr="000A5B76" w:rsidRDefault="00CB1C82" w:rsidP="00161EC3">
            <w:r w:rsidRPr="000A5B76">
              <w:t>Nom</w:t>
            </w:r>
          </w:p>
        </w:tc>
        <w:tc>
          <w:tcPr>
            <w:tcW w:w="5270" w:type="dxa"/>
          </w:tcPr>
          <w:p w14:paraId="1D7A0B7C" w14:textId="77777777" w:rsidR="00CB1C82" w:rsidRPr="000A5B76" w:rsidRDefault="00CB1C82" w:rsidP="00161EC3"/>
        </w:tc>
      </w:tr>
      <w:tr w:rsidR="00CB1C82" w:rsidRPr="000A5B76" w14:paraId="0F5CDAFE" w14:textId="77777777" w:rsidTr="00161EC3">
        <w:trPr>
          <w:jc w:val="center"/>
        </w:trPr>
        <w:tc>
          <w:tcPr>
            <w:tcW w:w="5270" w:type="dxa"/>
          </w:tcPr>
          <w:p w14:paraId="106FD6B7" w14:textId="77777777" w:rsidR="00CB1C82" w:rsidRPr="000A5B76" w:rsidRDefault="00CB1C82" w:rsidP="00161EC3">
            <w:r w:rsidRPr="000A5B76">
              <w:t>Classe</w:t>
            </w:r>
          </w:p>
        </w:tc>
        <w:tc>
          <w:tcPr>
            <w:tcW w:w="5270" w:type="dxa"/>
          </w:tcPr>
          <w:p w14:paraId="2D8CD890" w14:textId="77777777" w:rsidR="00CB1C82" w:rsidRPr="000A5B76" w:rsidRDefault="00CB1C82" w:rsidP="00161EC3"/>
        </w:tc>
      </w:tr>
      <w:tr w:rsidR="00CB1C82" w:rsidRPr="000A5B76" w14:paraId="51868426" w14:textId="77777777" w:rsidTr="00161EC3">
        <w:trPr>
          <w:jc w:val="center"/>
        </w:trPr>
        <w:tc>
          <w:tcPr>
            <w:tcW w:w="5270" w:type="dxa"/>
          </w:tcPr>
          <w:p w14:paraId="7849EB1B" w14:textId="77777777" w:rsidR="00CB1C82" w:rsidRPr="000A5B76" w:rsidRDefault="00CB1C82" w:rsidP="00161EC3">
            <w:r w:rsidRPr="000A5B76">
              <w:t>Dosage / formes</w:t>
            </w:r>
          </w:p>
        </w:tc>
        <w:tc>
          <w:tcPr>
            <w:tcW w:w="5270" w:type="dxa"/>
          </w:tcPr>
          <w:p w14:paraId="46CD6AC9" w14:textId="77777777" w:rsidR="00CB1C82" w:rsidRPr="000A5B76" w:rsidRDefault="00CB1C82" w:rsidP="00161EC3"/>
        </w:tc>
      </w:tr>
      <w:tr w:rsidR="00CB1C82" w:rsidRPr="000A5B76" w14:paraId="2A145B0B" w14:textId="77777777" w:rsidTr="00161EC3">
        <w:trPr>
          <w:jc w:val="center"/>
        </w:trPr>
        <w:tc>
          <w:tcPr>
            <w:tcW w:w="5270" w:type="dxa"/>
          </w:tcPr>
          <w:p w14:paraId="30888B8F" w14:textId="77777777" w:rsidR="00CB1C82" w:rsidRPr="000A5B76" w:rsidRDefault="00CB1C82" w:rsidP="00161EC3">
            <w:r w:rsidRPr="000A5B76">
              <w:t>Voie d’administration</w:t>
            </w:r>
          </w:p>
        </w:tc>
        <w:tc>
          <w:tcPr>
            <w:tcW w:w="5270" w:type="dxa"/>
          </w:tcPr>
          <w:p w14:paraId="015EBA0E" w14:textId="77777777" w:rsidR="00CB1C82" w:rsidRPr="000A5B76" w:rsidRDefault="00CB1C82" w:rsidP="00161EC3"/>
        </w:tc>
      </w:tr>
      <w:tr w:rsidR="00CB1C82" w:rsidRPr="000A5B76" w14:paraId="29DA16FF" w14:textId="77777777" w:rsidTr="00161EC3">
        <w:trPr>
          <w:jc w:val="center"/>
        </w:trPr>
        <w:tc>
          <w:tcPr>
            <w:tcW w:w="5270" w:type="dxa"/>
          </w:tcPr>
          <w:p w14:paraId="69F57210" w14:textId="77777777" w:rsidR="00CB1C82" w:rsidRPr="000A5B76" w:rsidRDefault="00CB1C82" w:rsidP="00161EC3">
            <w:r w:rsidRPr="000A5B76">
              <w:t>Indications</w:t>
            </w:r>
          </w:p>
        </w:tc>
        <w:tc>
          <w:tcPr>
            <w:tcW w:w="5270" w:type="dxa"/>
          </w:tcPr>
          <w:p w14:paraId="0825B695" w14:textId="77777777" w:rsidR="00CB1C82" w:rsidRPr="000A5B76" w:rsidRDefault="00CB1C82" w:rsidP="00161EC3"/>
        </w:tc>
      </w:tr>
      <w:tr w:rsidR="00CB1C82" w:rsidRPr="000A5B76" w14:paraId="5470F816" w14:textId="77777777" w:rsidTr="00161EC3">
        <w:trPr>
          <w:jc w:val="center"/>
        </w:trPr>
        <w:tc>
          <w:tcPr>
            <w:tcW w:w="5270" w:type="dxa"/>
          </w:tcPr>
          <w:p w14:paraId="2EB0F633" w14:textId="77777777" w:rsidR="00CB1C82" w:rsidRPr="000A5B76" w:rsidRDefault="00CB1C82" w:rsidP="00161EC3">
            <w:r w:rsidRPr="000A5B76">
              <w:t>Précautions / contre-indications</w:t>
            </w:r>
          </w:p>
        </w:tc>
        <w:tc>
          <w:tcPr>
            <w:tcW w:w="5270" w:type="dxa"/>
          </w:tcPr>
          <w:p w14:paraId="55E1D9E5" w14:textId="77777777" w:rsidR="00CB1C82" w:rsidRPr="000A5B76" w:rsidRDefault="00CB1C82" w:rsidP="00161EC3"/>
        </w:tc>
      </w:tr>
      <w:tr w:rsidR="00CB1C82" w:rsidRPr="000A5B76" w14:paraId="4D674643" w14:textId="77777777" w:rsidTr="00161EC3">
        <w:trPr>
          <w:jc w:val="center"/>
        </w:trPr>
        <w:tc>
          <w:tcPr>
            <w:tcW w:w="5270" w:type="dxa"/>
          </w:tcPr>
          <w:p w14:paraId="0CEA524A" w14:textId="77777777" w:rsidR="00CB1C82" w:rsidRPr="000A5B76" w:rsidRDefault="00CB1C82" w:rsidP="00161EC3">
            <w:r w:rsidRPr="000A5B76">
              <w:t>Effets indésirables à connaître</w:t>
            </w:r>
          </w:p>
        </w:tc>
        <w:tc>
          <w:tcPr>
            <w:tcW w:w="5270" w:type="dxa"/>
          </w:tcPr>
          <w:p w14:paraId="1463A2BF" w14:textId="77777777" w:rsidR="00CB1C82" w:rsidRPr="000A5B76" w:rsidRDefault="00CB1C82" w:rsidP="00161EC3"/>
        </w:tc>
      </w:tr>
      <w:tr w:rsidR="00CB1C82" w:rsidRPr="000A5B76" w14:paraId="2872F8A8" w14:textId="77777777" w:rsidTr="00161EC3">
        <w:trPr>
          <w:jc w:val="center"/>
        </w:trPr>
        <w:tc>
          <w:tcPr>
            <w:tcW w:w="5270" w:type="dxa"/>
          </w:tcPr>
          <w:p w14:paraId="0DFF601E" w14:textId="77777777" w:rsidR="00CB1C82" w:rsidRPr="000A5B76" w:rsidRDefault="00CB1C82" w:rsidP="00161EC3">
            <w:r w:rsidRPr="000A5B76">
              <w:t>Surveillance / remarques</w:t>
            </w:r>
          </w:p>
        </w:tc>
        <w:tc>
          <w:tcPr>
            <w:tcW w:w="5270" w:type="dxa"/>
          </w:tcPr>
          <w:p w14:paraId="19172855" w14:textId="77777777" w:rsidR="00CB1C82" w:rsidRPr="000A5B76" w:rsidRDefault="00CB1C82" w:rsidP="00161EC3"/>
        </w:tc>
      </w:tr>
    </w:tbl>
    <w:p w14:paraId="5DBA0C36" w14:textId="77777777" w:rsidR="00CB1C82" w:rsidRPr="000A5B76" w:rsidRDefault="00CB1C82" w:rsidP="00CB1C82">
      <w:r w:rsidRPr="000A5B76">
        <w:br w:type="page"/>
      </w:r>
    </w:p>
    <w:p w14:paraId="2DD69A5F" w14:textId="2148A50D" w:rsidR="00233B5B" w:rsidRPr="000A5B76" w:rsidRDefault="00000000">
      <w:r w:rsidRPr="000A5B76">
        <w:rPr>
          <w:b/>
          <w:sz w:val="28"/>
        </w:rPr>
        <w:lastRenderedPageBreak/>
        <w:t>9. HYGIÈNE, PRÉVENTION DES INFECTIONS ET BIOSÉCURITÉ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39"/>
        <w:gridCol w:w="3468"/>
      </w:tblGrid>
      <w:tr w:rsidR="00233B5B" w:rsidRPr="000A5B76" w14:paraId="3DE9C44B" w14:textId="77777777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1CECF4A6" w14:textId="77777777" w:rsidR="00233B5B" w:rsidRPr="000A5B76" w:rsidRDefault="00000000">
            <w:r w:rsidRPr="000A5B76">
              <w:rPr>
                <w:b/>
              </w:rPr>
              <w:t>Thème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49723861" w14:textId="77777777" w:rsidR="00233B5B" w:rsidRPr="000A5B76" w:rsidRDefault="00000000">
            <w:r w:rsidRPr="000A5B76">
              <w:rPr>
                <w:b/>
              </w:rPr>
              <w:t>Observations / apprentissages</w:t>
            </w:r>
          </w:p>
        </w:tc>
      </w:tr>
      <w:tr w:rsidR="00233B5B" w:rsidRPr="000A5B76" w14:paraId="5D0C0BEE" w14:textId="77777777">
        <w:trPr>
          <w:jc w:val="center"/>
        </w:trPr>
        <w:tc>
          <w:tcPr>
            <w:tcW w:w="5270" w:type="dxa"/>
          </w:tcPr>
          <w:p w14:paraId="4C1C5008" w14:textId="77777777" w:rsidR="00233B5B" w:rsidRPr="000A5B76" w:rsidRDefault="00000000">
            <w:r w:rsidRPr="000A5B76">
              <w:t>Hygiène des mains</w:t>
            </w:r>
          </w:p>
        </w:tc>
        <w:tc>
          <w:tcPr>
            <w:tcW w:w="5270" w:type="dxa"/>
          </w:tcPr>
          <w:p w14:paraId="75371420" w14:textId="77777777" w:rsidR="00233B5B" w:rsidRPr="000A5B76" w:rsidRDefault="00233B5B"/>
        </w:tc>
      </w:tr>
      <w:tr w:rsidR="00233B5B" w:rsidRPr="000A5B76" w14:paraId="52494A16" w14:textId="77777777">
        <w:trPr>
          <w:jc w:val="center"/>
        </w:trPr>
        <w:tc>
          <w:tcPr>
            <w:tcW w:w="5270" w:type="dxa"/>
          </w:tcPr>
          <w:p w14:paraId="3232907D" w14:textId="77777777" w:rsidR="00233B5B" w:rsidRPr="000A5B76" w:rsidRDefault="00000000">
            <w:r w:rsidRPr="000A5B76">
              <w:t>EPI</w:t>
            </w:r>
          </w:p>
        </w:tc>
        <w:tc>
          <w:tcPr>
            <w:tcW w:w="5270" w:type="dxa"/>
          </w:tcPr>
          <w:p w14:paraId="58DDDBE2" w14:textId="77777777" w:rsidR="00233B5B" w:rsidRPr="000A5B76" w:rsidRDefault="00233B5B"/>
        </w:tc>
      </w:tr>
      <w:tr w:rsidR="00233B5B" w:rsidRPr="000A5B76" w14:paraId="00300ED4" w14:textId="77777777">
        <w:trPr>
          <w:jc w:val="center"/>
        </w:trPr>
        <w:tc>
          <w:tcPr>
            <w:tcW w:w="5270" w:type="dxa"/>
          </w:tcPr>
          <w:p w14:paraId="60AC17CA" w14:textId="77777777" w:rsidR="00233B5B" w:rsidRPr="000A5B76" w:rsidRDefault="00000000">
            <w:r w:rsidRPr="000A5B76">
              <w:t>Tri des déchets</w:t>
            </w:r>
          </w:p>
        </w:tc>
        <w:tc>
          <w:tcPr>
            <w:tcW w:w="5270" w:type="dxa"/>
          </w:tcPr>
          <w:p w14:paraId="45198C81" w14:textId="77777777" w:rsidR="00233B5B" w:rsidRPr="000A5B76" w:rsidRDefault="00233B5B"/>
        </w:tc>
      </w:tr>
      <w:tr w:rsidR="00233B5B" w:rsidRPr="000A5B76" w14:paraId="573B5AA7" w14:textId="77777777">
        <w:trPr>
          <w:jc w:val="center"/>
        </w:trPr>
        <w:tc>
          <w:tcPr>
            <w:tcW w:w="5270" w:type="dxa"/>
          </w:tcPr>
          <w:p w14:paraId="4EB585F3" w14:textId="77777777" w:rsidR="00233B5B" w:rsidRPr="000A5B76" w:rsidRDefault="00000000">
            <w:r w:rsidRPr="000A5B76">
              <w:t>Désinfection</w:t>
            </w:r>
          </w:p>
        </w:tc>
        <w:tc>
          <w:tcPr>
            <w:tcW w:w="5270" w:type="dxa"/>
          </w:tcPr>
          <w:p w14:paraId="24E09831" w14:textId="77777777" w:rsidR="00233B5B" w:rsidRPr="000A5B76" w:rsidRDefault="00233B5B"/>
        </w:tc>
      </w:tr>
      <w:tr w:rsidR="00233B5B" w:rsidRPr="000A5B76" w14:paraId="236BC341" w14:textId="77777777">
        <w:trPr>
          <w:jc w:val="center"/>
        </w:trPr>
        <w:tc>
          <w:tcPr>
            <w:tcW w:w="5270" w:type="dxa"/>
          </w:tcPr>
          <w:p w14:paraId="1B11A41E" w14:textId="77777777" w:rsidR="00233B5B" w:rsidRPr="000A5B76" w:rsidRDefault="00000000">
            <w:r w:rsidRPr="000A5B76">
              <w:t>Stérilisation</w:t>
            </w:r>
          </w:p>
        </w:tc>
        <w:tc>
          <w:tcPr>
            <w:tcW w:w="5270" w:type="dxa"/>
          </w:tcPr>
          <w:p w14:paraId="0ED1D883" w14:textId="77777777" w:rsidR="00233B5B" w:rsidRPr="000A5B76" w:rsidRDefault="00233B5B"/>
        </w:tc>
      </w:tr>
      <w:tr w:rsidR="00233B5B" w:rsidRPr="000A5B76" w14:paraId="60737A85" w14:textId="77777777">
        <w:trPr>
          <w:jc w:val="center"/>
        </w:trPr>
        <w:tc>
          <w:tcPr>
            <w:tcW w:w="5270" w:type="dxa"/>
          </w:tcPr>
          <w:p w14:paraId="782E47C9" w14:textId="77777777" w:rsidR="00233B5B" w:rsidRPr="000A5B76" w:rsidRDefault="00000000">
            <w:r w:rsidRPr="000A5B76">
              <w:t>Prévention des AES</w:t>
            </w:r>
          </w:p>
        </w:tc>
        <w:tc>
          <w:tcPr>
            <w:tcW w:w="5270" w:type="dxa"/>
          </w:tcPr>
          <w:p w14:paraId="2284EC8C" w14:textId="77777777" w:rsidR="00233B5B" w:rsidRPr="000A5B76" w:rsidRDefault="00233B5B"/>
        </w:tc>
      </w:tr>
      <w:tr w:rsidR="00233B5B" w:rsidRPr="000A5B76" w14:paraId="58C72B14" w14:textId="77777777">
        <w:trPr>
          <w:jc w:val="center"/>
        </w:trPr>
        <w:tc>
          <w:tcPr>
            <w:tcW w:w="5270" w:type="dxa"/>
          </w:tcPr>
          <w:p w14:paraId="49301AFB" w14:textId="77777777" w:rsidR="00233B5B" w:rsidRPr="000A5B76" w:rsidRDefault="00000000">
            <w:r w:rsidRPr="000A5B76">
              <w:t>Gestion du matériel souillé</w:t>
            </w:r>
          </w:p>
        </w:tc>
        <w:tc>
          <w:tcPr>
            <w:tcW w:w="5270" w:type="dxa"/>
          </w:tcPr>
          <w:p w14:paraId="5587E0C8" w14:textId="77777777" w:rsidR="00233B5B" w:rsidRPr="000A5B76" w:rsidRDefault="00233B5B"/>
        </w:tc>
      </w:tr>
      <w:tr w:rsidR="00233B5B" w:rsidRPr="000A5B76" w14:paraId="7DAE6C27" w14:textId="77777777">
        <w:trPr>
          <w:jc w:val="center"/>
        </w:trPr>
        <w:tc>
          <w:tcPr>
            <w:tcW w:w="5270" w:type="dxa"/>
          </w:tcPr>
          <w:p w14:paraId="6BCC709C" w14:textId="77777777" w:rsidR="00233B5B" w:rsidRPr="000A5B76" w:rsidRDefault="00000000">
            <w:r w:rsidRPr="000A5B76">
              <w:t>Précautions standard</w:t>
            </w:r>
          </w:p>
        </w:tc>
        <w:tc>
          <w:tcPr>
            <w:tcW w:w="5270" w:type="dxa"/>
          </w:tcPr>
          <w:p w14:paraId="1D09026A" w14:textId="77777777" w:rsidR="00233B5B" w:rsidRPr="000A5B76" w:rsidRDefault="00233B5B"/>
        </w:tc>
      </w:tr>
      <w:tr w:rsidR="00233B5B" w:rsidRPr="000A5B76" w14:paraId="0DE13782" w14:textId="77777777">
        <w:trPr>
          <w:jc w:val="center"/>
        </w:trPr>
        <w:tc>
          <w:tcPr>
            <w:tcW w:w="5270" w:type="dxa"/>
          </w:tcPr>
          <w:p w14:paraId="27781798" w14:textId="77777777" w:rsidR="00233B5B" w:rsidRPr="000A5B76" w:rsidRDefault="00000000">
            <w:r w:rsidRPr="000A5B76">
              <w:t>Nettoyage de l’environnement</w:t>
            </w:r>
          </w:p>
        </w:tc>
        <w:tc>
          <w:tcPr>
            <w:tcW w:w="5270" w:type="dxa"/>
          </w:tcPr>
          <w:p w14:paraId="452DECC6" w14:textId="77777777" w:rsidR="00233B5B" w:rsidRPr="000A5B76" w:rsidRDefault="00233B5B"/>
        </w:tc>
      </w:tr>
      <w:tr w:rsidR="00233B5B" w:rsidRPr="000A5B76" w14:paraId="447D80AB" w14:textId="77777777">
        <w:trPr>
          <w:jc w:val="center"/>
        </w:trPr>
        <w:tc>
          <w:tcPr>
            <w:tcW w:w="5270" w:type="dxa"/>
          </w:tcPr>
          <w:p w14:paraId="141B25F5" w14:textId="77777777" w:rsidR="00233B5B" w:rsidRPr="000A5B76" w:rsidRDefault="00000000">
            <w:r w:rsidRPr="000A5B76">
              <w:t>Autre</w:t>
            </w:r>
          </w:p>
        </w:tc>
        <w:tc>
          <w:tcPr>
            <w:tcW w:w="5270" w:type="dxa"/>
          </w:tcPr>
          <w:p w14:paraId="708BF687" w14:textId="77777777" w:rsidR="00233B5B" w:rsidRPr="000A5B76" w:rsidRDefault="00233B5B"/>
        </w:tc>
      </w:tr>
    </w:tbl>
    <w:p w14:paraId="1DBE020E" w14:textId="77777777" w:rsidR="00233B5B" w:rsidRPr="000A5B76" w:rsidRDefault="00000000">
      <w:r w:rsidRPr="000A5B76">
        <w:br w:type="page"/>
      </w:r>
    </w:p>
    <w:p w14:paraId="1D619613" w14:textId="77777777" w:rsidR="00233B5B" w:rsidRPr="000A5B76" w:rsidRDefault="00000000">
      <w:r w:rsidRPr="000A5B76">
        <w:rPr>
          <w:b/>
          <w:sz w:val="28"/>
        </w:rPr>
        <w:lastRenderedPageBreak/>
        <w:t>10. MATÉRIEL ET DISPOSITIFS RENCONTRÉS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684"/>
        <w:gridCol w:w="1569"/>
        <w:gridCol w:w="1900"/>
        <w:gridCol w:w="1754"/>
      </w:tblGrid>
      <w:tr w:rsidR="00233B5B" w:rsidRPr="000A5B76" w14:paraId="4007621A" w14:textId="77777777">
        <w:trPr>
          <w:jc w:val="center"/>
        </w:trPr>
        <w:tc>
          <w:tcPr>
            <w:tcW w:w="2635" w:type="dxa"/>
            <w:shd w:val="clear" w:color="auto" w:fill="D9EAF7"/>
            <w:vAlign w:val="center"/>
          </w:tcPr>
          <w:p w14:paraId="43C71937" w14:textId="77777777" w:rsidR="00233B5B" w:rsidRPr="000A5B76" w:rsidRDefault="00000000">
            <w:r w:rsidRPr="000A5B76">
              <w:rPr>
                <w:b/>
              </w:rPr>
              <w:t>Matériel</w:t>
            </w:r>
          </w:p>
        </w:tc>
        <w:tc>
          <w:tcPr>
            <w:tcW w:w="2635" w:type="dxa"/>
            <w:shd w:val="clear" w:color="auto" w:fill="D9EAF7"/>
            <w:vAlign w:val="center"/>
          </w:tcPr>
          <w:p w14:paraId="481F234E" w14:textId="77777777" w:rsidR="00233B5B" w:rsidRPr="000A5B76" w:rsidRDefault="00000000">
            <w:r w:rsidRPr="000A5B76">
              <w:rPr>
                <w:b/>
              </w:rPr>
              <w:t>Utilité</w:t>
            </w:r>
          </w:p>
        </w:tc>
        <w:tc>
          <w:tcPr>
            <w:tcW w:w="2635" w:type="dxa"/>
            <w:shd w:val="clear" w:color="auto" w:fill="D9EAF7"/>
            <w:vAlign w:val="center"/>
          </w:tcPr>
          <w:p w14:paraId="6D9A3662" w14:textId="77777777" w:rsidR="00233B5B" w:rsidRPr="000A5B76" w:rsidRDefault="00000000">
            <w:r w:rsidRPr="000A5B76">
              <w:rPr>
                <w:b/>
              </w:rPr>
              <w:t>Utilisation / précautions</w:t>
            </w:r>
          </w:p>
        </w:tc>
        <w:tc>
          <w:tcPr>
            <w:tcW w:w="2635" w:type="dxa"/>
            <w:shd w:val="clear" w:color="auto" w:fill="D9EAF7"/>
            <w:vAlign w:val="center"/>
          </w:tcPr>
          <w:p w14:paraId="50253FA4" w14:textId="77777777" w:rsidR="00233B5B" w:rsidRPr="000A5B76" w:rsidRDefault="00000000">
            <w:r w:rsidRPr="000A5B76">
              <w:rPr>
                <w:b/>
              </w:rPr>
              <w:t>Observé / manipulé</w:t>
            </w:r>
          </w:p>
        </w:tc>
      </w:tr>
      <w:tr w:rsidR="00233B5B" w:rsidRPr="000A5B76" w14:paraId="037613E1" w14:textId="77777777">
        <w:trPr>
          <w:jc w:val="center"/>
        </w:trPr>
        <w:tc>
          <w:tcPr>
            <w:tcW w:w="2635" w:type="dxa"/>
          </w:tcPr>
          <w:p w14:paraId="764B4C05" w14:textId="77777777" w:rsidR="00233B5B" w:rsidRPr="000A5B76" w:rsidRDefault="00233B5B"/>
        </w:tc>
        <w:tc>
          <w:tcPr>
            <w:tcW w:w="2635" w:type="dxa"/>
          </w:tcPr>
          <w:p w14:paraId="41B04E15" w14:textId="77777777" w:rsidR="00233B5B" w:rsidRPr="000A5B76" w:rsidRDefault="00233B5B"/>
        </w:tc>
        <w:tc>
          <w:tcPr>
            <w:tcW w:w="2635" w:type="dxa"/>
          </w:tcPr>
          <w:p w14:paraId="23B0559F" w14:textId="77777777" w:rsidR="00233B5B" w:rsidRPr="000A5B76" w:rsidRDefault="00233B5B"/>
        </w:tc>
        <w:tc>
          <w:tcPr>
            <w:tcW w:w="2635" w:type="dxa"/>
          </w:tcPr>
          <w:p w14:paraId="3ED16E02" w14:textId="77777777" w:rsidR="00233B5B" w:rsidRPr="000A5B76" w:rsidRDefault="00233B5B"/>
        </w:tc>
      </w:tr>
      <w:tr w:rsidR="00233B5B" w:rsidRPr="000A5B76" w14:paraId="3BE69219" w14:textId="77777777">
        <w:trPr>
          <w:jc w:val="center"/>
        </w:trPr>
        <w:tc>
          <w:tcPr>
            <w:tcW w:w="2635" w:type="dxa"/>
          </w:tcPr>
          <w:p w14:paraId="63E54759" w14:textId="77777777" w:rsidR="00233B5B" w:rsidRPr="000A5B76" w:rsidRDefault="00233B5B"/>
        </w:tc>
        <w:tc>
          <w:tcPr>
            <w:tcW w:w="2635" w:type="dxa"/>
          </w:tcPr>
          <w:p w14:paraId="6DEF0C67" w14:textId="77777777" w:rsidR="00233B5B" w:rsidRPr="000A5B76" w:rsidRDefault="00233B5B"/>
        </w:tc>
        <w:tc>
          <w:tcPr>
            <w:tcW w:w="2635" w:type="dxa"/>
          </w:tcPr>
          <w:p w14:paraId="06BBBAEA" w14:textId="77777777" w:rsidR="00233B5B" w:rsidRPr="000A5B76" w:rsidRDefault="00233B5B"/>
        </w:tc>
        <w:tc>
          <w:tcPr>
            <w:tcW w:w="2635" w:type="dxa"/>
          </w:tcPr>
          <w:p w14:paraId="6AFE6145" w14:textId="77777777" w:rsidR="00233B5B" w:rsidRPr="000A5B76" w:rsidRDefault="00233B5B"/>
        </w:tc>
      </w:tr>
      <w:tr w:rsidR="00233B5B" w:rsidRPr="000A5B76" w14:paraId="4C47FF56" w14:textId="77777777">
        <w:trPr>
          <w:jc w:val="center"/>
        </w:trPr>
        <w:tc>
          <w:tcPr>
            <w:tcW w:w="2635" w:type="dxa"/>
          </w:tcPr>
          <w:p w14:paraId="177F90A4" w14:textId="77777777" w:rsidR="00233B5B" w:rsidRPr="000A5B76" w:rsidRDefault="00233B5B"/>
        </w:tc>
        <w:tc>
          <w:tcPr>
            <w:tcW w:w="2635" w:type="dxa"/>
          </w:tcPr>
          <w:p w14:paraId="13DCA8F7" w14:textId="77777777" w:rsidR="00233B5B" w:rsidRPr="000A5B76" w:rsidRDefault="00233B5B"/>
        </w:tc>
        <w:tc>
          <w:tcPr>
            <w:tcW w:w="2635" w:type="dxa"/>
          </w:tcPr>
          <w:p w14:paraId="134AC6DA" w14:textId="77777777" w:rsidR="00233B5B" w:rsidRPr="000A5B76" w:rsidRDefault="00233B5B"/>
        </w:tc>
        <w:tc>
          <w:tcPr>
            <w:tcW w:w="2635" w:type="dxa"/>
          </w:tcPr>
          <w:p w14:paraId="36BB58BC" w14:textId="77777777" w:rsidR="00233B5B" w:rsidRPr="000A5B76" w:rsidRDefault="00233B5B"/>
        </w:tc>
      </w:tr>
      <w:tr w:rsidR="00233B5B" w:rsidRPr="000A5B76" w14:paraId="018B5A1A" w14:textId="77777777">
        <w:trPr>
          <w:jc w:val="center"/>
        </w:trPr>
        <w:tc>
          <w:tcPr>
            <w:tcW w:w="2635" w:type="dxa"/>
          </w:tcPr>
          <w:p w14:paraId="011B5452" w14:textId="77777777" w:rsidR="00233B5B" w:rsidRPr="000A5B76" w:rsidRDefault="00233B5B"/>
        </w:tc>
        <w:tc>
          <w:tcPr>
            <w:tcW w:w="2635" w:type="dxa"/>
          </w:tcPr>
          <w:p w14:paraId="107E8B9C" w14:textId="77777777" w:rsidR="00233B5B" w:rsidRPr="000A5B76" w:rsidRDefault="00233B5B"/>
        </w:tc>
        <w:tc>
          <w:tcPr>
            <w:tcW w:w="2635" w:type="dxa"/>
          </w:tcPr>
          <w:p w14:paraId="61BE8D87" w14:textId="77777777" w:rsidR="00233B5B" w:rsidRPr="000A5B76" w:rsidRDefault="00233B5B"/>
        </w:tc>
        <w:tc>
          <w:tcPr>
            <w:tcW w:w="2635" w:type="dxa"/>
          </w:tcPr>
          <w:p w14:paraId="66485FAD" w14:textId="77777777" w:rsidR="00233B5B" w:rsidRPr="000A5B76" w:rsidRDefault="00233B5B"/>
        </w:tc>
      </w:tr>
      <w:tr w:rsidR="00233B5B" w:rsidRPr="000A5B76" w14:paraId="329CF2CD" w14:textId="77777777">
        <w:trPr>
          <w:jc w:val="center"/>
        </w:trPr>
        <w:tc>
          <w:tcPr>
            <w:tcW w:w="2635" w:type="dxa"/>
          </w:tcPr>
          <w:p w14:paraId="5A0C3A49" w14:textId="77777777" w:rsidR="00233B5B" w:rsidRPr="000A5B76" w:rsidRDefault="00233B5B"/>
        </w:tc>
        <w:tc>
          <w:tcPr>
            <w:tcW w:w="2635" w:type="dxa"/>
          </w:tcPr>
          <w:p w14:paraId="2224EE1F" w14:textId="77777777" w:rsidR="00233B5B" w:rsidRPr="000A5B76" w:rsidRDefault="00233B5B"/>
        </w:tc>
        <w:tc>
          <w:tcPr>
            <w:tcW w:w="2635" w:type="dxa"/>
          </w:tcPr>
          <w:p w14:paraId="7DCFD3E7" w14:textId="77777777" w:rsidR="00233B5B" w:rsidRPr="000A5B76" w:rsidRDefault="00233B5B"/>
        </w:tc>
        <w:tc>
          <w:tcPr>
            <w:tcW w:w="2635" w:type="dxa"/>
          </w:tcPr>
          <w:p w14:paraId="29015169" w14:textId="77777777" w:rsidR="00233B5B" w:rsidRPr="000A5B76" w:rsidRDefault="00233B5B"/>
        </w:tc>
      </w:tr>
      <w:tr w:rsidR="00233B5B" w:rsidRPr="000A5B76" w14:paraId="73E85495" w14:textId="77777777">
        <w:trPr>
          <w:jc w:val="center"/>
        </w:trPr>
        <w:tc>
          <w:tcPr>
            <w:tcW w:w="2635" w:type="dxa"/>
          </w:tcPr>
          <w:p w14:paraId="4A1B6B27" w14:textId="77777777" w:rsidR="00233B5B" w:rsidRPr="000A5B76" w:rsidRDefault="00233B5B"/>
        </w:tc>
        <w:tc>
          <w:tcPr>
            <w:tcW w:w="2635" w:type="dxa"/>
          </w:tcPr>
          <w:p w14:paraId="18EA985A" w14:textId="77777777" w:rsidR="00233B5B" w:rsidRPr="000A5B76" w:rsidRDefault="00233B5B"/>
        </w:tc>
        <w:tc>
          <w:tcPr>
            <w:tcW w:w="2635" w:type="dxa"/>
          </w:tcPr>
          <w:p w14:paraId="7AE37EB9" w14:textId="77777777" w:rsidR="00233B5B" w:rsidRPr="000A5B76" w:rsidRDefault="00233B5B"/>
        </w:tc>
        <w:tc>
          <w:tcPr>
            <w:tcW w:w="2635" w:type="dxa"/>
          </w:tcPr>
          <w:p w14:paraId="04816ABC" w14:textId="77777777" w:rsidR="00233B5B" w:rsidRPr="000A5B76" w:rsidRDefault="00233B5B"/>
        </w:tc>
      </w:tr>
      <w:tr w:rsidR="00233B5B" w:rsidRPr="000A5B76" w14:paraId="4E2A822E" w14:textId="77777777">
        <w:trPr>
          <w:jc w:val="center"/>
        </w:trPr>
        <w:tc>
          <w:tcPr>
            <w:tcW w:w="2635" w:type="dxa"/>
          </w:tcPr>
          <w:p w14:paraId="3301D15D" w14:textId="77777777" w:rsidR="00233B5B" w:rsidRPr="000A5B76" w:rsidRDefault="00233B5B"/>
        </w:tc>
        <w:tc>
          <w:tcPr>
            <w:tcW w:w="2635" w:type="dxa"/>
          </w:tcPr>
          <w:p w14:paraId="67C9B2BA" w14:textId="77777777" w:rsidR="00233B5B" w:rsidRPr="000A5B76" w:rsidRDefault="00233B5B"/>
        </w:tc>
        <w:tc>
          <w:tcPr>
            <w:tcW w:w="2635" w:type="dxa"/>
          </w:tcPr>
          <w:p w14:paraId="3FDA7086" w14:textId="77777777" w:rsidR="00233B5B" w:rsidRPr="000A5B76" w:rsidRDefault="00233B5B"/>
        </w:tc>
        <w:tc>
          <w:tcPr>
            <w:tcW w:w="2635" w:type="dxa"/>
          </w:tcPr>
          <w:p w14:paraId="3A1B8E2F" w14:textId="77777777" w:rsidR="00233B5B" w:rsidRPr="000A5B76" w:rsidRDefault="00233B5B"/>
        </w:tc>
      </w:tr>
      <w:tr w:rsidR="00233B5B" w:rsidRPr="000A5B76" w14:paraId="50BEF190" w14:textId="77777777">
        <w:trPr>
          <w:jc w:val="center"/>
        </w:trPr>
        <w:tc>
          <w:tcPr>
            <w:tcW w:w="2635" w:type="dxa"/>
          </w:tcPr>
          <w:p w14:paraId="4FD10822" w14:textId="77777777" w:rsidR="00233B5B" w:rsidRPr="000A5B76" w:rsidRDefault="00233B5B"/>
        </w:tc>
        <w:tc>
          <w:tcPr>
            <w:tcW w:w="2635" w:type="dxa"/>
          </w:tcPr>
          <w:p w14:paraId="2131EFFF" w14:textId="77777777" w:rsidR="00233B5B" w:rsidRPr="000A5B76" w:rsidRDefault="00233B5B"/>
        </w:tc>
        <w:tc>
          <w:tcPr>
            <w:tcW w:w="2635" w:type="dxa"/>
          </w:tcPr>
          <w:p w14:paraId="13D0D5D8" w14:textId="77777777" w:rsidR="00233B5B" w:rsidRPr="000A5B76" w:rsidRDefault="00233B5B"/>
        </w:tc>
        <w:tc>
          <w:tcPr>
            <w:tcW w:w="2635" w:type="dxa"/>
          </w:tcPr>
          <w:p w14:paraId="4DA86887" w14:textId="77777777" w:rsidR="00233B5B" w:rsidRPr="000A5B76" w:rsidRDefault="00233B5B"/>
        </w:tc>
      </w:tr>
      <w:tr w:rsidR="00233B5B" w:rsidRPr="000A5B76" w14:paraId="5A208C68" w14:textId="77777777">
        <w:trPr>
          <w:jc w:val="center"/>
        </w:trPr>
        <w:tc>
          <w:tcPr>
            <w:tcW w:w="2635" w:type="dxa"/>
          </w:tcPr>
          <w:p w14:paraId="4845F814" w14:textId="77777777" w:rsidR="00233B5B" w:rsidRPr="000A5B76" w:rsidRDefault="00233B5B"/>
        </w:tc>
        <w:tc>
          <w:tcPr>
            <w:tcW w:w="2635" w:type="dxa"/>
          </w:tcPr>
          <w:p w14:paraId="3F4AFE24" w14:textId="77777777" w:rsidR="00233B5B" w:rsidRPr="000A5B76" w:rsidRDefault="00233B5B"/>
        </w:tc>
        <w:tc>
          <w:tcPr>
            <w:tcW w:w="2635" w:type="dxa"/>
          </w:tcPr>
          <w:p w14:paraId="3B0493FA" w14:textId="77777777" w:rsidR="00233B5B" w:rsidRPr="000A5B76" w:rsidRDefault="00233B5B"/>
        </w:tc>
        <w:tc>
          <w:tcPr>
            <w:tcW w:w="2635" w:type="dxa"/>
          </w:tcPr>
          <w:p w14:paraId="39ADC30D" w14:textId="77777777" w:rsidR="00233B5B" w:rsidRPr="000A5B76" w:rsidRDefault="00233B5B"/>
        </w:tc>
      </w:tr>
      <w:tr w:rsidR="00233B5B" w:rsidRPr="000A5B76" w14:paraId="1E253F1A" w14:textId="77777777">
        <w:trPr>
          <w:jc w:val="center"/>
        </w:trPr>
        <w:tc>
          <w:tcPr>
            <w:tcW w:w="2635" w:type="dxa"/>
          </w:tcPr>
          <w:p w14:paraId="2DB764F3" w14:textId="77777777" w:rsidR="00233B5B" w:rsidRPr="000A5B76" w:rsidRDefault="00233B5B"/>
        </w:tc>
        <w:tc>
          <w:tcPr>
            <w:tcW w:w="2635" w:type="dxa"/>
          </w:tcPr>
          <w:p w14:paraId="6FA878B8" w14:textId="77777777" w:rsidR="00233B5B" w:rsidRPr="000A5B76" w:rsidRDefault="00233B5B"/>
        </w:tc>
        <w:tc>
          <w:tcPr>
            <w:tcW w:w="2635" w:type="dxa"/>
          </w:tcPr>
          <w:p w14:paraId="2D2C1EC2" w14:textId="77777777" w:rsidR="00233B5B" w:rsidRPr="000A5B76" w:rsidRDefault="00233B5B"/>
        </w:tc>
        <w:tc>
          <w:tcPr>
            <w:tcW w:w="2635" w:type="dxa"/>
          </w:tcPr>
          <w:p w14:paraId="10A4D252" w14:textId="77777777" w:rsidR="00233B5B" w:rsidRPr="000A5B76" w:rsidRDefault="00233B5B"/>
        </w:tc>
      </w:tr>
      <w:tr w:rsidR="00233B5B" w:rsidRPr="000A5B76" w14:paraId="06E26229" w14:textId="77777777">
        <w:trPr>
          <w:jc w:val="center"/>
        </w:trPr>
        <w:tc>
          <w:tcPr>
            <w:tcW w:w="2635" w:type="dxa"/>
          </w:tcPr>
          <w:p w14:paraId="15F27B79" w14:textId="77777777" w:rsidR="00233B5B" w:rsidRPr="000A5B76" w:rsidRDefault="00233B5B"/>
        </w:tc>
        <w:tc>
          <w:tcPr>
            <w:tcW w:w="2635" w:type="dxa"/>
          </w:tcPr>
          <w:p w14:paraId="12779F2F" w14:textId="77777777" w:rsidR="00233B5B" w:rsidRPr="000A5B76" w:rsidRDefault="00233B5B"/>
        </w:tc>
        <w:tc>
          <w:tcPr>
            <w:tcW w:w="2635" w:type="dxa"/>
          </w:tcPr>
          <w:p w14:paraId="122299D4" w14:textId="77777777" w:rsidR="00233B5B" w:rsidRPr="000A5B76" w:rsidRDefault="00233B5B"/>
        </w:tc>
        <w:tc>
          <w:tcPr>
            <w:tcW w:w="2635" w:type="dxa"/>
          </w:tcPr>
          <w:p w14:paraId="547425FE" w14:textId="77777777" w:rsidR="00233B5B" w:rsidRPr="000A5B76" w:rsidRDefault="00233B5B"/>
        </w:tc>
      </w:tr>
      <w:tr w:rsidR="00233B5B" w:rsidRPr="000A5B76" w14:paraId="58162C22" w14:textId="77777777">
        <w:trPr>
          <w:jc w:val="center"/>
        </w:trPr>
        <w:tc>
          <w:tcPr>
            <w:tcW w:w="2635" w:type="dxa"/>
          </w:tcPr>
          <w:p w14:paraId="35DC6D0D" w14:textId="77777777" w:rsidR="00233B5B" w:rsidRPr="000A5B76" w:rsidRDefault="00233B5B"/>
        </w:tc>
        <w:tc>
          <w:tcPr>
            <w:tcW w:w="2635" w:type="dxa"/>
          </w:tcPr>
          <w:p w14:paraId="6450615D" w14:textId="77777777" w:rsidR="00233B5B" w:rsidRPr="000A5B76" w:rsidRDefault="00233B5B"/>
        </w:tc>
        <w:tc>
          <w:tcPr>
            <w:tcW w:w="2635" w:type="dxa"/>
          </w:tcPr>
          <w:p w14:paraId="7AB41E39" w14:textId="77777777" w:rsidR="00233B5B" w:rsidRPr="000A5B76" w:rsidRDefault="00233B5B"/>
        </w:tc>
        <w:tc>
          <w:tcPr>
            <w:tcW w:w="2635" w:type="dxa"/>
          </w:tcPr>
          <w:p w14:paraId="6AF8710F" w14:textId="77777777" w:rsidR="00233B5B" w:rsidRPr="000A5B76" w:rsidRDefault="00233B5B"/>
        </w:tc>
      </w:tr>
    </w:tbl>
    <w:p w14:paraId="65A7EC8A" w14:textId="77777777" w:rsidR="00233B5B" w:rsidRPr="000A5B76" w:rsidRDefault="00000000">
      <w:r w:rsidRPr="000A5B76">
        <w:br w:type="page"/>
      </w:r>
    </w:p>
    <w:p w14:paraId="762A6251" w14:textId="77777777" w:rsidR="00233B5B" w:rsidRPr="000A5B76" w:rsidRDefault="00000000">
      <w:r w:rsidRPr="000A5B76">
        <w:rPr>
          <w:b/>
          <w:sz w:val="28"/>
        </w:rPr>
        <w:lastRenderedPageBreak/>
        <w:t>11. MES QUESTIONS À L’ENCADREUR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554"/>
        <w:gridCol w:w="1790"/>
        <w:gridCol w:w="1887"/>
        <w:gridCol w:w="1676"/>
      </w:tblGrid>
      <w:tr w:rsidR="00233B5B" w:rsidRPr="000A5B76" w14:paraId="45B9E7D6" w14:textId="77777777">
        <w:trPr>
          <w:jc w:val="center"/>
        </w:trPr>
        <w:tc>
          <w:tcPr>
            <w:tcW w:w="2635" w:type="dxa"/>
            <w:shd w:val="clear" w:color="auto" w:fill="D9EAF7"/>
            <w:vAlign w:val="center"/>
          </w:tcPr>
          <w:p w14:paraId="530AA4C0" w14:textId="77777777" w:rsidR="00233B5B" w:rsidRPr="000A5B76" w:rsidRDefault="00000000">
            <w:r w:rsidRPr="000A5B76">
              <w:rPr>
                <w:b/>
              </w:rPr>
              <w:t>Date</w:t>
            </w:r>
          </w:p>
        </w:tc>
        <w:tc>
          <w:tcPr>
            <w:tcW w:w="2635" w:type="dxa"/>
            <w:shd w:val="clear" w:color="auto" w:fill="D9EAF7"/>
            <w:vAlign w:val="center"/>
          </w:tcPr>
          <w:p w14:paraId="5A5F462C" w14:textId="77777777" w:rsidR="00233B5B" w:rsidRPr="000A5B76" w:rsidRDefault="00000000">
            <w:r w:rsidRPr="000A5B76">
              <w:rPr>
                <w:b/>
              </w:rPr>
              <w:t>Question</w:t>
            </w:r>
          </w:p>
        </w:tc>
        <w:tc>
          <w:tcPr>
            <w:tcW w:w="2635" w:type="dxa"/>
            <w:shd w:val="clear" w:color="auto" w:fill="D9EAF7"/>
            <w:vAlign w:val="center"/>
          </w:tcPr>
          <w:p w14:paraId="1413D975" w14:textId="77777777" w:rsidR="00233B5B" w:rsidRPr="000A5B76" w:rsidRDefault="00000000">
            <w:r w:rsidRPr="000A5B76">
              <w:rPr>
                <w:b/>
              </w:rPr>
              <w:t>Réponse / explication</w:t>
            </w:r>
          </w:p>
        </w:tc>
        <w:tc>
          <w:tcPr>
            <w:tcW w:w="2635" w:type="dxa"/>
            <w:shd w:val="clear" w:color="auto" w:fill="D9EAF7"/>
            <w:vAlign w:val="center"/>
          </w:tcPr>
          <w:p w14:paraId="588A1E51" w14:textId="77777777" w:rsidR="00233B5B" w:rsidRPr="000A5B76" w:rsidRDefault="00000000">
            <w:r w:rsidRPr="000A5B76">
              <w:rPr>
                <w:b/>
              </w:rPr>
              <w:t>À réviser</w:t>
            </w:r>
          </w:p>
        </w:tc>
      </w:tr>
      <w:tr w:rsidR="00233B5B" w:rsidRPr="000A5B76" w14:paraId="69F21C1E" w14:textId="77777777">
        <w:trPr>
          <w:jc w:val="center"/>
        </w:trPr>
        <w:tc>
          <w:tcPr>
            <w:tcW w:w="2635" w:type="dxa"/>
          </w:tcPr>
          <w:p w14:paraId="07FFD17D" w14:textId="77777777" w:rsidR="00233B5B" w:rsidRPr="000A5B76" w:rsidRDefault="00233B5B"/>
        </w:tc>
        <w:tc>
          <w:tcPr>
            <w:tcW w:w="2635" w:type="dxa"/>
          </w:tcPr>
          <w:p w14:paraId="7C146C97" w14:textId="77777777" w:rsidR="00233B5B" w:rsidRPr="000A5B76" w:rsidRDefault="00233B5B"/>
        </w:tc>
        <w:tc>
          <w:tcPr>
            <w:tcW w:w="2635" w:type="dxa"/>
          </w:tcPr>
          <w:p w14:paraId="3696E84C" w14:textId="77777777" w:rsidR="00233B5B" w:rsidRPr="000A5B76" w:rsidRDefault="00233B5B"/>
        </w:tc>
        <w:tc>
          <w:tcPr>
            <w:tcW w:w="2635" w:type="dxa"/>
          </w:tcPr>
          <w:p w14:paraId="565A86CC" w14:textId="77777777" w:rsidR="00233B5B" w:rsidRPr="000A5B76" w:rsidRDefault="00233B5B"/>
        </w:tc>
      </w:tr>
      <w:tr w:rsidR="00233B5B" w:rsidRPr="000A5B76" w14:paraId="474C0342" w14:textId="77777777">
        <w:trPr>
          <w:jc w:val="center"/>
        </w:trPr>
        <w:tc>
          <w:tcPr>
            <w:tcW w:w="2635" w:type="dxa"/>
          </w:tcPr>
          <w:p w14:paraId="082DAD34" w14:textId="77777777" w:rsidR="00233B5B" w:rsidRPr="000A5B76" w:rsidRDefault="00233B5B"/>
        </w:tc>
        <w:tc>
          <w:tcPr>
            <w:tcW w:w="2635" w:type="dxa"/>
          </w:tcPr>
          <w:p w14:paraId="5B5A527F" w14:textId="77777777" w:rsidR="00233B5B" w:rsidRPr="000A5B76" w:rsidRDefault="00233B5B"/>
        </w:tc>
        <w:tc>
          <w:tcPr>
            <w:tcW w:w="2635" w:type="dxa"/>
          </w:tcPr>
          <w:p w14:paraId="331BAB3A" w14:textId="77777777" w:rsidR="00233B5B" w:rsidRPr="000A5B76" w:rsidRDefault="00233B5B"/>
        </w:tc>
        <w:tc>
          <w:tcPr>
            <w:tcW w:w="2635" w:type="dxa"/>
          </w:tcPr>
          <w:p w14:paraId="4784A8C9" w14:textId="77777777" w:rsidR="00233B5B" w:rsidRPr="000A5B76" w:rsidRDefault="00233B5B"/>
        </w:tc>
      </w:tr>
      <w:tr w:rsidR="00233B5B" w:rsidRPr="000A5B76" w14:paraId="2DAAADAF" w14:textId="77777777">
        <w:trPr>
          <w:jc w:val="center"/>
        </w:trPr>
        <w:tc>
          <w:tcPr>
            <w:tcW w:w="2635" w:type="dxa"/>
          </w:tcPr>
          <w:p w14:paraId="4A25C574" w14:textId="77777777" w:rsidR="00233B5B" w:rsidRPr="000A5B76" w:rsidRDefault="00233B5B"/>
        </w:tc>
        <w:tc>
          <w:tcPr>
            <w:tcW w:w="2635" w:type="dxa"/>
          </w:tcPr>
          <w:p w14:paraId="2614E21D" w14:textId="77777777" w:rsidR="00233B5B" w:rsidRPr="000A5B76" w:rsidRDefault="00233B5B"/>
        </w:tc>
        <w:tc>
          <w:tcPr>
            <w:tcW w:w="2635" w:type="dxa"/>
          </w:tcPr>
          <w:p w14:paraId="0A332664" w14:textId="77777777" w:rsidR="00233B5B" w:rsidRPr="000A5B76" w:rsidRDefault="00233B5B"/>
        </w:tc>
        <w:tc>
          <w:tcPr>
            <w:tcW w:w="2635" w:type="dxa"/>
          </w:tcPr>
          <w:p w14:paraId="6754721D" w14:textId="77777777" w:rsidR="00233B5B" w:rsidRPr="000A5B76" w:rsidRDefault="00233B5B"/>
        </w:tc>
      </w:tr>
      <w:tr w:rsidR="00233B5B" w:rsidRPr="000A5B76" w14:paraId="6CAB9944" w14:textId="77777777">
        <w:trPr>
          <w:jc w:val="center"/>
        </w:trPr>
        <w:tc>
          <w:tcPr>
            <w:tcW w:w="2635" w:type="dxa"/>
          </w:tcPr>
          <w:p w14:paraId="07D5E2AD" w14:textId="77777777" w:rsidR="00233B5B" w:rsidRPr="000A5B76" w:rsidRDefault="00233B5B"/>
        </w:tc>
        <w:tc>
          <w:tcPr>
            <w:tcW w:w="2635" w:type="dxa"/>
          </w:tcPr>
          <w:p w14:paraId="3365C0FE" w14:textId="77777777" w:rsidR="00233B5B" w:rsidRPr="000A5B76" w:rsidRDefault="00233B5B"/>
        </w:tc>
        <w:tc>
          <w:tcPr>
            <w:tcW w:w="2635" w:type="dxa"/>
          </w:tcPr>
          <w:p w14:paraId="61A9A850" w14:textId="77777777" w:rsidR="00233B5B" w:rsidRPr="000A5B76" w:rsidRDefault="00233B5B"/>
        </w:tc>
        <w:tc>
          <w:tcPr>
            <w:tcW w:w="2635" w:type="dxa"/>
          </w:tcPr>
          <w:p w14:paraId="44AAEF50" w14:textId="77777777" w:rsidR="00233B5B" w:rsidRPr="000A5B76" w:rsidRDefault="00233B5B"/>
        </w:tc>
      </w:tr>
      <w:tr w:rsidR="00233B5B" w:rsidRPr="000A5B76" w14:paraId="6261DEA1" w14:textId="77777777">
        <w:trPr>
          <w:jc w:val="center"/>
        </w:trPr>
        <w:tc>
          <w:tcPr>
            <w:tcW w:w="2635" w:type="dxa"/>
          </w:tcPr>
          <w:p w14:paraId="0E23B14E" w14:textId="77777777" w:rsidR="00233B5B" w:rsidRPr="000A5B76" w:rsidRDefault="00233B5B"/>
        </w:tc>
        <w:tc>
          <w:tcPr>
            <w:tcW w:w="2635" w:type="dxa"/>
          </w:tcPr>
          <w:p w14:paraId="0A55AA85" w14:textId="77777777" w:rsidR="00233B5B" w:rsidRPr="000A5B76" w:rsidRDefault="00233B5B"/>
        </w:tc>
        <w:tc>
          <w:tcPr>
            <w:tcW w:w="2635" w:type="dxa"/>
          </w:tcPr>
          <w:p w14:paraId="137B781A" w14:textId="77777777" w:rsidR="00233B5B" w:rsidRPr="000A5B76" w:rsidRDefault="00233B5B"/>
        </w:tc>
        <w:tc>
          <w:tcPr>
            <w:tcW w:w="2635" w:type="dxa"/>
          </w:tcPr>
          <w:p w14:paraId="02BB3160" w14:textId="77777777" w:rsidR="00233B5B" w:rsidRPr="000A5B76" w:rsidRDefault="00233B5B"/>
        </w:tc>
      </w:tr>
      <w:tr w:rsidR="00233B5B" w:rsidRPr="000A5B76" w14:paraId="59773E78" w14:textId="77777777">
        <w:trPr>
          <w:jc w:val="center"/>
        </w:trPr>
        <w:tc>
          <w:tcPr>
            <w:tcW w:w="2635" w:type="dxa"/>
          </w:tcPr>
          <w:p w14:paraId="5FA6AD84" w14:textId="77777777" w:rsidR="00233B5B" w:rsidRPr="000A5B76" w:rsidRDefault="00233B5B"/>
        </w:tc>
        <w:tc>
          <w:tcPr>
            <w:tcW w:w="2635" w:type="dxa"/>
          </w:tcPr>
          <w:p w14:paraId="185B886F" w14:textId="77777777" w:rsidR="00233B5B" w:rsidRPr="000A5B76" w:rsidRDefault="00233B5B"/>
        </w:tc>
        <w:tc>
          <w:tcPr>
            <w:tcW w:w="2635" w:type="dxa"/>
          </w:tcPr>
          <w:p w14:paraId="0A8DB7E2" w14:textId="77777777" w:rsidR="00233B5B" w:rsidRPr="000A5B76" w:rsidRDefault="00233B5B"/>
        </w:tc>
        <w:tc>
          <w:tcPr>
            <w:tcW w:w="2635" w:type="dxa"/>
          </w:tcPr>
          <w:p w14:paraId="79D41D5C" w14:textId="77777777" w:rsidR="00233B5B" w:rsidRPr="000A5B76" w:rsidRDefault="00233B5B"/>
        </w:tc>
      </w:tr>
      <w:tr w:rsidR="00233B5B" w:rsidRPr="000A5B76" w14:paraId="140E540A" w14:textId="77777777">
        <w:trPr>
          <w:jc w:val="center"/>
        </w:trPr>
        <w:tc>
          <w:tcPr>
            <w:tcW w:w="2635" w:type="dxa"/>
          </w:tcPr>
          <w:p w14:paraId="4EA458BC" w14:textId="77777777" w:rsidR="00233B5B" w:rsidRPr="000A5B76" w:rsidRDefault="00233B5B"/>
        </w:tc>
        <w:tc>
          <w:tcPr>
            <w:tcW w:w="2635" w:type="dxa"/>
          </w:tcPr>
          <w:p w14:paraId="11ED07A8" w14:textId="77777777" w:rsidR="00233B5B" w:rsidRPr="000A5B76" w:rsidRDefault="00233B5B"/>
        </w:tc>
        <w:tc>
          <w:tcPr>
            <w:tcW w:w="2635" w:type="dxa"/>
          </w:tcPr>
          <w:p w14:paraId="4D4B65F6" w14:textId="77777777" w:rsidR="00233B5B" w:rsidRPr="000A5B76" w:rsidRDefault="00233B5B"/>
        </w:tc>
        <w:tc>
          <w:tcPr>
            <w:tcW w:w="2635" w:type="dxa"/>
          </w:tcPr>
          <w:p w14:paraId="60937578" w14:textId="77777777" w:rsidR="00233B5B" w:rsidRPr="000A5B76" w:rsidRDefault="00233B5B"/>
        </w:tc>
      </w:tr>
      <w:tr w:rsidR="00233B5B" w:rsidRPr="000A5B76" w14:paraId="57C520D6" w14:textId="77777777">
        <w:trPr>
          <w:jc w:val="center"/>
        </w:trPr>
        <w:tc>
          <w:tcPr>
            <w:tcW w:w="2635" w:type="dxa"/>
          </w:tcPr>
          <w:p w14:paraId="04BAB623" w14:textId="77777777" w:rsidR="00233B5B" w:rsidRPr="000A5B76" w:rsidRDefault="00233B5B"/>
        </w:tc>
        <w:tc>
          <w:tcPr>
            <w:tcW w:w="2635" w:type="dxa"/>
          </w:tcPr>
          <w:p w14:paraId="09EA2087" w14:textId="77777777" w:rsidR="00233B5B" w:rsidRPr="000A5B76" w:rsidRDefault="00233B5B"/>
        </w:tc>
        <w:tc>
          <w:tcPr>
            <w:tcW w:w="2635" w:type="dxa"/>
          </w:tcPr>
          <w:p w14:paraId="75EE9D47" w14:textId="77777777" w:rsidR="00233B5B" w:rsidRPr="000A5B76" w:rsidRDefault="00233B5B"/>
        </w:tc>
        <w:tc>
          <w:tcPr>
            <w:tcW w:w="2635" w:type="dxa"/>
          </w:tcPr>
          <w:p w14:paraId="5E149C82" w14:textId="77777777" w:rsidR="00233B5B" w:rsidRPr="000A5B76" w:rsidRDefault="00233B5B"/>
        </w:tc>
      </w:tr>
      <w:tr w:rsidR="00233B5B" w:rsidRPr="000A5B76" w14:paraId="3F733E13" w14:textId="77777777">
        <w:trPr>
          <w:jc w:val="center"/>
        </w:trPr>
        <w:tc>
          <w:tcPr>
            <w:tcW w:w="2635" w:type="dxa"/>
          </w:tcPr>
          <w:p w14:paraId="40898404" w14:textId="77777777" w:rsidR="00233B5B" w:rsidRPr="000A5B76" w:rsidRDefault="00233B5B"/>
        </w:tc>
        <w:tc>
          <w:tcPr>
            <w:tcW w:w="2635" w:type="dxa"/>
          </w:tcPr>
          <w:p w14:paraId="769A51DC" w14:textId="77777777" w:rsidR="00233B5B" w:rsidRPr="000A5B76" w:rsidRDefault="00233B5B"/>
        </w:tc>
        <w:tc>
          <w:tcPr>
            <w:tcW w:w="2635" w:type="dxa"/>
          </w:tcPr>
          <w:p w14:paraId="19435EE8" w14:textId="77777777" w:rsidR="00233B5B" w:rsidRPr="000A5B76" w:rsidRDefault="00233B5B"/>
        </w:tc>
        <w:tc>
          <w:tcPr>
            <w:tcW w:w="2635" w:type="dxa"/>
          </w:tcPr>
          <w:p w14:paraId="489CB908" w14:textId="77777777" w:rsidR="00233B5B" w:rsidRPr="000A5B76" w:rsidRDefault="00233B5B"/>
        </w:tc>
      </w:tr>
      <w:tr w:rsidR="00233B5B" w:rsidRPr="000A5B76" w14:paraId="129A2849" w14:textId="77777777">
        <w:trPr>
          <w:jc w:val="center"/>
        </w:trPr>
        <w:tc>
          <w:tcPr>
            <w:tcW w:w="2635" w:type="dxa"/>
          </w:tcPr>
          <w:p w14:paraId="43213465" w14:textId="77777777" w:rsidR="00233B5B" w:rsidRPr="000A5B76" w:rsidRDefault="00233B5B"/>
        </w:tc>
        <w:tc>
          <w:tcPr>
            <w:tcW w:w="2635" w:type="dxa"/>
          </w:tcPr>
          <w:p w14:paraId="6BE3EA32" w14:textId="77777777" w:rsidR="00233B5B" w:rsidRPr="000A5B76" w:rsidRDefault="00233B5B"/>
        </w:tc>
        <w:tc>
          <w:tcPr>
            <w:tcW w:w="2635" w:type="dxa"/>
          </w:tcPr>
          <w:p w14:paraId="219C6266" w14:textId="77777777" w:rsidR="00233B5B" w:rsidRPr="000A5B76" w:rsidRDefault="00233B5B"/>
        </w:tc>
        <w:tc>
          <w:tcPr>
            <w:tcW w:w="2635" w:type="dxa"/>
          </w:tcPr>
          <w:p w14:paraId="07779BA1" w14:textId="77777777" w:rsidR="00233B5B" w:rsidRPr="000A5B76" w:rsidRDefault="00233B5B"/>
        </w:tc>
      </w:tr>
    </w:tbl>
    <w:p w14:paraId="3F084638" w14:textId="77777777" w:rsidR="00233B5B" w:rsidRPr="000A5B76" w:rsidRDefault="00000000">
      <w:r w:rsidRPr="000A5B76">
        <w:br w:type="page"/>
      </w:r>
    </w:p>
    <w:p w14:paraId="3B7ABA0C" w14:textId="77777777" w:rsidR="00233B5B" w:rsidRPr="000A5B76" w:rsidRDefault="00000000">
      <w:r w:rsidRPr="000A5B76">
        <w:rPr>
          <w:b/>
          <w:sz w:val="28"/>
        </w:rPr>
        <w:lastRenderedPageBreak/>
        <w:t>12. BILAN DE STAGE — SEMAINE 1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537"/>
        <w:gridCol w:w="3370"/>
      </w:tblGrid>
      <w:tr w:rsidR="00233B5B" w:rsidRPr="000A5B76" w14:paraId="56FA462E" w14:textId="77777777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6E4020D1" w14:textId="77777777" w:rsidR="00233B5B" w:rsidRPr="000A5B76" w:rsidRDefault="00000000">
            <w:r w:rsidRPr="000A5B76">
              <w:rPr>
                <w:b/>
              </w:rPr>
              <w:t>Critère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2D37F68D" w14:textId="77777777" w:rsidR="00233B5B" w:rsidRPr="000A5B76" w:rsidRDefault="00000000">
            <w:r w:rsidRPr="000A5B76">
              <w:rPr>
                <w:b/>
              </w:rPr>
              <w:t>Auto-évaluation / notes</w:t>
            </w:r>
          </w:p>
        </w:tc>
      </w:tr>
      <w:tr w:rsidR="00233B5B" w:rsidRPr="000A5B76" w14:paraId="07B685D2" w14:textId="77777777">
        <w:trPr>
          <w:jc w:val="center"/>
        </w:trPr>
        <w:tc>
          <w:tcPr>
            <w:tcW w:w="5270" w:type="dxa"/>
          </w:tcPr>
          <w:p w14:paraId="5A632D13" w14:textId="77777777" w:rsidR="00233B5B" w:rsidRPr="000A5B76" w:rsidRDefault="00000000">
            <w:r w:rsidRPr="000A5B76">
              <w:t>Accueil et communication</w:t>
            </w:r>
          </w:p>
        </w:tc>
        <w:tc>
          <w:tcPr>
            <w:tcW w:w="5270" w:type="dxa"/>
          </w:tcPr>
          <w:p w14:paraId="29C50DFE" w14:textId="77777777" w:rsidR="00233B5B" w:rsidRPr="000A5B76" w:rsidRDefault="00233B5B"/>
        </w:tc>
      </w:tr>
      <w:tr w:rsidR="00233B5B" w:rsidRPr="000A5B76" w14:paraId="6F8593E2" w14:textId="77777777">
        <w:trPr>
          <w:jc w:val="center"/>
        </w:trPr>
        <w:tc>
          <w:tcPr>
            <w:tcW w:w="5270" w:type="dxa"/>
          </w:tcPr>
          <w:p w14:paraId="003873C7" w14:textId="77777777" w:rsidR="00233B5B" w:rsidRPr="000A5B76" w:rsidRDefault="00000000">
            <w:r w:rsidRPr="000A5B76">
              <w:t>Hygiène et sécurité</w:t>
            </w:r>
          </w:p>
        </w:tc>
        <w:tc>
          <w:tcPr>
            <w:tcW w:w="5270" w:type="dxa"/>
          </w:tcPr>
          <w:p w14:paraId="10BE4C66" w14:textId="77777777" w:rsidR="00233B5B" w:rsidRPr="000A5B76" w:rsidRDefault="00233B5B"/>
        </w:tc>
      </w:tr>
      <w:tr w:rsidR="00233B5B" w:rsidRPr="000A5B76" w14:paraId="47D17222" w14:textId="77777777">
        <w:trPr>
          <w:jc w:val="center"/>
        </w:trPr>
        <w:tc>
          <w:tcPr>
            <w:tcW w:w="5270" w:type="dxa"/>
          </w:tcPr>
          <w:p w14:paraId="72874176" w14:textId="77777777" w:rsidR="00233B5B" w:rsidRPr="000A5B76" w:rsidRDefault="00000000">
            <w:r w:rsidRPr="000A5B76">
              <w:t>Prise des constantes</w:t>
            </w:r>
          </w:p>
        </w:tc>
        <w:tc>
          <w:tcPr>
            <w:tcW w:w="5270" w:type="dxa"/>
          </w:tcPr>
          <w:p w14:paraId="49E741BB" w14:textId="77777777" w:rsidR="00233B5B" w:rsidRPr="000A5B76" w:rsidRDefault="00233B5B"/>
        </w:tc>
      </w:tr>
      <w:tr w:rsidR="00233B5B" w:rsidRPr="000A5B76" w14:paraId="319CDEAD" w14:textId="77777777">
        <w:trPr>
          <w:jc w:val="center"/>
        </w:trPr>
        <w:tc>
          <w:tcPr>
            <w:tcW w:w="5270" w:type="dxa"/>
          </w:tcPr>
          <w:p w14:paraId="49145BF7" w14:textId="77777777" w:rsidR="00233B5B" w:rsidRPr="000A5B76" w:rsidRDefault="00000000">
            <w:r w:rsidRPr="000A5B76">
              <w:t>Organisation et ponctualité</w:t>
            </w:r>
          </w:p>
        </w:tc>
        <w:tc>
          <w:tcPr>
            <w:tcW w:w="5270" w:type="dxa"/>
          </w:tcPr>
          <w:p w14:paraId="2D18F5DD" w14:textId="77777777" w:rsidR="00233B5B" w:rsidRPr="000A5B76" w:rsidRDefault="00233B5B"/>
        </w:tc>
      </w:tr>
      <w:tr w:rsidR="00233B5B" w:rsidRPr="000A5B76" w14:paraId="3A0481A6" w14:textId="77777777">
        <w:trPr>
          <w:jc w:val="center"/>
        </w:trPr>
        <w:tc>
          <w:tcPr>
            <w:tcW w:w="5270" w:type="dxa"/>
          </w:tcPr>
          <w:p w14:paraId="6A175FF2" w14:textId="77777777" w:rsidR="00233B5B" w:rsidRPr="000A5B76" w:rsidRDefault="00000000">
            <w:r w:rsidRPr="000A5B76">
              <w:t>Gestes techniques</w:t>
            </w:r>
          </w:p>
        </w:tc>
        <w:tc>
          <w:tcPr>
            <w:tcW w:w="5270" w:type="dxa"/>
          </w:tcPr>
          <w:p w14:paraId="1DC8C399" w14:textId="77777777" w:rsidR="00233B5B" w:rsidRPr="000A5B76" w:rsidRDefault="00233B5B"/>
        </w:tc>
      </w:tr>
      <w:tr w:rsidR="00233B5B" w:rsidRPr="000A5B76" w14:paraId="449465D9" w14:textId="77777777">
        <w:trPr>
          <w:jc w:val="center"/>
        </w:trPr>
        <w:tc>
          <w:tcPr>
            <w:tcW w:w="5270" w:type="dxa"/>
          </w:tcPr>
          <w:p w14:paraId="59EE9891" w14:textId="77777777" w:rsidR="00233B5B" w:rsidRPr="000A5B76" w:rsidRDefault="00000000">
            <w:r w:rsidRPr="000A5B76">
              <w:t>Observation clinique</w:t>
            </w:r>
          </w:p>
        </w:tc>
        <w:tc>
          <w:tcPr>
            <w:tcW w:w="5270" w:type="dxa"/>
          </w:tcPr>
          <w:p w14:paraId="315FD5A8" w14:textId="77777777" w:rsidR="00233B5B" w:rsidRPr="000A5B76" w:rsidRDefault="00233B5B"/>
        </w:tc>
      </w:tr>
      <w:tr w:rsidR="00233B5B" w:rsidRPr="000A5B76" w14:paraId="55FA057B" w14:textId="77777777">
        <w:trPr>
          <w:jc w:val="center"/>
        </w:trPr>
        <w:tc>
          <w:tcPr>
            <w:tcW w:w="5270" w:type="dxa"/>
          </w:tcPr>
          <w:p w14:paraId="0C140B2E" w14:textId="77777777" w:rsidR="00233B5B" w:rsidRPr="000A5B76" w:rsidRDefault="00000000">
            <w:r w:rsidRPr="000A5B76">
              <w:t>Transmission</w:t>
            </w:r>
          </w:p>
        </w:tc>
        <w:tc>
          <w:tcPr>
            <w:tcW w:w="5270" w:type="dxa"/>
          </w:tcPr>
          <w:p w14:paraId="77FD92EA" w14:textId="77777777" w:rsidR="00233B5B" w:rsidRPr="000A5B76" w:rsidRDefault="00233B5B"/>
        </w:tc>
      </w:tr>
      <w:tr w:rsidR="00233B5B" w:rsidRPr="000A5B76" w14:paraId="10A782BF" w14:textId="77777777">
        <w:trPr>
          <w:jc w:val="center"/>
        </w:trPr>
        <w:tc>
          <w:tcPr>
            <w:tcW w:w="5270" w:type="dxa"/>
          </w:tcPr>
          <w:p w14:paraId="73B11DDE" w14:textId="77777777" w:rsidR="00233B5B" w:rsidRPr="000A5B76" w:rsidRDefault="00000000">
            <w:r w:rsidRPr="000A5B76">
              <w:t>Objectif pour la semaine suivante</w:t>
            </w:r>
          </w:p>
        </w:tc>
        <w:tc>
          <w:tcPr>
            <w:tcW w:w="5270" w:type="dxa"/>
          </w:tcPr>
          <w:p w14:paraId="6CD3B3D9" w14:textId="77777777" w:rsidR="00233B5B" w:rsidRPr="000A5B76" w:rsidRDefault="00233B5B"/>
        </w:tc>
      </w:tr>
    </w:tbl>
    <w:p w14:paraId="054F970E" w14:textId="77777777" w:rsidR="00233B5B" w:rsidRPr="000A5B76" w:rsidRDefault="00000000">
      <w:r w:rsidRPr="000A5B76">
        <w:br w:type="page"/>
      </w:r>
    </w:p>
    <w:p w14:paraId="5962BA5E" w14:textId="77777777" w:rsidR="00233B5B" w:rsidRPr="000A5B76" w:rsidRDefault="00000000">
      <w:r w:rsidRPr="000A5B76">
        <w:rPr>
          <w:b/>
          <w:sz w:val="28"/>
        </w:rPr>
        <w:lastRenderedPageBreak/>
        <w:t>12. BILAN DE STAGE — SEMAINE 2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537"/>
        <w:gridCol w:w="3370"/>
      </w:tblGrid>
      <w:tr w:rsidR="00233B5B" w:rsidRPr="000A5B76" w14:paraId="3F85A44F" w14:textId="77777777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3B949086" w14:textId="77777777" w:rsidR="00233B5B" w:rsidRPr="000A5B76" w:rsidRDefault="00000000">
            <w:r w:rsidRPr="000A5B76">
              <w:rPr>
                <w:b/>
              </w:rPr>
              <w:t>Critère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4D793F7E" w14:textId="77777777" w:rsidR="00233B5B" w:rsidRPr="000A5B76" w:rsidRDefault="00000000">
            <w:r w:rsidRPr="000A5B76">
              <w:rPr>
                <w:b/>
              </w:rPr>
              <w:t>Auto-évaluation / notes</w:t>
            </w:r>
          </w:p>
        </w:tc>
      </w:tr>
      <w:tr w:rsidR="00233B5B" w:rsidRPr="000A5B76" w14:paraId="09C2CC15" w14:textId="77777777">
        <w:trPr>
          <w:jc w:val="center"/>
        </w:trPr>
        <w:tc>
          <w:tcPr>
            <w:tcW w:w="5270" w:type="dxa"/>
          </w:tcPr>
          <w:p w14:paraId="04FD34E2" w14:textId="77777777" w:rsidR="00233B5B" w:rsidRPr="000A5B76" w:rsidRDefault="00000000">
            <w:r w:rsidRPr="000A5B76">
              <w:t>Accueil et communication</w:t>
            </w:r>
          </w:p>
        </w:tc>
        <w:tc>
          <w:tcPr>
            <w:tcW w:w="5270" w:type="dxa"/>
          </w:tcPr>
          <w:p w14:paraId="00E26ED7" w14:textId="77777777" w:rsidR="00233B5B" w:rsidRPr="000A5B76" w:rsidRDefault="00233B5B"/>
        </w:tc>
      </w:tr>
      <w:tr w:rsidR="00233B5B" w:rsidRPr="000A5B76" w14:paraId="00325D78" w14:textId="77777777">
        <w:trPr>
          <w:jc w:val="center"/>
        </w:trPr>
        <w:tc>
          <w:tcPr>
            <w:tcW w:w="5270" w:type="dxa"/>
          </w:tcPr>
          <w:p w14:paraId="111BE7EC" w14:textId="77777777" w:rsidR="00233B5B" w:rsidRPr="000A5B76" w:rsidRDefault="00000000">
            <w:r w:rsidRPr="000A5B76">
              <w:t>Hygiène et sécurité</w:t>
            </w:r>
          </w:p>
        </w:tc>
        <w:tc>
          <w:tcPr>
            <w:tcW w:w="5270" w:type="dxa"/>
          </w:tcPr>
          <w:p w14:paraId="769D00BE" w14:textId="77777777" w:rsidR="00233B5B" w:rsidRPr="000A5B76" w:rsidRDefault="00233B5B"/>
        </w:tc>
      </w:tr>
      <w:tr w:rsidR="00233B5B" w:rsidRPr="000A5B76" w14:paraId="082483D5" w14:textId="77777777">
        <w:trPr>
          <w:jc w:val="center"/>
        </w:trPr>
        <w:tc>
          <w:tcPr>
            <w:tcW w:w="5270" w:type="dxa"/>
          </w:tcPr>
          <w:p w14:paraId="273877C6" w14:textId="77777777" w:rsidR="00233B5B" w:rsidRPr="000A5B76" w:rsidRDefault="00000000">
            <w:r w:rsidRPr="000A5B76">
              <w:t>Prise des constantes</w:t>
            </w:r>
          </w:p>
        </w:tc>
        <w:tc>
          <w:tcPr>
            <w:tcW w:w="5270" w:type="dxa"/>
          </w:tcPr>
          <w:p w14:paraId="3C579CBB" w14:textId="77777777" w:rsidR="00233B5B" w:rsidRPr="000A5B76" w:rsidRDefault="00233B5B"/>
        </w:tc>
      </w:tr>
      <w:tr w:rsidR="00233B5B" w:rsidRPr="000A5B76" w14:paraId="2AAF710D" w14:textId="77777777">
        <w:trPr>
          <w:jc w:val="center"/>
        </w:trPr>
        <w:tc>
          <w:tcPr>
            <w:tcW w:w="5270" w:type="dxa"/>
          </w:tcPr>
          <w:p w14:paraId="7BE24A4F" w14:textId="77777777" w:rsidR="00233B5B" w:rsidRPr="000A5B76" w:rsidRDefault="00000000">
            <w:r w:rsidRPr="000A5B76">
              <w:t>Organisation et ponctualité</w:t>
            </w:r>
          </w:p>
        </w:tc>
        <w:tc>
          <w:tcPr>
            <w:tcW w:w="5270" w:type="dxa"/>
          </w:tcPr>
          <w:p w14:paraId="3349A0ED" w14:textId="77777777" w:rsidR="00233B5B" w:rsidRPr="000A5B76" w:rsidRDefault="00233B5B"/>
        </w:tc>
      </w:tr>
      <w:tr w:rsidR="00233B5B" w:rsidRPr="000A5B76" w14:paraId="1B884E6A" w14:textId="77777777">
        <w:trPr>
          <w:jc w:val="center"/>
        </w:trPr>
        <w:tc>
          <w:tcPr>
            <w:tcW w:w="5270" w:type="dxa"/>
          </w:tcPr>
          <w:p w14:paraId="2790C81B" w14:textId="77777777" w:rsidR="00233B5B" w:rsidRPr="000A5B76" w:rsidRDefault="00000000">
            <w:r w:rsidRPr="000A5B76">
              <w:t>Gestes techniques</w:t>
            </w:r>
          </w:p>
        </w:tc>
        <w:tc>
          <w:tcPr>
            <w:tcW w:w="5270" w:type="dxa"/>
          </w:tcPr>
          <w:p w14:paraId="7859791D" w14:textId="77777777" w:rsidR="00233B5B" w:rsidRPr="000A5B76" w:rsidRDefault="00233B5B"/>
        </w:tc>
      </w:tr>
      <w:tr w:rsidR="00233B5B" w:rsidRPr="000A5B76" w14:paraId="69083A1D" w14:textId="77777777">
        <w:trPr>
          <w:jc w:val="center"/>
        </w:trPr>
        <w:tc>
          <w:tcPr>
            <w:tcW w:w="5270" w:type="dxa"/>
          </w:tcPr>
          <w:p w14:paraId="5734FC2B" w14:textId="77777777" w:rsidR="00233B5B" w:rsidRPr="000A5B76" w:rsidRDefault="00000000">
            <w:r w:rsidRPr="000A5B76">
              <w:t>Observation clinique</w:t>
            </w:r>
          </w:p>
        </w:tc>
        <w:tc>
          <w:tcPr>
            <w:tcW w:w="5270" w:type="dxa"/>
          </w:tcPr>
          <w:p w14:paraId="26BAD849" w14:textId="77777777" w:rsidR="00233B5B" w:rsidRPr="000A5B76" w:rsidRDefault="00233B5B"/>
        </w:tc>
      </w:tr>
      <w:tr w:rsidR="00233B5B" w:rsidRPr="000A5B76" w14:paraId="6E37F12A" w14:textId="77777777">
        <w:trPr>
          <w:jc w:val="center"/>
        </w:trPr>
        <w:tc>
          <w:tcPr>
            <w:tcW w:w="5270" w:type="dxa"/>
          </w:tcPr>
          <w:p w14:paraId="7BAA6351" w14:textId="77777777" w:rsidR="00233B5B" w:rsidRPr="000A5B76" w:rsidRDefault="00000000">
            <w:r w:rsidRPr="000A5B76">
              <w:t>Transmission</w:t>
            </w:r>
          </w:p>
        </w:tc>
        <w:tc>
          <w:tcPr>
            <w:tcW w:w="5270" w:type="dxa"/>
          </w:tcPr>
          <w:p w14:paraId="52B11322" w14:textId="77777777" w:rsidR="00233B5B" w:rsidRPr="000A5B76" w:rsidRDefault="00233B5B"/>
        </w:tc>
      </w:tr>
      <w:tr w:rsidR="00233B5B" w:rsidRPr="000A5B76" w14:paraId="0DBFC243" w14:textId="77777777">
        <w:trPr>
          <w:jc w:val="center"/>
        </w:trPr>
        <w:tc>
          <w:tcPr>
            <w:tcW w:w="5270" w:type="dxa"/>
          </w:tcPr>
          <w:p w14:paraId="732BD516" w14:textId="77777777" w:rsidR="00233B5B" w:rsidRPr="000A5B76" w:rsidRDefault="00000000">
            <w:r w:rsidRPr="000A5B76">
              <w:t>Objectif pour la semaine suivante</w:t>
            </w:r>
          </w:p>
        </w:tc>
        <w:tc>
          <w:tcPr>
            <w:tcW w:w="5270" w:type="dxa"/>
          </w:tcPr>
          <w:p w14:paraId="739A9E81" w14:textId="77777777" w:rsidR="00233B5B" w:rsidRPr="000A5B76" w:rsidRDefault="00233B5B"/>
        </w:tc>
      </w:tr>
    </w:tbl>
    <w:p w14:paraId="108C4083" w14:textId="77777777" w:rsidR="00233B5B" w:rsidRPr="000A5B76" w:rsidRDefault="00000000">
      <w:r w:rsidRPr="000A5B76">
        <w:br w:type="page"/>
      </w:r>
    </w:p>
    <w:p w14:paraId="6F938F98" w14:textId="77777777" w:rsidR="00233B5B" w:rsidRPr="000A5B76" w:rsidRDefault="00000000">
      <w:r w:rsidRPr="000A5B76">
        <w:rPr>
          <w:b/>
          <w:sz w:val="28"/>
        </w:rPr>
        <w:lastRenderedPageBreak/>
        <w:t>12. BILAN DE STAGE — SEMAINE 3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537"/>
        <w:gridCol w:w="3370"/>
      </w:tblGrid>
      <w:tr w:rsidR="00233B5B" w:rsidRPr="000A5B76" w14:paraId="08C76E01" w14:textId="77777777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0AF8A84B" w14:textId="77777777" w:rsidR="00233B5B" w:rsidRPr="000A5B76" w:rsidRDefault="00000000">
            <w:r w:rsidRPr="000A5B76">
              <w:rPr>
                <w:b/>
              </w:rPr>
              <w:t>Critère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005CF248" w14:textId="77777777" w:rsidR="00233B5B" w:rsidRPr="000A5B76" w:rsidRDefault="00000000">
            <w:r w:rsidRPr="000A5B76">
              <w:rPr>
                <w:b/>
              </w:rPr>
              <w:t>Auto-évaluation / notes</w:t>
            </w:r>
          </w:p>
        </w:tc>
      </w:tr>
      <w:tr w:rsidR="00233B5B" w:rsidRPr="000A5B76" w14:paraId="680CFE28" w14:textId="77777777">
        <w:trPr>
          <w:jc w:val="center"/>
        </w:trPr>
        <w:tc>
          <w:tcPr>
            <w:tcW w:w="5270" w:type="dxa"/>
          </w:tcPr>
          <w:p w14:paraId="65D3D888" w14:textId="77777777" w:rsidR="00233B5B" w:rsidRPr="000A5B76" w:rsidRDefault="00000000">
            <w:r w:rsidRPr="000A5B76">
              <w:t>Accueil et communication</w:t>
            </w:r>
          </w:p>
        </w:tc>
        <w:tc>
          <w:tcPr>
            <w:tcW w:w="5270" w:type="dxa"/>
          </w:tcPr>
          <w:p w14:paraId="0B26BC28" w14:textId="77777777" w:rsidR="00233B5B" w:rsidRPr="000A5B76" w:rsidRDefault="00233B5B"/>
        </w:tc>
      </w:tr>
      <w:tr w:rsidR="00233B5B" w:rsidRPr="000A5B76" w14:paraId="7F1E620B" w14:textId="77777777">
        <w:trPr>
          <w:jc w:val="center"/>
        </w:trPr>
        <w:tc>
          <w:tcPr>
            <w:tcW w:w="5270" w:type="dxa"/>
          </w:tcPr>
          <w:p w14:paraId="557F2424" w14:textId="77777777" w:rsidR="00233B5B" w:rsidRPr="000A5B76" w:rsidRDefault="00000000">
            <w:r w:rsidRPr="000A5B76">
              <w:t>Hygiène et sécurité</w:t>
            </w:r>
          </w:p>
        </w:tc>
        <w:tc>
          <w:tcPr>
            <w:tcW w:w="5270" w:type="dxa"/>
          </w:tcPr>
          <w:p w14:paraId="099A4A3B" w14:textId="77777777" w:rsidR="00233B5B" w:rsidRPr="000A5B76" w:rsidRDefault="00233B5B"/>
        </w:tc>
      </w:tr>
      <w:tr w:rsidR="00233B5B" w:rsidRPr="000A5B76" w14:paraId="68AFD69E" w14:textId="77777777">
        <w:trPr>
          <w:jc w:val="center"/>
        </w:trPr>
        <w:tc>
          <w:tcPr>
            <w:tcW w:w="5270" w:type="dxa"/>
          </w:tcPr>
          <w:p w14:paraId="4BA42B11" w14:textId="77777777" w:rsidR="00233B5B" w:rsidRPr="000A5B76" w:rsidRDefault="00000000">
            <w:r w:rsidRPr="000A5B76">
              <w:t>Prise des constantes</w:t>
            </w:r>
          </w:p>
        </w:tc>
        <w:tc>
          <w:tcPr>
            <w:tcW w:w="5270" w:type="dxa"/>
          </w:tcPr>
          <w:p w14:paraId="74151ABE" w14:textId="77777777" w:rsidR="00233B5B" w:rsidRPr="000A5B76" w:rsidRDefault="00233B5B"/>
        </w:tc>
      </w:tr>
      <w:tr w:rsidR="00233B5B" w:rsidRPr="000A5B76" w14:paraId="5F35FBF8" w14:textId="77777777">
        <w:trPr>
          <w:jc w:val="center"/>
        </w:trPr>
        <w:tc>
          <w:tcPr>
            <w:tcW w:w="5270" w:type="dxa"/>
          </w:tcPr>
          <w:p w14:paraId="3CC9654F" w14:textId="77777777" w:rsidR="00233B5B" w:rsidRPr="000A5B76" w:rsidRDefault="00000000">
            <w:r w:rsidRPr="000A5B76">
              <w:t>Organisation et ponctualité</w:t>
            </w:r>
          </w:p>
        </w:tc>
        <w:tc>
          <w:tcPr>
            <w:tcW w:w="5270" w:type="dxa"/>
          </w:tcPr>
          <w:p w14:paraId="15404F7C" w14:textId="77777777" w:rsidR="00233B5B" w:rsidRPr="000A5B76" w:rsidRDefault="00233B5B"/>
        </w:tc>
      </w:tr>
      <w:tr w:rsidR="00233B5B" w:rsidRPr="000A5B76" w14:paraId="09F7B670" w14:textId="77777777">
        <w:trPr>
          <w:jc w:val="center"/>
        </w:trPr>
        <w:tc>
          <w:tcPr>
            <w:tcW w:w="5270" w:type="dxa"/>
          </w:tcPr>
          <w:p w14:paraId="35105494" w14:textId="77777777" w:rsidR="00233B5B" w:rsidRPr="000A5B76" w:rsidRDefault="00000000">
            <w:r w:rsidRPr="000A5B76">
              <w:t>Gestes techniques</w:t>
            </w:r>
          </w:p>
        </w:tc>
        <w:tc>
          <w:tcPr>
            <w:tcW w:w="5270" w:type="dxa"/>
          </w:tcPr>
          <w:p w14:paraId="4E89726E" w14:textId="77777777" w:rsidR="00233B5B" w:rsidRPr="000A5B76" w:rsidRDefault="00233B5B"/>
        </w:tc>
      </w:tr>
      <w:tr w:rsidR="00233B5B" w:rsidRPr="000A5B76" w14:paraId="2B8FF943" w14:textId="77777777">
        <w:trPr>
          <w:jc w:val="center"/>
        </w:trPr>
        <w:tc>
          <w:tcPr>
            <w:tcW w:w="5270" w:type="dxa"/>
          </w:tcPr>
          <w:p w14:paraId="7F1E9D4F" w14:textId="77777777" w:rsidR="00233B5B" w:rsidRPr="000A5B76" w:rsidRDefault="00000000">
            <w:r w:rsidRPr="000A5B76">
              <w:t>Observation clinique</w:t>
            </w:r>
          </w:p>
        </w:tc>
        <w:tc>
          <w:tcPr>
            <w:tcW w:w="5270" w:type="dxa"/>
          </w:tcPr>
          <w:p w14:paraId="5485C97F" w14:textId="77777777" w:rsidR="00233B5B" w:rsidRPr="000A5B76" w:rsidRDefault="00233B5B"/>
        </w:tc>
      </w:tr>
      <w:tr w:rsidR="00233B5B" w:rsidRPr="000A5B76" w14:paraId="593A7FF5" w14:textId="77777777">
        <w:trPr>
          <w:jc w:val="center"/>
        </w:trPr>
        <w:tc>
          <w:tcPr>
            <w:tcW w:w="5270" w:type="dxa"/>
          </w:tcPr>
          <w:p w14:paraId="4D5A36F0" w14:textId="77777777" w:rsidR="00233B5B" w:rsidRPr="000A5B76" w:rsidRDefault="00000000">
            <w:r w:rsidRPr="000A5B76">
              <w:t>Transmission</w:t>
            </w:r>
          </w:p>
        </w:tc>
        <w:tc>
          <w:tcPr>
            <w:tcW w:w="5270" w:type="dxa"/>
          </w:tcPr>
          <w:p w14:paraId="18FA667D" w14:textId="77777777" w:rsidR="00233B5B" w:rsidRPr="000A5B76" w:rsidRDefault="00233B5B"/>
        </w:tc>
      </w:tr>
      <w:tr w:rsidR="00233B5B" w:rsidRPr="000A5B76" w14:paraId="6034DC58" w14:textId="77777777">
        <w:trPr>
          <w:jc w:val="center"/>
        </w:trPr>
        <w:tc>
          <w:tcPr>
            <w:tcW w:w="5270" w:type="dxa"/>
          </w:tcPr>
          <w:p w14:paraId="344BBCD6" w14:textId="77777777" w:rsidR="00233B5B" w:rsidRPr="000A5B76" w:rsidRDefault="00000000">
            <w:r w:rsidRPr="000A5B76">
              <w:t>Objectif pour la semaine suivante</w:t>
            </w:r>
          </w:p>
        </w:tc>
        <w:tc>
          <w:tcPr>
            <w:tcW w:w="5270" w:type="dxa"/>
          </w:tcPr>
          <w:p w14:paraId="5898279F" w14:textId="77777777" w:rsidR="00233B5B" w:rsidRPr="000A5B76" w:rsidRDefault="00233B5B"/>
        </w:tc>
      </w:tr>
    </w:tbl>
    <w:p w14:paraId="66F61726" w14:textId="35E94BEF" w:rsidR="00CB1C82" w:rsidRDefault="00000000">
      <w:r w:rsidRPr="000A5B76">
        <w:br w:type="page"/>
      </w:r>
    </w:p>
    <w:p w14:paraId="3B054BA5" w14:textId="18F3FC60" w:rsidR="00CB1C82" w:rsidRPr="000A5B76" w:rsidRDefault="00CB1C82" w:rsidP="00CB1C82">
      <w:r w:rsidRPr="000A5B76">
        <w:rPr>
          <w:b/>
          <w:sz w:val="28"/>
        </w:rPr>
        <w:lastRenderedPageBreak/>
        <w:t xml:space="preserve">12. BILAN DE STAGE — SEMAINE </w:t>
      </w:r>
      <w:r>
        <w:rPr>
          <w:b/>
          <w:sz w:val="28"/>
        </w:rPr>
        <w:t>4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537"/>
        <w:gridCol w:w="3370"/>
      </w:tblGrid>
      <w:tr w:rsidR="00CB1C82" w:rsidRPr="000A5B76" w14:paraId="2D479924" w14:textId="77777777" w:rsidTr="00161EC3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5533D34E" w14:textId="77777777" w:rsidR="00CB1C82" w:rsidRPr="000A5B76" w:rsidRDefault="00CB1C82" w:rsidP="00161EC3">
            <w:r w:rsidRPr="000A5B76">
              <w:rPr>
                <w:b/>
              </w:rPr>
              <w:t>Critère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403E336C" w14:textId="77777777" w:rsidR="00CB1C82" w:rsidRPr="000A5B76" w:rsidRDefault="00CB1C82" w:rsidP="00161EC3">
            <w:r w:rsidRPr="000A5B76">
              <w:rPr>
                <w:b/>
              </w:rPr>
              <w:t>Auto-évaluation / notes</w:t>
            </w:r>
          </w:p>
        </w:tc>
      </w:tr>
      <w:tr w:rsidR="00CB1C82" w:rsidRPr="000A5B76" w14:paraId="53DCCC81" w14:textId="77777777" w:rsidTr="00161EC3">
        <w:trPr>
          <w:jc w:val="center"/>
        </w:trPr>
        <w:tc>
          <w:tcPr>
            <w:tcW w:w="5270" w:type="dxa"/>
          </w:tcPr>
          <w:p w14:paraId="2ECACAED" w14:textId="77777777" w:rsidR="00CB1C82" w:rsidRPr="000A5B76" w:rsidRDefault="00CB1C82" w:rsidP="00161EC3">
            <w:r w:rsidRPr="000A5B76">
              <w:t>Accueil et communication</w:t>
            </w:r>
          </w:p>
        </w:tc>
        <w:tc>
          <w:tcPr>
            <w:tcW w:w="5270" w:type="dxa"/>
          </w:tcPr>
          <w:p w14:paraId="34D7BF90" w14:textId="77777777" w:rsidR="00CB1C82" w:rsidRPr="000A5B76" w:rsidRDefault="00CB1C82" w:rsidP="00161EC3"/>
        </w:tc>
      </w:tr>
      <w:tr w:rsidR="00CB1C82" w:rsidRPr="000A5B76" w14:paraId="678D5CCA" w14:textId="77777777" w:rsidTr="00161EC3">
        <w:trPr>
          <w:jc w:val="center"/>
        </w:trPr>
        <w:tc>
          <w:tcPr>
            <w:tcW w:w="5270" w:type="dxa"/>
          </w:tcPr>
          <w:p w14:paraId="589E5EDB" w14:textId="77777777" w:rsidR="00CB1C82" w:rsidRPr="000A5B76" w:rsidRDefault="00CB1C82" w:rsidP="00161EC3">
            <w:r w:rsidRPr="000A5B76">
              <w:t>Hygiène et sécurité</w:t>
            </w:r>
          </w:p>
        </w:tc>
        <w:tc>
          <w:tcPr>
            <w:tcW w:w="5270" w:type="dxa"/>
          </w:tcPr>
          <w:p w14:paraId="4EA9EA46" w14:textId="77777777" w:rsidR="00CB1C82" w:rsidRPr="000A5B76" w:rsidRDefault="00CB1C82" w:rsidP="00161EC3"/>
        </w:tc>
      </w:tr>
      <w:tr w:rsidR="00CB1C82" w:rsidRPr="000A5B76" w14:paraId="348F9B7B" w14:textId="77777777" w:rsidTr="00161EC3">
        <w:trPr>
          <w:jc w:val="center"/>
        </w:trPr>
        <w:tc>
          <w:tcPr>
            <w:tcW w:w="5270" w:type="dxa"/>
          </w:tcPr>
          <w:p w14:paraId="352D97A9" w14:textId="77777777" w:rsidR="00CB1C82" w:rsidRPr="000A5B76" w:rsidRDefault="00CB1C82" w:rsidP="00161EC3">
            <w:r w:rsidRPr="000A5B76">
              <w:t>Prise des constantes</w:t>
            </w:r>
          </w:p>
        </w:tc>
        <w:tc>
          <w:tcPr>
            <w:tcW w:w="5270" w:type="dxa"/>
          </w:tcPr>
          <w:p w14:paraId="312005E9" w14:textId="77777777" w:rsidR="00CB1C82" w:rsidRPr="000A5B76" w:rsidRDefault="00CB1C82" w:rsidP="00161EC3"/>
        </w:tc>
      </w:tr>
      <w:tr w:rsidR="00CB1C82" w:rsidRPr="000A5B76" w14:paraId="16D1173F" w14:textId="77777777" w:rsidTr="00161EC3">
        <w:trPr>
          <w:jc w:val="center"/>
        </w:trPr>
        <w:tc>
          <w:tcPr>
            <w:tcW w:w="5270" w:type="dxa"/>
          </w:tcPr>
          <w:p w14:paraId="044C7D60" w14:textId="77777777" w:rsidR="00CB1C82" w:rsidRPr="000A5B76" w:rsidRDefault="00CB1C82" w:rsidP="00161EC3">
            <w:r w:rsidRPr="000A5B76">
              <w:t>Organisation et ponctualité</w:t>
            </w:r>
          </w:p>
        </w:tc>
        <w:tc>
          <w:tcPr>
            <w:tcW w:w="5270" w:type="dxa"/>
          </w:tcPr>
          <w:p w14:paraId="05728E7D" w14:textId="77777777" w:rsidR="00CB1C82" w:rsidRPr="000A5B76" w:rsidRDefault="00CB1C82" w:rsidP="00161EC3"/>
        </w:tc>
      </w:tr>
      <w:tr w:rsidR="00CB1C82" w:rsidRPr="000A5B76" w14:paraId="67356DDC" w14:textId="77777777" w:rsidTr="00161EC3">
        <w:trPr>
          <w:jc w:val="center"/>
        </w:trPr>
        <w:tc>
          <w:tcPr>
            <w:tcW w:w="5270" w:type="dxa"/>
          </w:tcPr>
          <w:p w14:paraId="6E758A73" w14:textId="77777777" w:rsidR="00CB1C82" w:rsidRPr="000A5B76" w:rsidRDefault="00CB1C82" w:rsidP="00161EC3">
            <w:r w:rsidRPr="000A5B76">
              <w:t>Gestes techniques</w:t>
            </w:r>
          </w:p>
        </w:tc>
        <w:tc>
          <w:tcPr>
            <w:tcW w:w="5270" w:type="dxa"/>
          </w:tcPr>
          <w:p w14:paraId="2E4D5151" w14:textId="77777777" w:rsidR="00CB1C82" w:rsidRPr="000A5B76" w:rsidRDefault="00CB1C82" w:rsidP="00161EC3"/>
        </w:tc>
      </w:tr>
      <w:tr w:rsidR="00CB1C82" w:rsidRPr="000A5B76" w14:paraId="799878A8" w14:textId="77777777" w:rsidTr="00161EC3">
        <w:trPr>
          <w:jc w:val="center"/>
        </w:trPr>
        <w:tc>
          <w:tcPr>
            <w:tcW w:w="5270" w:type="dxa"/>
          </w:tcPr>
          <w:p w14:paraId="07C47E2C" w14:textId="77777777" w:rsidR="00CB1C82" w:rsidRPr="000A5B76" w:rsidRDefault="00CB1C82" w:rsidP="00161EC3">
            <w:r w:rsidRPr="000A5B76">
              <w:t>Observation clinique</w:t>
            </w:r>
          </w:p>
        </w:tc>
        <w:tc>
          <w:tcPr>
            <w:tcW w:w="5270" w:type="dxa"/>
          </w:tcPr>
          <w:p w14:paraId="18290B05" w14:textId="77777777" w:rsidR="00CB1C82" w:rsidRPr="000A5B76" w:rsidRDefault="00CB1C82" w:rsidP="00161EC3"/>
        </w:tc>
      </w:tr>
      <w:tr w:rsidR="00CB1C82" w:rsidRPr="000A5B76" w14:paraId="1F9C902C" w14:textId="77777777" w:rsidTr="00161EC3">
        <w:trPr>
          <w:jc w:val="center"/>
        </w:trPr>
        <w:tc>
          <w:tcPr>
            <w:tcW w:w="5270" w:type="dxa"/>
          </w:tcPr>
          <w:p w14:paraId="6959CDEC" w14:textId="77777777" w:rsidR="00CB1C82" w:rsidRPr="000A5B76" w:rsidRDefault="00CB1C82" w:rsidP="00161EC3">
            <w:r w:rsidRPr="000A5B76">
              <w:t>Transmission</w:t>
            </w:r>
          </w:p>
        </w:tc>
        <w:tc>
          <w:tcPr>
            <w:tcW w:w="5270" w:type="dxa"/>
          </w:tcPr>
          <w:p w14:paraId="353DD18B" w14:textId="77777777" w:rsidR="00CB1C82" w:rsidRPr="000A5B76" w:rsidRDefault="00CB1C82" w:rsidP="00161EC3"/>
        </w:tc>
      </w:tr>
      <w:tr w:rsidR="00CB1C82" w:rsidRPr="000A5B76" w14:paraId="720EC611" w14:textId="77777777" w:rsidTr="00161EC3">
        <w:trPr>
          <w:jc w:val="center"/>
        </w:trPr>
        <w:tc>
          <w:tcPr>
            <w:tcW w:w="5270" w:type="dxa"/>
          </w:tcPr>
          <w:p w14:paraId="5453B72F" w14:textId="77777777" w:rsidR="00CB1C82" w:rsidRPr="000A5B76" w:rsidRDefault="00CB1C82" w:rsidP="00161EC3">
            <w:r w:rsidRPr="000A5B76">
              <w:t>Objectif pour la semaine suivante</w:t>
            </w:r>
          </w:p>
        </w:tc>
        <w:tc>
          <w:tcPr>
            <w:tcW w:w="5270" w:type="dxa"/>
          </w:tcPr>
          <w:p w14:paraId="2AA75FB1" w14:textId="77777777" w:rsidR="00CB1C82" w:rsidRPr="000A5B76" w:rsidRDefault="00CB1C82" w:rsidP="00161EC3"/>
        </w:tc>
      </w:tr>
    </w:tbl>
    <w:p w14:paraId="3BD15FEE" w14:textId="77777777" w:rsidR="00CB1C82" w:rsidRPr="000A5B76" w:rsidRDefault="00CB1C82" w:rsidP="00CB1C82">
      <w:r w:rsidRPr="000A5B76">
        <w:br w:type="page"/>
      </w:r>
    </w:p>
    <w:p w14:paraId="09E2FE53" w14:textId="3605E60A" w:rsidR="00233B5B" w:rsidRPr="000A5B76" w:rsidRDefault="00000000">
      <w:r w:rsidRPr="000A5B76">
        <w:rPr>
          <w:b/>
          <w:sz w:val="28"/>
        </w:rPr>
        <w:lastRenderedPageBreak/>
        <w:t>13. BILAN FINAL DU STAGE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615"/>
        <w:gridCol w:w="3292"/>
      </w:tblGrid>
      <w:tr w:rsidR="00233B5B" w:rsidRPr="000A5B76" w14:paraId="33FEA4E6" w14:textId="77777777">
        <w:trPr>
          <w:jc w:val="center"/>
        </w:trPr>
        <w:tc>
          <w:tcPr>
            <w:tcW w:w="5270" w:type="dxa"/>
            <w:shd w:val="clear" w:color="auto" w:fill="D9EAF7"/>
            <w:vAlign w:val="center"/>
          </w:tcPr>
          <w:p w14:paraId="644370BF" w14:textId="77777777" w:rsidR="00233B5B" w:rsidRPr="000A5B76" w:rsidRDefault="00000000">
            <w:r w:rsidRPr="000A5B76">
              <w:rPr>
                <w:b/>
              </w:rPr>
              <w:t>Élément</w:t>
            </w:r>
          </w:p>
        </w:tc>
        <w:tc>
          <w:tcPr>
            <w:tcW w:w="5270" w:type="dxa"/>
            <w:shd w:val="clear" w:color="auto" w:fill="D9EAF7"/>
            <w:vAlign w:val="center"/>
          </w:tcPr>
          <w:p w14:paraId="0A492AE1" w14:textId="77777777" w:rsidR="00233B5B" w:rsidRPr="000A5B76" w:rsidRDefault="00000000">
            <w:r w:rsidRPr="000A5B76">
              <w:rPr>
                <w:b/>
              </w:rPr>
              <w:t>Bilan</w:t>
            </w:r>
          </w:p>
        </w:tc>
      </w:tr>
      <w:tr w:rsidR="00233B5B" w:rsidRPr="000A5B76" w14:paraId="3BB7CF2B" w14:textId="77777777">
        <w:trPr>
          <w:jc w:val="center"/>
        </w:trPr>
        <w:tc>
          <w:tcPr>
            <w:tcW w:w="5270" w:type="dxa"/>
          </w:tcPr>
          <w:p w14:paraId="4B08D702" w14:textId="77777777" w:rsidR="00233B5B" w:rsidRPr="000A5B76" w:rsidRDefault="00000000">
            <w:r w:rsidRPr="000A5B76">
              <w:t>Ce que j’ai le mieux appris</w:t>
            </w:r>
          </w:p>
        </w:tc>
        <w:tc>
          <w:tcPr>
            <w:tcW w:w="5270" w:type="dxa"/>
          </w:tcPr>
          <w:p w14:paraId="2D2D3E32" w14:textId="77777777" w:rsidR="00233B5B" w:rsidRPr="000A5B76" w:rsidRDefault="00233B5B"/>
        </w:tc>
      </w:tr>
      <w:tr w:rsidR="00233B5B" w:rsidRPr="000A5B76" w14:paraId="20025179" w14:textId="77777777">
        <w:trPr>
          <w:jc w:val="center"/>
        </w:trPr>
        <w:tc>
          <w:tcPr>
            <w:tcW w:w="5270" w:type="dxa"/>
          </w:tcPr>
          <w:p w14:paraId="159377A5" w14:textId="77777777" w:rsidR="00233B5B" w:rsidRPr="000A5B76" w:rsidRDefault="00000000">
            <w:r w:rsidRPr="000A5B76">
              <w:t>Compétences acquises</w:t>
            </w:r>
          </w:p>
        </w:tc>
        <w:tc>
          <w:tcPr>
            <w:tcW w:w="5270" w:type="dxa"/>
          </w:tcPr>
          <w:p w14:paraId="5561B24F" w14:textId="77777777" w:rsidR="00233B5B" w:rsidRPr="000A5B76" w:rsidRDefault="00233B5B"/>
        </w:tc>
      </w:tr>
      <w:tr w:rsidR="00233B5B" w:rsidRPr="000A5B76" w14:paraId="55A0E7C2" w14:textId="77777777">
        <w:trPr>
          <w:jc w:val="center"/>
        </w:trPr>
        <w:tc>
          <w:tcPr>
            <w:tcW w:w="5270" w:type="dxa"/>
          </w:tcPr>
          <w:p w14:paraId="13FC6175" w14:textId="77777777" w:rsidR="00233B5B" w:rsidRPr="000A5B76" w:rsidRDefault="00000000">
            <w:r w:rsidRPr="000A5B76">
              <w:t>Compétences à renforcer</w:t>
            </w:r>
          </w:p>
        </w:tc>
        <w:tc>
          <w:tcPr>
            <w:tcW w:w="5270" w:type="dxa"/>
          </w:tcPr>
          <w:p w14:paraId="54337874" w14:textId="77777777" w:rsidR="00233B5B" w:rsidRPr="000A5B76" w:rsidRDefault="00233B5B"/>
        </w:tc>
      </w:tr>
      <w:tr w:rsidR="00233B5B" w:rsidRPr="000A5B76" w14:paraId="0A812D09" w14:textId="77777777">
        <w:trPr>
          <w:jc w:val="center"/>
        </w:trPr>
        <w:tc>
          <w:tcPr>
            <w:tcW w:w="5270" w:type="dxa"/>
          </w:tcPr>
          <w:p w14:paraId="18E7F3B7" w14:textId="77777777" w:rsidR="00233B5B" w:rsidRPr="000A5B76" w:rsidRDefault="00000000">
            <w:r w:rsidRPr="000A5B76">
              <w:t>Situations cliniques rencontrées</w:t>
            </w:r>
          </w:p>
        </w:tc>
        <w:tc>
          <w:tcPr>
            <w:tcW w:w="5270" w:type="dxa"/>
          </w:tcPr>
          <w:p w14:paraId="157D7F16" w14:textId="77777777" w:rsidR="00233B5B" w:rsidRPr="000A5B76" w:rsidRDefault="00233B5B"/>
        </w:tc>
      </w:tr>
      <w:tr w:rsidR="00233B5B" w:rsidRPr="000A5B76" w14:paraId="4790D489" w14:textId="77777777">
        <w:trPr>
          <w:jc w:val="center"/>
        </w:trPr>
        <w:tc>
          <w:tcPr>
            <w:tcW w:w="5270" w:type="dxa"/>
          </w:tcPr>
          <w:p w14:paraId="18A97509" w14:textId="77777777" w:rsidR="00233B5B" w:rsidRPr="000A5B76" w:rsidRDefault="00000000">
            <w:r w:rsidRPr="000A5B76">
              <w:t>Mes points forts</w:t>
            </w:r>
          </w:p>
        </w:tc>
        <w:tc>
          <w:tcPr>
            <w:tcW w:w="5270" w:type="dxa"/>
          </w:tcPr>
          <w:p w14:paraId="37FB87AD" w14:textId="77777777" w:rsidR="00233B5B" w:rsidRPr="000A5B76" w:rsidRDefault="00233B5B"/>
        </w:tc>
      </w:tr>
      <w:tr w:rsidR="00233B5B" w:rsidRPr="000A5B76" w14:paraId="7136BBBD" w14:textId="77777777">
        <w:trPr>
          <w:jc w:val="center"/>
        </w:trPr>
        <w:tc>
          <w:tcPr>
            <w:tcW w:w="5270" w:type="dxa"/>
          </w:tcPr>
          <w:p w14:paraId="1A3659B3" w14:textId="77777777" w:rsidR="00233B5B" w:rsidRPr="000A5B76" w:rsidRDefault="00000000">
            <w:r w:rsidRPr="000A5B76">
              <w:t>Mes difficultés</w:t>
            </w:r>
          </w:p>
        </w:tc>
        <w:tc>
          <w:tcPr>
            <w:tcW w:w="5270" w:type="dxa"/>
          </w:tcPr>
          <w:p w14:paraId="321BD7E8" w14:textId="77777777" w:rsidR="00233B5B" w:rsidRPr="000A5B76" w:rsidRDefault="00233B5B"/>
        </w:tc>
      </w:tr>
      <w:tr w:rsidR="00233B5B" w:rsidRPr="000A5B76" w14:paraId="48DDE82C" w14:textId="77777777">
        <w:trPr>
          <w:jc w:val="center"/>
        </w:trPr>
        <w:tc>
          <w:tcPr>
            <w:tcW w:w="5270" w:type="dxa"/>
          </w:tcPr>
          <w:p w14:paraId="5BCD4768" w14:textId="77777777" w:rsidR="00233B5B" w:rsidRPr="000A5B76" w:rsidRDefault="00000000">
            <w:r w:rsidRPr="000A5B76">
              <w:t>Mes objectifs après le stage</w:t>
            </w:r>
          </w:p>
        </w:tc>
        <w:tc>
          <w:tcPr>
            <w:tcW w:w="5270" w:type="dxa"/>
          </w:tcPr>
          <w:p w14:paraId="6D394376" w14:textId="77777777" w:rsidR="00233B5B" w:rsidRPr="000A5B76" w:rsidRDefault="00233B5B"/>
        </w:tc>
      </w:tr>
    </w:tbl>
    <w:p w14:paraId="0420C5D1" w14:textId="77777777" w:rsidR="00233B5B" w:rsidRPr="000A5B76" w:rsidRDefault="00000000">
      <w:r w:rsidRPr="000A5B76">
        <w:br/>
        <w:t>Appréciation / remarques de l’encadreur :</w:t>
      </w:r>
    </w:p>
    <w:p w14:paraId="785190A1" w14:textId="77777777" w:rsidR="00233B5B" w:rsidRPr="000A5B76" w:rsidRDefault="00000000">
      <w:r w:rsidRPr="000A5B76">
        <w:t>________________________________________________________________________</w:t>
      </w:r>
    </w:p>
    <w:p w14:paraId="6C26690C" w14:textId="77777777" w:rsidR="00233B5B" w:rsidRPr="000A5B76" w:rsidRDefault="00000000">
      <w:r w:rsidRPr="000A5B76">
        <w:t>________________________________________________________________________</w:t>
      </w:r>
    </w:p>
    <w:p w14:paraId="1898D53E" w14:textId="77777777" w:rsidR="00233B5B" w:rsidRPr="000A5B76" w:rsidRDefault="00000000">
      <w:r w:rsidRPr="000A5B76">
        <w:t>________________________________________________________________________</w:t>
      </w:r>
    </w:p>
    <w:p w14:paraId="3A3963F2" w14:textId="77777777" w:rsidR="00233B5B" w:rsidRPr="000A5B76" w:rsidRDefault="00000000">
      <w:r w:rsidRPr="000A5B76">
        <w:t>________________________________________________________________________</w:t>
      </w:r>
    </w:p>
    <w:p w14:paraId="46BC0C23" w14:textId="77777777" w:rsidR="00233B5B" w:rsidRPr="000A5B76" w:rsidRDefault="00000000">
      <w:r w:rsidRPr="000A5B76">
        <w:t>________________________________________________________________________</w:t>
      </w:r>
    </w:p>
    <w:p w14:paraId="372A70A9" w14:textId="77777777" w:rsidR="00233B5B" w:rsidRPr="000A5B76" w:rsidRDefault="00000000">
      <w:r w:rsidRPr="000A5B76">
        <w:t>________________________________________________________________________</w:t>
      </w:r>
    </w:p>
    <w:p w14:paraId="7230C3FB" w14:textId="77777777" w:rsidR="00233B5B" w:rsidRDefault="00000000">
      <w:r w:rsidRPr="000A5B76">
        <w:br/>
        <w:t>Signature de l’étudiant(e) : ______________________    Signature encadreur : ______________________</w:t>
      </w:r>
    </w:p>
    <w:sectPr w:rsidR="00233B5B" w:rsidSect="00CF7016">
      <w:footerReference w:type="default" r:id="rId8"/>
      <w:pgSz w:w="8391" w:h="11906" w:code="11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3825C" w14:textId="77777777" w:rsidR="00025B9B" w:rsidRPr="000A5B76" w:rsidRDefault="00025B9B">
      <w:pPr>
        <w:spacing w:after="0" w:line="240" w:lineRule="auto"/>
      </w:pPr>
      <w:r w:rsidRPr="000A5B76">
        <w:separator/>
      </w:r>
    </w:p>
  </w:endnote>
  <w:endnote w:type="continuationSeparator" w:id="0">
    <w:p w14:paraId="6B1A3699" w14:textId="77777777" w:rsidR="00025B9B" w:rsidRPr="000A5B76" w:rsidRDefault="00025B9B">
      <w:pPr>
        <w:spacing w:after="0" w:line="240" w:lineRule="auto"/>
      </w:pPr>
      <w:r w:rsidRPr="000A5B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5970B" w14:textId="77777777" w:rsidR="00233B5B" w:rsidRPr="000A5B76" w:rsidRDefault="00000000">
    <w:pPr>
      <w:pStyle w:val="Pieddepage"/>
      <w:jc w:val="center"/>
    </w:pPr>
    <w:r w:rsidRPr="000A5B76">
      <w:t xml:space="preserve">Carnet de stage – Auxiliaire de santé INFAS | Page </w:t>
    </w:r>
    <w:r w:rsidRPr="000A5B76">
      <w:fldChar w:fldCharType="begin"/>
    </w:r>
    <w:r w:rsidRPr="000A5B76">
      <w:instrText>PAGE</w:instrText>
    </w:r>
    <w:r w:rsidRPr="000A5B76">
      <w:fldChar w:fldCharType="separate"/>
    </w:r>
    <w:r w:rsidR="003E75E4" w:rsidRPr="000A5B76">
      <w:t>1</w:t>
    </w:r>
    <w:r w:rsidRPr="000A5B7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4ABF6" w14:textId="77777777" w:rsidR="00025B9B" w:rsidRPr="000A5B76" w:rsidRDefault="00025B9B">
      <w:pPr>
        <w:spacing w:after="0" w:line="240" w:lineRule="auto"/>
      </w:pPr>
      <w:r w:rsidRPr="000A5B76">
        <w:separator/>
      </w:r>
    </w:p>
  </w:footnote>
  <w:footnote w:type="continuationSeparator" w:id="0">
    <w:p w14:paraId="0E0849ED" w14:textId="77777777" w:rsidR="00025B9B" w:rsidRPr="000A5B76" w:rsidRDefault="00025B9B">
      <w:pPr>
        <w:spacing w:after="0" w:line="240" w:lineRule="auto"/>
      </w:pPr>
      <w:r w:rsidRPr="000A5B7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1029106">
    <w:abstractNumId w:val="8"/>
  </w:num>
  <w:num w:numId="2" w16cid:durableId="230703141">
    <w:abstractNumId w:val="6"/>
  </w:num>
  <w:num w:numId="3" w16cid:durableId="236936025">
    <w:abstractNumId w:val="5"/>
  </w:num>
  <w:num w:numId="4" w16cid:durableId="1896700345">
    <w:abstractNumId w:val="4"/>
  </w:num>
  <w:num w:numId="5" w16cid:durableId="677005311">
    <w:abstractNumId w:val="7"/>
  </w:num>
  <w:num w:numId="6" w16cid:durableId="207885240">
    <w:abstractNumId w:val="3"/>
  </w:num>
  <w:num w:numId="7" w16cid:durableId="1341154175">
    <w:abstractNumId w:val="2"/>
  </w:num>
  <w:num w:numId="8" w16cid:durableId="1316566333">
    <w:abstractNumId w:val="1"/>
  </w:num>
  <w:num w:numId="9" w16cid:durableId="289671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B9B"/>
    <w:rsid w:val="00034616"/>
    <w:rsid w:val="0006063C"/>
    <w:rsid w:val="000A5B76"/>
    <w:rsid w:val="0015074B"/>
    <w:rsid w:val="00233B5B"/>
    <w:rsid w:val="00247997"/>
    <w:rsid w:val="0028611E"/>
    <w:rsid w:val="0029639D"/>
    <w:rsid w:val="00326F90"/>
    <w:rsid w:val="003714C5"/>
    <w:rsid w:val="003E75E4"/>
    <w:rsid w:val="004561E7"/>
    <w:rsid w:val="00460301"/>
    <w:rsid w:val="004B2EBA"/>
    <w:rsid w:val="005041F1"/>
    <w:rsid w:val="00512B76"/>
    <w:rsid w:val="00545251"/>
    <w:rsid w:val="005F3309"/>
    <w:rsid w:val="00991AAA"/>
    <w:rsid w:val="00A22FFC"/>
    <w:rsid w:val="00AA1D8D"/>
    <w:rsid w:val="00B129F4"/>
    <w:rsid w:val="00B27F19"/>
    <w:rsid w:val="00B47730"/>
    <w:rsid w:val="00C92781"/>
    <w:rsid w:val="00CB0664"/>
    <w:rsid w:val="00CB1C82"/>
    <w:rsid w:val="00CD0805"/>
    <w:rsid w:val="00CF7016"/>
    <w:rsid w:val="00D70074"/>
    <w:rsid w:val="00FB1E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973A5B"/>
  <w14:defaultImageDpi w14:val="300"/>
  <w15:docId w15:val="{7EF77D38-E3B1-440F-A58C-EE72035C4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124</Pages>
  <Words>6777</Words>
  <Characters>37278</Characters>
  <Application>Microsoft Office Word</Application>
  <DocSecurity>0</DocSecurity>
  <Lines>310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Kobenan Alexis Tehua</cp:lastModifiedBy>
  <cp:revision>18</cp:revision>
  <dcterms:created xsi:type="dcterms:W3CDTF">2013-12-23T23:15:00Z</dcterms:created>
  <dcterms:modified xsi:type="dcterms:W3CDTF">2026-09-22T14:32:00Z</dcterms:modified>
  <cp:category/>
</cp:coreProperties>
</file>