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982"/>
      </w:tblGrid>
      <w:tr w:rsidR="003C1CB1" w:rsidRPr="001724B3" w14:paraId="674A09B2" w14:textId="77777777" w:rsidTr="001724B3">
        <w:trPr>
          <w:jc w:val="center"/>
        </w:trPr>
        <w:tc>
          <w:tcPr>
            <w:tcW w:w="3544" w:type="dxa"/>
            <w:shd w:val="clear" w:color="auto" w:fill="26496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2892ECF" w14:textId="77777777" w:rsidR="003C1CB1" w:rsidRPr="001724B3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1724B3">
              <w:rPr>
                <w:b/>
                <w:color w:val="FFFFFF"/>
                <w:sz w:val="20"/>
                <w:szCs w:val="20"/>
              </w:rPr>
              <w:t>LOGO</w:t>
            </w:r>
            <w:r w:rsidRPr="001724B3">
              <w:rPr>
                <w:b/>
                <w:color w:val="FFFFFF"/>
                <w:sz w:val="20"/>
                <w:szCs w:val="20"/>
              </w:rPr>
              <w:br/>
              <w:t>ÉTABLISSEMENT</w:t>
            </w:r>
          </w:p>
        </w:tc>
        <w:tc>
          <w:tcPr>
            <w:tcW w:w="6982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3D5AC90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b/>
                <w:color w:val="26496A"/>
                <w:sz w:val="20"/>
                <w:szCs w:val="20"/>
              </w:rPr>
              <w:t>RÉPUBLIQUE DE CÔTE D’IVOIRE  •  UNION – DISCIPLINE – TRAVAIL</w:t>
            </w:r>
            <w:r w:rsidRPr="001724B3">
              <w:rPr>
                <w:b/>
                <w:color w:val="26496A"/>
                <w:sz w:val="20"/>
                <w:szCs w:val="20"/>
              </w:rPr>
              <w:br/>
              <w:t>[NOM DU COLLÈGE PRIVÉ]</w:t>
            </w:r>
            <w:r w:rsidRPr="001724B3">
              <w:rPr>
                <w:b/>
                <w:color w:val="26496A"/>
                <w:sz w:val="20"/>
                <w:szCs w:val="20"/>
              </w:rPr>
              <w:br/>
              <w:t>Direction des Études / Département de Mathématiques</w:t>
            </w:r>
          </w:p>
        </w:tc>
      </w:tr>
    </w:tbl>
    <w:p w14:paraId="1E62D565" w14:textId="77777777" w:rsidR="003C1CB1" w:rsidRPr="001724B3" w:rsidRDefault="003C1CB1">
      <w:pPr>
        <w:spacing w:after="20" w:line="240" w:lineRule="auto"/>
        <w:rPr>
          <w:sz w:val="20"/>
          <w:szCs w:val="20"/>
        </w:rPr>
      </w:pPr>
    </w:p>
    <w:p w14:paraId="50A15477" w14:textId="77777777" w:rsidR="003C1CB1" w:rsidRPr="001724B3" w:rsidRDefault="00000000">
      <w:pPr>
        <w:spacing w:after="0" w:line="240" w:lineRule="auto"/>
        <w:jc w:val="center"/>
        <w:rPr>
          <w:sz w:val="20"/>
          <w:szCs w:val="20"/>
        </w:rPr>
      </w:pPr>
      <w:r w:rsidRPr="001724B3">
        <w:rPr>
          <w:b/>
          <w:color w:val="173653"/>
          <w:sz w:val="20"/>
          <w:szCs w:val="20"/>
        </w:rPr>
        <w:t>PROCÈS-VERBAL DE RÉUNION DE RENTRÉE</w:t>
      </w:r>
    </w:p>
    <w:p w14:paraId="58322BBA" w14:textId="77777777" w:rsidR="003C1CB1" w:rsidRPr="001724B3" w:rsidRDefault="00000000">
      <w:pPr>
        <w:spacing w:after="80" w:line="240" w:lineRule="auto"/>
        <w:jc w:val="center"/>
        <w:rPr>
          <w:sz w:val="20"/>
          <w:szCs w:val="20"/>
        </w:rPr>
      </w:pPr>
      <w:r w:rsidRPr="001724B3">
        <w:rPr>
          <w:b/>
          <w:color w:val="54718A"/>
          <w:sz w:val="20"/>
          <w:szCs w:val="20"/>
        </w:rPr>
        <w:t>CONSEIL D’ENSEIGNEMENT DE MATHÉMATIQUES  •  ANNÉE SCOLAIRE 2026–2027</w:t>
      </w:r>
    </w:p>
    <w:tbl>
      <w:tblPr>
        <w:tblW w:w="0" w:type="auto"/>
        <w:jc w:val="center"/>
        <w:tblBorders>
          <w:top w:val="single" w:sz="5" w:space="0" w:color="9AA9B8"/>
          <w:left w:val="single" w:sz="5" w:space="0" w:color="9AA9B8"/>
          <w:bottom w:val="single" w:sz="5" w:space="0" w:color="9AA9B8"/>
          <w:right w:val="single" w:sz="5" w:space="0" w:color="9AA9B8"/>
          <w:insideH w:val="single" w:sz="5" w:space="0" w:color="9AA9B8"/>
          <w:insideV w:val="single" w:sz="5" w:space="0" w:color="9AA9B8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3672"/>
        <w:gridCol w:w="1315"/>
        <w:gridCol w:w="3984"/>
      </w:tblGrid>
      <w:tr w:rsidR="003C1CB1" w:rsidRPr="001724B3" w14:paraId="726CD7E9" w14:textId="77777777" w:rsidTr="00FC0FB0">
        <w:trPr>
          <w:jc w:val="center"/>
        </w:trPr>
        <w:tc>
          <w:tcPr>
            <w:tcW w:w="1512" w:type="dxa"/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7C457E3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b/>
                <w:color w:val="26496A"/>
                <w:sz w:val="20"/>
                <w:szCs w:val="20"/>
              </w:rPr>
              <w:t>Date</w:t>
            </w:r>
          </w:p>
        </w:tc>
        <w:tc>
          <w:tcPr>
            <w:tcW w:w="3672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26C66B8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35485B"/>
                <w:sz w:val="20"/>
                <w:szCs w:val="20"/>
              </w:rPr>
              <w:t>...................................</w:t>
            </w:r>
          </w:p>
        </w:tc>
        <w:tc>
          <w:tcPr>
            <w:tcW w:w="1315" w:type="dxa"/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3AD9714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b/>
                <w:color w:val="26496A"/>
                <w:sz w:val="20"/>
                <w:szCs w:val="20"/>
              </w:rPr>
              <w:t>Lieu</w:t>
            </w:r>
          </w:p>
        </w:tc>
        <w:tc>
          <w:tcPr>
            <w:tcW w:w="3984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589CC3B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35485B"/>
                <w:sz w:val="20"/>
                <w:szCs w:val="20"/>
              </w:rPr>
              <w:t>................................................</w:t>
            </w:r>
          </w:p>
        </w:tc>
      </w:tr>
      <w:tr w:rsidR="003C1CB1" w:rsidRPr="001724B3" w14:paraId="27228387" w14:textId="77777777" w:rsidTr="00FC0FB0">
        <w:trPr>
          <w:jc w:val="center"/>
        </w:trPr>
        <w:tc>
          <w:tcPr>
            <w:tcW w:w="1512" w:type="dxa"/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A3F5BC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b/>
                <w:color w:val="26496A"/>
                <w:sz w:val="20"/>
                <w:szCs w:val="20"/>
              </w:rPr>
              <w:t>Heure</w:t>
            </w:r>
          </w:p>
        </w:tc>
        <w:tc>
          <w:tcPr>
            <w:tcW w:w="3672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17234F" w14:textId="00571883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35485B"/>
                <w:sz w:val="20"/>
                <w:szCs w:val="20"/>
              </w:rPr>
              <w:t>.........................</w:t>
            </w:r>
            <w:r w:rsidR="00BE2CC6">
              <w:rPr>
                <w:color w:val="35485B"/>
                <w:sz w:val="20"/>
                <w:szCs w:val="20"/>
              </w:rPr>
              <w:t>..........</w:t>
            </w:r>
          </w:p>
        </w:tc>
        <w:tc>
          <w:tcPr>
            <w:tcW w:w="1315" w:type="dxa"/>
            <w:shd w:val="clear" w:color="auto" w:fill="EAF0F5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FB26AC2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b/>
                <w:color w:val="26496A"/>
                <w:sz w:val="20"/>
                <w:szCs w:val="20"/>
              </w:rPr>
              <w:t>Président(e)</w:t>
            </w:r>
          </w:p>
        </w:tc>
        <w:tc>
          <w:tcPr>
            <w:tcW w:w="3984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B6853E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35485B"/>
                <w:sz w:val="20"/>
                <w:szCs w:val="20"/>
              </w:rPr>
              <w:t>................................................</w:t>
            </w:r>
          </w:p>
        </w:tc>
      </w:tr>
    </w:tbl>
    <w:p w14:paraId="721C8A03" w14:textId="3A6988C1" w:rsidR="003C1CB1" w:rsidRPr="001724B3" w:rsidRDefault="00000000" w:rsidP="0009686A">
      <w:pPr>
        <w:tabs>
          <w:tab w:val="right" w:pos="10527"/>
        </w:tabs>
        <w:spacing w:before="60" w:after="60" w:line="240" w:lineRule="auto"/>
        <w:rPr>
          <w:sz w:val="20"/>
          <w:szCs w:val="20"/>
        </w:rPr>
      </w:pPr>
      <w:r w:rsidRPr="00FC0FB0">
        <w:rPr>
          <w:b/>
          <w:color w:val="26496A"/>
          <w:sz w:val="20"/>
          <w:szCs w:val="20"/>
          <w:u w:val="single"/>
        </w:rPr>
        <w:t>Objet</w:t>
      </w:r>
      <w:r w:rsidRPr="001724B3">
        <w:rPr>
          <w:b/>
          <w:color w:val="26496A"/>
          <w:sz w:val="20"/>
          <w:szCs w:val="20"/>
        </w:rPr>
        <w:t xml:space="preserve"> : Réunion de rentrée du Conseil d’Enseignement de Mathématiques</w:t>
      </w:r>
      <w:r w:rsidR="0009686A">
        <w:rPr>
          <w:b/>
          <w:color w:val="26496A"/>
          <w:sz w:val="20"/>
          <w:szCs w:val="20"/>
        </w:rPr>
        <w:tab/>
      </w:r>
    </w:p>
    <w:p w14:paraId="4BE7893A" w14:textId="77777777" w:rsidR="003C1CB1" w:rsidRPr="00FC0FB0" w:rsidRDefault="00000000">
      <w:pPr>
        <w:keepNext/>
        <w:spacing w:before="40" w:after="20"/>
        <w:rPr>
          <w:sz w:val="20"/>
          <w:szCs w:val="20"/>
          <w:u w:val="single"/>
        </w:rPr>
      </w:pPr>
      <w:r w:rsidRPr="00FC0FB0">
        <w:rPr>
          <w:b/>
          <w:color w:val="26496A"/>
          <w:sz w:val="20"/>
          <w:szCs w:val="20"/>
          <w:u w:val="single"/>
        </w:rPr>
        <w:t>PARTICIPANTS</w:t>
      </w:r>
    </w:p>
    <w:tbl>
      <w:tblPr>
        <w:tblW w:w="10533" w:type="dxa"/>
        <w:jc w:val="center"/>
        <w:tblBorders>
          <w:top w:val="single" w:sz="5" w:space="0" w:color="9AA9B8"/>
          <w:left w:val="single" w:sz="5" w:space="0" w:color="9AA9B8"/>
          <w:bottom w:val="single" w:sz="5" w:space="0" w:color="9AA9B8"/>
          <w:right w:val="single" w:sz="5" w:space="0" w:color="9AA9B8"/>
          <w:insideH w:val="single" w:sz="5" w:space="0" w:color="9AA9B8"/>
          <w:insideV w:val="single" w:sz="5" w:space="0" w:color="9AA9B8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3969"/>
        <w:gridCol w:w="1583"/>
        <w:gridCol w:w="2551"/>
        <w:gridCol w:w="2025"/>
      </w:tblGrid>
      <w:tr w:rsidR="0009686A" w:rsidRPr="001724B3" w14:paraId="18B52134" w14:textId="372C9EB2" w:rsidTr="00FB65B7">
        <w:trPr>
          <w:jc w:val="center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426581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8864E5" w14:textId="17EA97BE" w:rsidR="0009686A" w:rsidRPr="001724B3" w:rsidRDefault="0009686A" w:rsidP="0009686A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N°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426581"/>
            <w:vAlign w:val="center"/>
          </w:tcPr>
          <w:p w14:paraId="71FBEFA8" w14:textId="77777777" w:rsidR="0009686A" w:rsidRPr="001724B3" w:rsidRDefault="0009686A" w:rsidP="0009686A">
            <w:pPr>
              <w:spacing w:after="0"/>
              <w:ind w:left="572"/>
              <w:rPr>
                <w:sz w:val="20"/>
                <w:szCs w:val="20"/>
              </w:rPr>
            </w:pPr>
            <w:r w:rsidRPr="001724B3">
              <w:rPr>
                <w:b/>
                <w:color w:val="FFFFFF"/>
                <w:sz w:val="20"/>
                <w:szCs w:val="20"/>
              </w:rPr>
              <w:t>NOM ET PRÉNOMS</w:t>
            </w: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426581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934B1A" w14:textId="344E9E4C" w:rsidR="0009686A" w:rsidRPr="001724B3" w:rsidRDefault="0009686A" w:rsidP="0009686A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b/>
                <w:color w:val="FFFFFF"/>
                <w:sz w:val="20"/>
                <w:szCs w:val="20"/>
              </w:rPr>
              <w:t>FONCTION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426581"/>
            <w:vAlign w:val="center"/>
          </w:tcPr>
          <w:p w14:paraId="7C93BF48" w14:textId="5982153A" w:rsidR="0009686A" w:rsidRPr="001724B3" w:rsidRDefault="0009686A" w:rsidP="0009686A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b/>
                <w:color w:val="FFFFFF"/>
                <w:sz w:val="20"/>
                <w:szCs w:val="20"/>
              </w:rPr>
              <w:t>CLASSES</w:t>
            </w:r>
          </w:p>
        </w:tc>
        <w:tc>
          <w:tcPr>
            <w:tcW w:w="202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426581"/>
            <w:vAlign w:val="center"/>
          </w:tcPr>
          <w:p w14:paraId="45D0D414" w14:textId="73558EA7" w:rsidR="0009686A" w:rsidRPr="001724B3" w:rsidRDefault="0009686A" w:rsidP="0009686A">
            <w:pPr>
              <w:spacing w:after="0"/>
              <w:rPr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CONTACTS</w:t>
            </w:r>
          </w:p>
        </w:tc>
      </w:tr>
      <w:tr w:rsidR="0009686A" w:rsidRPr="001724B3" w14:paraId="3B743997" w14:textId="21923DC0" w:rsidTr="00FB65B7">
        <w:trPr>
          <w:jc w:val="center"/>
        </w:trPr>
        <w:tc>
          <w:tcPr>
            <w:tcW w:w="405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C78BEC" w14:textId="617D7CF3" w:rsidR="0009686A" w:rsidRPr="001724B3" w:rsidRDefault="0009686A" w:rsidP="0009686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5D4883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D4FDA3D" w14:textId="50A83E77" w:rsidR="0009686A" w:rsidRPr="001724B3" w:rsidRDefault="00883E7F">
            <w:pPr>
              <w:spacing w:after="0"/>
              <w:rPr>
                <w:sz w:val="20"/>
                <w:szCs w:val="20"/>
              </w:rPr>
            </w:pPr>
            <w:r w:rsidRPr="00883E7F">
              <w:rPr>
                <w:sz w:val="20"/>
                <w:szCs w:val="20"/>
              </w:rPr>
              <w:t>Enseignant(e)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12BBC8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57B6AF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</w:tr>
      <w:tr w:rsidR="0009686A" w:rsidRPr="001724B3" w14:paraId="7B1A45A0" w14:textId="3B7DFF1E" w:rsidTr="00FB65B7">
        <w:trPr>
          <w:jc w:val="center"/>
        </w:trPr>
        <w:tc>
          <w:tcPr>
            <w:tcW w:w="405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D2311D" w14:textId="2F03F77F" w:rsidR="0009686A" w:rsidRPr="001724B3" w:rsidRDefault="0009686A" w:rsidP="0009686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F52C6CD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EB32EE1" w14:textId="2829568C" w:rsidR="0009686A" w:rsidRPr="001724B3" w:rsidRDefault="00883E7F">
            <w:pPr>
              <w:spacing w:after="0"/>
              <w:rPr>
                <w:sz w:val="20"/>
                <w:szCs w:val="20"/>
              </w:rPr>
            </w:pPr>
            <w:r w:rsidRPr="00883E7F">
              <w:rPr>
                <w:sz w:val="20"/>
                <w:szCs w:val="20"/>
              </w:rPr>
              <w:t>Enseignant(e)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1AFBBE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B0EEFF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</w:tr>
      <w:tr w:rsidR="0009686A" w:rsidRPr="001724B3" w14:paraId="5ED81C38" w14:textId="1E592500" w:rsidTr="00FB65B7">
        <w:trPr>
          <w:jc w:val="center"/>
        </w:trPr>
        <w:tc>
          <w:tcPr>
            <w:tcW w:w="405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EE0DCD" w14:textId="463A9077" w:rsidR="0009686A" w:rsidRPr="001724B3" w:rsidRDefault="0009686A" w:rsidP="0009686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2DD90C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9442EB" w14:textId="6FE596AC" w:rsidR="0009686A" w:rsidRPr="001724B3" w:rsidRDefault="00883E7F">
            <w:pPr>
              <w:spacing w:after="0"/>
              <w:rPr>
                <w:sz w:val="20"/>
                <w:szCs w:val="20"/>
              </w:rPr>
            </w:pPr>
            <w:r w:rsidRPr="00883E7F">
              <w:rPr>
                <w:sz w:val="20"/>
                <w:szCs w:val="20"/>
              </w:rPr>
              <w:t>Enseignant(e)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C1C7DA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ED37F5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</w:tr>
      <w:tr w:rsidR="0009686A" w:rsidRPr="001724B3" w14:paraId="07E19578" w14:textId="68EE4D82" w:rsidTr="00FB65B7">
        <w:trPr>
          <w:jc w:val="center"/>
        </w:trPr>
        <w:tc>
          <w:tcPr>
            <w:tcW w:w="405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3BF6B15" w14:textId="4FC4F597" w:rsidR="0009686A" w:rsidRPr="001724B3" w:rsidRDefault="0009686A" w:rsidP="0009686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EA497E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17BDD33" w14:textId="328074F1" w:rsidR="0009686A" w:rsidRPr="001724B3" w:rsidRDefault="00883E7F">
            <w:pPr>
              <w:spacing w:after="0"/>
              <w:rPr>
                <w:sz w:val="20"/>
                <w:szCs w:val="20"/>
              </w:rPr>
            </w:pPr>
            <w:r w:rsidRPr="00883E7F">
              <w:rPr>
                <w:sz w:val="20"/>
                <w:szCs w:val="20"/>
              </w:rPr>
              <w:t>Enseignant(e)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02866A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20642C" w14:textId="77777777" w:rsidR="0009686A" w:rsidRPr="001724B3" w:rsidRDefault="0009686A">
            <w:pPr>
              <w:spacing w:after="0"/>
              <w:rPr>
                <w:sz w:val="20"/>
                <w:szCs w:val="20"/>
              </w:rPr>
            </w:pPr>
          </w:p>
        </w:tc>
      </w:tr>
      <w:tr w:rsidR="0009686A" w:rsidRPr="001724B3" w14:paraId="44030264" w14:textId="4EEE4B15" w:rsidTr="00FB65B7">
        <w:trPr>
          <w:jc w:val="center"/>
        </w:trPr>
        <w:tc>
          <w:tcPr>
            <w:tcW w:w="405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09D201" w14:textId="520E879B" w:rsidR="0009686A" w:rsidRPr="001724B3" w:rsidRDefault="0009686A" w:rsidP="0009686A">
            <w:pPr>
              <w:spacing w:after="0"/>
              <w:jc w:val="center"/>
              <w:rPr>
                <w:color w:val="24364B"/>
                <w:sz w:val="20"/>
                <w:szCs w:val="20"/>
              </w:rPr>
            </w:pPr>
            <w:r>
              <w:rPr>
                <w:color w:val="24364B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FC3AA5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ECA5A9C" w14:textId="616F6E33" w:rsidR="0009686A" w:rsidRPr="001724B3" w:rsidRDefault="00883E7F">
            <w:pPr>
              <w:spacing w:after="0"/>
              <w:rPr>
                <w:color w:val="24364B"/>
                <w:sz w:val="20"/>
                <w:szCs w:val="20"/>
              </w:rPr>
            </w:pPr>
            <w:r w:rsidRPr="00883E7F">
              <w:rPr>
                <w:color w:val="24364B"/>
                <w:sz w:val="20"/>
                <w:szCs w:val="20"/>
              </w:rPr>
              <w:t>Enseignant(e)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44527B3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C33F5E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</w:tr>
      <w:tr w:rsidR="0009686A" w:rsidRPr="001724B3" w14:paraId="4A06AD5E" w14:textId="519B9024" w:rsidTr="00FB65B7">
        <w:trPr>
          <w:jc w:val="center"/>
        </w:trPr>
        <w:tc>
          <w:tcPr>
            <w:tcW w:w="405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7F8980" w14:textId="127538C7" w:rsidR="0009686A" w:rsidRPr="001724B3" w:rsidRDefault="0009686A" w:rsidP="0009686A">
            <w:pPr>
              <w:spacing w:after="0"/>
              <w:jc w:val="center"/>
              <w:rPr>
                <w:color w:val="24364B"/>
                <w:sz w:val="20"/>
                <w:szCs w:val="20"/>
              </w:rPr>
            </w:pPr>
            <w:r>
              <w:rPr>
                <w:color w:val="24364B"/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D6C508F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1CABECE" w14:textId="5A510216" w:rsidR="0009686A" w:rsidRPr="001724B3" w:rsidRDefault="00883E7F">
            <w:pPr>
              <w:spacing w:after="0"/>
              <w:rPr>
                <w:color w:val="24364B"/>
                <w:sz w:val="20"/>
                <w:szCs w:val="20"/>
              </w:rPr>
            </w:pPr>
            <w:r w:rsidRPr="00883E7F">
              <w:rPr>
                <w:color w:val="24364B"/>
                <w:sz w:val="20"/>
                <w:szCs w:val="20"/>
              </w:rPr>
              <w:t>Enseignant(e)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CC8B5A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F58F71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</w:tr>
      <w:tr w:rsidR="0009686A" w:rsidRPr="001724B3" w14:paraId="5800BE4A" w14:textId="20203C1C" w:rsidTr="00FB65B7">
        <w:trPr>
          <w:jc w:val="center"/>
        </w:trPr>
        <w:tc>
          <w:tcPr>
            <w:tcW w:w="405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D35C264" w14:textId="360FDA3F" w:rsidR="0009686A" w:rsidRPr="001724B3" w:rsidRDefault="0009686A" w:rsidP="0009686A">
            <w:pPr>
              <w:spacing w:after="0"/>
              <w:jc w:val="center"/>
              <w:rPr>
                <w:color w:val="24364B"/>
                <w:sz w:val="20"/>
                <w:szCs w:val="20"/>
              </w:rPr>
            </w:pPr>
            <w:r>
              <w:rPr>
                <w:color w:val="24364B"/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406C41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26F6EF7" w14:textId="1D35F6F1" w:rsidR="0009686A" w:rsidRPr="001724B3" w:rsidRDefault="00883E7F">
            <w:pPr>
              <w:spacing w:after="0"/>
              <w:rPr>
                <w:color w:val="24364B"/>
                <w:sz w:val="20"/>
                <w:szCs w:val="20"/>
              </w:rPr>
            </w:pPr>
            <w:r w:rsidRPr="00883E7F">
              <w:rPr>
                <w:color w:val="24364B"/>
                <w:sz w:val="20"/>
                <w:szCs w:val="20"/>
              </w:rPr>
              <w:t>Enseignant(e)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2F182F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AEC129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</w:tr>
      <w:tr w:rsidR="0009686A" w:rsidRPr="001724B3" w14:paraId="442873DE" w14:textId="7A158642" w:rsidTr="00FB65B7">
        <w:trPr>
          <w:jc w:val="center"/>
        </w:trPr>
        <w:tc>
          <w:tcPr>
            <w:tcW w:w="405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F90FE71" w14:textId="19348652" w:rsidR="0009686A" w:rsidRPr="001724B3" w:rsidRDefault="0009686A" w:rsidP="0009686A">
            <w:pPr>
              <w:spacing w:after="0"/>
              <w:jc w:val="center"/>
              <w:rPr>
                <w:color w:val="24364B"/>
                <w:sz w:val="20"/>
                <w:szCs w:val="20"/>
              </w:rPr>
            </w:pPr>
            <w:r>
              <w:rPr>
                <w:color w:val="24364B"/>
                <w:sz w:val="20"/>
                <w:szCs w:val="20"/>
              </w:rPr>
              <w:t>8</w:t>
            </w:r>
          </w:p>
        </w:tc>
        <w:tc>
          <w:tcPr>
            <w:tcW w:w="396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C513826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87DFB8E" w14:textId="0051C611" w:rsidR="0009686A" w:rsidRPr="001724B3" w:rsidRDefault="00883E7F">
            <w:pPr>
              <w:spacing w:after="0"/>
              <w:rPr>
                <w:color w:val="24364B"/>
                <w:sz w:val="20"/>
                <w:szCs w:val="20"/>
              </w:rPr>
            </w:pPr>
            <w:r w:rsidRPr="00883E7F">
              <w:rPr>
                <w:color w:val="24364B"/>
                <w:sz w:val="20"/>
                <w:szCs w:val="20"/>
              </w:rPr>
              <w:t>Enseignant(e)</w:t>
            </w:r>
          </w:p>
        </w:tc>
        <w:tc>
          <w:tcPr>
            <w:tcW w:w="255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285B08E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CC9481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</w:tr>
      <w:tr w:rsidR="0009686A" w:rsidRPr="001724B3" w14:paraId="27A325A4" w14:textId="06FA3611" w:rsidTr="00FB65B7">
        <w:trPr>
          <w:jc w:val="center"/>
        </w:trPr>
        <w:tc>
          <w:tcPr>
            <w:tcW w:w="4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EF1DA19" w14:textId="0F11ACB1" w:rsidR="0009686A" w:rsidRPr="001724B3" w:rsidRDefault="0009686A" w:rsidP="0009686A">
            <w:pPr>
              <w:spacing w:after="0"/>
              <w:jc w:val="center"/>
              <w:rPr>
                <w:color w:val="24364B"/>
                <w:sz w:val="20"/>
                <w:szCs w:val="20"/>
              </w:rPr>
            </w:pPr>
            <w:r>
              <w:rPr>
                <w:color w:val="24364B"/>
                <w:sz w:val="20"/>
                <w:szCs w:val="20"/>
              </w:rPr>
              <w:t>9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157AAA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48D1BC" w14:textId="69190830" w:rsidR="0009686A" w:rsidRPr="001724B3" w:rsidRDefault="00883E7F">
            <w:pPr>
              <w:spacing w:after="0"/>
              <w:rPr>
                <w:color w:val="24364B"/>
                <w:sz w:val="20"/>
                <w:szCs w:val="20"/>
              </w:rPr>
            </w:pPr>
            <w:r w:rsidRPr="00883E7F">
              <w:rPr>
                <w:color w:val="24364B"/>
                <w:sz w:val="20"/>
                <w:szCs w:val="20"/>
              </w:rPr>
              <w:t>Enseignant(e)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5CC70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  <w:tc>
          <w:tcPr>
            <w:tcW w:w="20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8E55E" w14:textId="77777777" w:rsidR="0009686A" w:rsidRPr="001724B3" w:rsidRDefault="0009686A">
            <w:pPr>
              <w:spacing w:after="0"/>
              <w:rPr>
                <w:color w:val="24364B"/>
                <w:sz w:val="20"/>
                <w:szCs w:val="20"/>
              </w:rPr>
            </w:pPr>
          </w:p>
        </w:tc>
      </w:tr>
    </w:tbl>
    <w:p w14:paraId="742FC8F3" w14:textId="083EBA93" w:rsidR="003C1CB1" w:rsidRPr="001724B3" w:rsidRDefault="00000000">
      <w:pPr>
        <w:spacing w:before="20" w:line="240" w:lineRule="auto"/>
        <w:rPr>
          <w:sz w:val="20"/>
          <w:szCs w:val="20"/>
        </w:rPr>
      </w:pPr>
      <w:r w:rsidRPr="001724B3">
        <w:rPr>
          <w:color w:val="35485B"/>
          <w:sz w:val="20"/>
          <w:szCs w:val="20"/>
        </w:rPr>
        <w:t>Absents excusés : ........................................................................................................................................................................................</w:t>
      </w:r>
      <w:r w:rsidR="00CA1803">
        <w:rPr>
          <w:color w:val="35485B"/>
          <w:sz w:val="20"/>
          <w:szCs w:val="20"/>
        </w:rPr>
        <w:t>.....</w:t>
      </w:r>
      <w:r w:rsidRPr="001724B3">
        <w:rPr>
          <w:color w:val="35485B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</w:t>
      </w:r>
      <w:r w:rsidR="00CA1803">
        <w:rPr>
          <w:color w:val="35485B"/>
          <w:sz w:val="20"/>
          <w:szCs w:val="20"/>
        </w:rPr>
        <w:t>............................................................................................................................................................................</w:t>
      </w:r>
    </w:p>
    <w:p w14:paraId="683D0BFF" w14:textId="77777777" w:rsidR="003C1CB1" w:rsidRPr="00FC0FB0" w:rsidRDefault="00000000">
      <w:pPr>
        <w:keepNext/>
        <w:spacing w:before="40" w:after="20"/>
        <w:rPr>
          <w:sz w:val="20"/>
          <w:szCs w:val="20"/>
          <w:u w:val="single"/>
        </w:rPr>
      </w:pPr>
      <w:r w:rsidRPr="00FC0FB0">
        <w:rPr>
          <w:b/>
          <w:color w:val="26496A"/>
          <w:sz w:val="20"/>
          <w:szCs w:val="20"/>
          <w:u w:val="single"/>
        </w:rPr>
        <w:t>TEXTE DU PROCÈS-VERBAL</w:t>
      </w:r>
    </w:p>
    <w:p w14:paraId="090225A8" w14:textId="77777777" w:rsidR="003C1CB1" w:rsidRPr="001724B3" w:rsidRDefault="00000000">
      <w:pPr>
        <w:spacing w:line="240" w:lineRule="auto"/>
        <w:rPr>
          <w:sz w:val="20"/>
          <w:szCs w:val="20"/>
        </w:rPr>
      </w:pPr>
      <w:r w:rsidRPr="001724B3">
        <w:rPr>
          <w:color w:val="24364B"/>
          <w:sz w:val="20"/>
          <w:szCs w:val="20"/>
        </w:rPr>
        <w:t>L’an deux mille vingt-six, le ................................, à ................ heures, s’est tenue au sein de [Nom du collège privé] la réunion de rentrée du Conseil d’Enseignement de Mathématiques, sous la présidence de M./Mme ........................................................ .</w:t>
      </w:r>
    </w:p>
    <w:p w14:paraId="326B66B6" w14:textId="77777777" w:rsidR="003C1CB1" w:rsidRPr="001724B3" w:rsidRDefault="00000000">
      <w:pPr>
        <w:spacing w:line="240" w:lineRule="auto"/>
        <w:rPr>
          <w:sz w:val="20"/>
          <w:szCs w:val="20"/>
        </w:rPr>
      </w:pPr>
      <w:r w:rsidRPr="00042089">
        <w:rPr>
          <w:b/>
          <w:bCs/>
          <w:color w:val="24364B"/>
          <w:sz w:val="20"/>
          <w:szCs w:val="20"/>
          <w:u w:val="single"/>
        </w:rPr>
        <w:t>Objet et échanges</w:t>
      </w:r>
      <w:r w:rsidRPr="001724B3">
        <w:rPr>
          <w:color w:val="24364B"/>
          <w:sz w:val="20"/>
          <w:szCs w:val="20"/>
        </w:rPr>
        <w:t xml:space="preserve"> : La séance a porté sur le bilan de l’année scolaire précédente, les objectifs pédagogiques, la répartition des classes, l’organisation des progressions et des évaluations, ainsi que le soutien et la remédiation des élèves.</w:t>
      </w:r>
    </w:p>
    <w:p w14:paraId="5D50354C" w14:textId="77777777" w:rsidR="003C1CB1" w:rsidRPr="00FC0FB0" w:rsidRDefault="00000000">
      <w:pPr>
        <w:keepNext/>
        <w:spacing w:before="40" w:after="20"/>
        <w:rPr>
          <w:sz w:val="20"/>
          <w:szCs w:val="20"/>
          <w:u w:val="single"/>
        </w:rPr>
      </w:pPr>
      <w:r w:rsidRPr="00FC0FB0">
        <w:rPr>
          <w:b/>
          <w:color w:val="26496A"/>
          <w:sz w:val="20"/>
          <w:szCs w:val="20"/>
          <w:u w:val="single"/>
        </w:rPr>
        <w:t>DÉCISIONS RETENUES</w:t>
      </w:r>
    </w:p>
    <w:tbl>
      <w:tblPr>
        <w:tblW w:w="0" w:type="auto"/>
        <w:jc w:val="center"/>
        <w:tblBorders>
          <w:top w:val="single" w:sz="5" w:space="0" w:color="9AA9B8"/>
          <w:left w:val="single" w:sz="5" w:space="0" w:color="9AA9B8"/>
          <w:bottom w:val="single" w:sz="5" w:space="0" w:color="9AA9B8"/>
          <w:right w:val="single" w:sz="5" w:space="0" w:color="9AA9B8"/>
          <w:insideH w:val="single" w:sz="5" w:space="0" w:color="9AA9B8"/>
          <w:insideV w:val="single" w:sz="5" w:space="0" w:color="9AA9B8"/>
        </w:tblBorders>
        <w:tblLayout w:type="fixed"/>
        <w:tblLook w:val="04A0" w:firstRow="1" w:lastRow="0" w:firstColumn="1" w:lastColumn="0" w:noHBand="0" w:noVBand="1"/>
      </w:tblPr>
      <w:tblGrid>
        <w:gridCol w:w="5263"/>
        <w:gridCol w:w="5263"/>
      </w:tblGrid>
      <w:tr w:rsidR="003C1CB1" w:rsidRPr="001724B3" w14:paraId="6CCB3D41" w14:textId="77777777">
        <w:trPr>
          <w:jc w:val="center"/>
        </w:trPr>
        <w:tc>
          <w:tcPr>
            <w:tcW w:w="526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9199500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24364B"/>
                <w:sz w:val="20"/>
                <w:szCs w:val="20"/>
              </w:rPr>
              <w:t>• Respecter les programmes et les progressions pédagogiques.</w:t>
            </w:r>
            <w:r w:rsidRPr="001724B3">
              <w:rPr>
                <w:color w:val="24364B"/>
                <w:sz w:val="20"/>
                <w:szCs w:val="20"/>
              </w:rPr>
              <w:br/>
              <w:t>• Harmoniser les méthodes et les critères d’évaluation.</w:t>
            </w:r>
            <w:r w:rsidRPr="001724B3">
              <w:rPr>
                <w:color w:val="24364B"/>
                <w:sz w:val="20"/>
                <w:szCs w:val="20"/>
              </w:rPr>
              <w:br/>
              <w:t>• Programmer les devoirs, compositions et évaluations communes.</w:t>
            </w:r>
          </w:p>
        </w:tc>
        <w:tc>
          <w:tcPr>
            <w:tcW w:w="526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760C86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24364B"/>
                <w:sz w:val="20"/>
                <w:szCs w:val="20"/>
              </w:rPr>
              <w:t>• Soutenir et accompagner les élèves en difficulté.</w:t>
            </w:r>
            <w:r w:rsidRPr="001724B3">
              <w:rPr>
                <w:color w:val="24364B"/>
                <w:sz w:val="20"/>
                <w:szCs w:val="20"/>
              </w:rPr>
              <w:br/>
              <w:t>• Organiser des activités de remédiation.</w:t>
            </w:r>
            <w:r w:rsidRPr="001724B3">
              <w:rPr>
                <w:color w:val="24364B"/>
                <w:sz w:val="20"/>
                <w:szCs w:val="20"/>
              </w:rPr>
              <w:br/>
              <w:t>• Suivre les résultats et coordonner les pratiques de l’équipe.</w:t>
            </w:r>
          </w:p>
        </w:tc>
      </w:tr>
    </w:tbl>
    <w:p w14:paraId="4BF9D8E1" w14:textId="77777777" w:rsidR="003C1CB1" w:rsidRPr="00FC0FB0" w:rsidRDefault="00000000">
      <w:pPr>
        <w:keepNext/>
        <w:spacing w:before="40" w:after="20"/>
        <w:rPr>
          <w:sz w:val="20"/>
          <w:szCs w:val="20"/>
          <w:u w:val="single"/>
        </w:rPr>
      </w:pPr>
      <w:r w:rsidRPr="00FC0FB0">
        <w:rPr>
          <w:b/>
          <w:color w:val="26496A"/>
          <w:sz w:val="20"/>
          <w:szCs w:val="20"/>
          <w:u w:val="single"/>
        </w:rPr>
        <w:t>OBSERVATIONS / RECOMMANDATIONS</w:t>
      </w:r>
    </w:p>
    <w:p w14:paraId="4B0209BA" w14:textId="77777777" w:rsidR="003C1CB1" w:rsidRPr="001724B3" w:rsidRDefault="00000000">
      <w:pPr>
        <w:spacing w:line="240" w:lineRule="auto"/>
        <w:rPr>
          <w:sz w:val="20"/>
          <w:szCs w:val="20"/>
        </w:rPr>
      </w:pPr>
      <w:r w:rsidRPr="001724B3">
        <w:rPr>
          <w:color w:val="24364B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724B3">
        <w:rPr>
          <w:color w:val="24364B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83C042E" w14:textId="77777777" w:rsidR="003C1CB1" w:rsidRPr="001724B3" w:rsidRDefault="00000000">
      <w:pPr>
        <w:spacing w:after="20" w:line="240" w:lineRule="auto"/>
        <w:rPr>
          <w:sz w:val="20"/>
          <w:szCs w:val="20"/>
        </w:rPr>
      </w:pPr>
      <w:r w:rsidRPr="001724B3">
        <w:rPr>
          <w:color w:val="24364B"/>
          <w:sz w:val="20"/>
          <w:szCs w:val="20"/>
        </w:rPr>
        <w:t>Les membres conviennent de mettre en œuvre les décisions arrêtées et de se réunir à nouveau en cas de nécessité.</w:t>
      </w:r>
    </w:p>
    <w:p w14:paraId="217929DC" w14:textId="61E23901" w:rsidR="003C1CB1" w:rsidRPr="001724B3" w:rsidRDefault="001724B3">
      <w:pPr>
        <w:spacing w:line="240" w:lineRule="auto"/>
        <w:rPr>
          <w:sz w:val="20"/>
          <w:szCs w:val="20"/>
        </w:rPr>
      </w:pPr>
      <w:r w:rsidRPr="001724B3">
        <w:rPr>
          <w:b/>
          <w:color w:val="26496A"/>
          <w:sz w:val="20"/>
          <w:szCs w:val="20"/>
        </w:rPr>
        <w:t>CLÔTURE • Plus</w:t>
      </w:r>
      <w:r w:rsidR="00000000" w:rsidRPr="001724B3">
        <w:rPr>
          <w:b/>
          <w:color w:val="26496A"/>
          <w:sz w:val="20"/>
          <w:szCs w:val="20"/>
        </w:rPr>
        <w:t xml:space="preserve"> aucun point n’étant à l’ordre du jour, la séance est levée à ................ </w:t>
      </w:r>
      <w:r w:rsidRPr="001724B3">
        <w:rPr>
          <w:b/>
          <w:color w:val="26496A"/>
          <w:sz w:val="20"/>
          <w:szCs w:val="20"/>
        </w:rPr>
        <w:t>Heures</w:t>
      </w:r>
      <w:r w:rsidR="00000000" w:rsidRPr="001724B3">
        <w:rPr>
          <w:b/>
          <w:color w:val="26496A"/>
          <w:sz w:val="20"/>
          <w:szCs w:val="20"/>
        </w:rPr>
        <w:t>.</w:t>
      </w:r>
    </w:p>
    <w:p w14:paraId="4047ABE6" w14:textId="77777777" w:rsidR="003C1CB1" w:rsidRPr="001724B3" w:rsidRDefault="00000000">
      <w:pPr>
        <w:spacing w:after="60" w:line="240" w:lineRule="auto"/>
        <w:rPr>
          <w:sz w:val="20"/>
          <w:szCs w:val="20"/>
        </w:rPr>
      </w:pPr>
      <w:r w:rsidRPr="001724B3">
        <w:rPr>
          <w:color w:val="24364B"/>
          <w:sz w:val="20"/>
          <w:szCs w:val="20"/>
        </w:rPr>
        <w:t>Fait à ........................................................................, le ........................................................</w:t>
      </w:r>
    </w:p>
    <w:tbl>
      <w:tblPr>
        <w:tblW w:w="0" w:type="auto"/>
        <w:jc w:val="center"/>
        <w:tblBorders>
          <w:top w:val="single" w:sz="5" w:space="0" w:color="9AA9B8"/>
          <w:left w:val="single" w:sz="5" w:space="0" w:color="9AA9B8"/>
          <w:bottom w:val="single" w:sz="5" w:space="0" w:color="9AA9B8"/>
          <w:right w:val="single" w:sz="5" w:space="0" w:color="9AA9B8"/>
          <w:insideH w:val="single" w:sz="5" w:space="0" w:color="9AA9B8"/>
          <w:insideV w:val="single" w:sz="5" w:space="0" w:color="9AA9B8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3509"/>
        <w:gridCol w:w="3509"/>
      </w:tblGrid>
      <w:tr w:rsidR="003C1CB1" w:rsidRPr="001724B3" w14:paraId="362EFC78" w14:textId="77777777">
        <w:trPr>
          <w:jc w:val="center"/>
        </w:trPr>
        <w:tc>
          <w:tcPr>
            <w:tcW w:w="3509" w:type="dxa"/>
            <w:shd w:val="clear" w:color="auto" w:fill="426581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9A5B44" w14:textId="77777777" w:rsidR="003C1CB1" w:rsidRPr="001724B3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1724B3">
              <w:rPr>
                <w:b/>
                <w:color w:val="FFFFFF"/>
                <w:sz w:val="20"/>
                <w:szCs w:val="20"/>
              </w:rPr>
              <w:t>LE PRÉSIDENT DU CE</w:t>
            </w:r>
          </w:p>
        </w:tc>
        <w:tc>
          <w:tcPr>
            <w:tcW w:w="3509" w:type="dxa"/>
            <w:shd w:val="clear" w:color="auto" w:fill="426581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AC08D5" w14:textId="77777777" w:rsidR="003C1CB1" w:rsidRPr="001724B3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1724B3">
              <w:rPr>
                <w:b/>
                <w:color w:val="FFFFFF"/>
                <w:sz w:val="20"/>
                <w:szCs w:val="20"/>
              </w:rPr>
              <w:t>LE RAPPORTEUR</w:t>
            </w:r>
          </w:p>
        </w:tc>
        <w:tc>
          <w:tcPr>
            <w:tcW w:w="3509" w:type="dxa"/>
            <w:shd w:val="clear" w:color="auto" w:fill="426581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6DBB803" w14:textId="77777777" w:rsidR="003C1CB1" w:rsidRPr="001724B3" w:rsidRDefault="00000000">
            <w:pPr>
              <w:spacing w:after="0"/>
              <w:jc w:val="center"/>
              <w:rPr>
                <w:sz w:val="20"/>
                <w:szCs w:val="20"/>
              </w:rPr>
            </w:pPr>
            <w:r w:rsidRPr="001724B3">
              <w:rPr>
                <w:b/>
                <w:color w:val="FFFFFF"/>
                <w:sz w:val="20"/>
                <w:szCs w:val="20"/>
              </w:rPr>
              <w:t>VISA DU DIRECTEUR / RESPONSABLE DES ÉTUDES</w:t>
            </w:r>
          </w:p>
        </w:tc>
      </w:tr>
      <w:tr w:rsidR="003C1CB1" w:rsidRPr="001724B3" w14:paraId="3E26EBBF" w14:textId="77777777">
        <w:trPr>
          <w:jc w:val="center"/>
        </w:trPr>
        <w:tc>
          <w:tcPr>
            <w:tcW w:w="350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9855F8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24364B"/>
                <w:sz w:val="20"/>
                <w:szCs w:val="20"/>
              </w:rPr>
              <w:t>Nom : ........................................</w:t>
            </w:r>
          </w:p>
        </w:tc>
        <w:tc>
          <w:tcPr>
            <w:tcW w:w="350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626E4C8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24364B"/>
                <w:sz w:val="20"/>
                <w:szCs w:val="20"/>
              </w:rPr>
              <w:t>Nom : ........................................</w:t>
            </w:r>
          </w:p>
        </w:tc>
        <w:tc>
          <w:tcPr>
            <w:tcW w:w="350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D23B6C1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24364B"/>
                <w:sz w:val="20"/>
                <w:szCs w:val="20"/>
              </w:rPr>
              <w:t>Nom : ........................................</w:t>
            </w:r>
          </w:p>
        </w:tc>
      </w:tr>
      <w:tr w:rsidR="003C1CB1" w:rsidRPr="001724B3" w14:paraId="0DA5F33A" w14:textId="77777777">
        <w:trPr>
          <w:jc w:val="center"/>
        </w:trPr>
        <w:tc>
          <w:tcPr>
            <w:tcW w:w="350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62ECBDC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24364B"/>
                <w:sz w:val="20"/>
                <w:szCs w:val="20"/>
              </w:rPr>
              <w:t>Signature :</w:t>
            </w:r>
            <w:r w:rsidRPr="001724B3">
              <w:rPr>
                <w:color w:val="24364B"/>
                <w:sz w:val="20"/>
                <w:szCs w:val="20"/>
              </w:rPr>
              <w:br/>
            </w:r>
            <w:r w:rsidRPr="001724B3">
              <w:rPr>
                <w:color w:val="24364B"/>
                <w:sz w:val="20"/>
                <w:szCs w:val="20"/>
              </w:rPr>
              <w:br/>
            </w:r>
          </w:p>
        </w:tc>
        <w:tc>
          <w:tcPr>
            <w:tcW w:w="350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4FB014" w14:textId="77777777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24364B"/>
                <w:sz w:val="20"/>
                <w:szCs w:val="20"/>
              </w:rPr>
              <w:t>Signature :</w:t>
            </w:r>
            <w:r w:rsidRPr="001724B3">
              <w:rPr>
                <w:color w:val="24364B"/>
                <w:sz w:val="20"/>
                <w:szCs w:val="20"/>
              </w:rPr>
              <w:br/>
            </w:r>
            <w:r w:rsidRPr="001724B3">
              <w:rPr>
                <w:color w:val="24364B"/>
                <w:sz w:val="20"/>
                <w:szCs w:val="20"/>
              </w:rPr>
              <w:br/>
            </w:r>
          </w:p>
        </w:tc>
        <w:tc>
          <w:tcPr>
            <w:tcW w:w="3509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22E488" w14:textId="0EB7E94D" w:rsidR="003C1CB1" w:rsidRPr="001724B3" w:rsidRDefault="00000000">
            <w:pPr>
              <w:spacing w:after="0"/>
              <w:rPr>
                <w:sz w:val="20"/>
                <w:szCs w:val="20"/>
              </w:rPr>
            </w:pPr>
            <w:r w:rsidRPr="001724B3">
              <w:rPr>
                <w:color w:val="24364B"/>
                <w:sz w:val="20"/>
                <w:szCs w:val="20"/>
              </w:rPr>
              <w:t xml:space="preserve">Signature et </w:t>
            </w:r>
            <w:r w:rsidR="001724B3" w:rsidRPr="001724B3">
              <w:rPr>
                <w:color w:val="24364B"/>
                <w:sz w:val="20"/>
                <w:szCs w:val="20"/>
              </w:rPr>
              <w:t>cachet :</w:t>
            </w:r>
            <w:r w:rsidRPr="001724B3">
              <w:rPr>
                <w:color w:val="24364B"/>
                <w:sz w:val="20"/>
                <w:szCs w:val="20"/>
              </w:rPr>
              <w:br/>
            </w:r>
            <w:r w:rsidRPr="001724B3">
              <w:rPr>
                <w:color w:val="24364B"/>
                <w:sz w:val="20"/>
                <w:szCs w:val="20"/>
              </w:rPr>
              <w:br/>
            </w:r>
          </w:p>
        </w:tc>
      </w:tr>
    </w:tbl>
    <w:p w14:paraId="3270A5ED" w14:textId="7DC9A308" w:rsidR="003C1CB1" w:rsidRPr="001724B3" w:rsidRDefault="00000000">
      <w:pPr>
        <w:spacing w:before="40" w:after="0" w:line="240" w:lineRule="auto"/>
        <w:rPr>
          <w:sz w:val="20"/>
          <w:szCs w:val="20"/>
        </w:rPr>
      </w:pPr>
      <w:r w:rsidRPr="001724B3">
        <w:rPr>
          <w:color w:val="647789"/>
          <w:sz w:val="20"/>
          <w:szCs w:val="20"/>
        </w:rPr>
        <w:t xml:space="preserve">Pièces jointes </w:t>
      </w:r>
      <w:r w:rsidR="001724B3" w:rsidRPr="001724B3">
        <w:rPr>
          <w:color w:val="647789"/>
          <w:sz w:val="20"/>
          <w:szCs w:val="20"/>
        </w:rPr>
        <w:t>éventuelles :</w:t>
      </w:r>
      <w:r w:rsidRPr="001724B3">
        <w:rPr>
          <w:color w:val="647789"/>
          <w:sz w:val="20"/>
          <w:szCs w:val="20"/>
        </w:rPr>
        <w:t xml:space="preserve"> liste de présence • progression annuelle • calendrier des évaluations</w:t>
      </w:r>
    </w:p>
    <w:sectPr w:rsidR="003C1CB1" w:rsidRPr="001724B3" w:rsidSect="00034616">
      <w:pgSz w:w="11909" w:h="16834"/>
      <w:pgMar w:top="547" w:right="691" w:bottom="547" w:left="691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638874">
    <w:abstractNumId w:val="8"/>
  </w:num>
  <w:num w:numId="2" w16cid:durableId="1984390390">
    <w:abstractNumId w:val="6"/>
  </w:num>
  <w:num w:numId="3" w16cid:durableId="159125945">
    <w:abstractNumId w:val="5"/>
  </w:num>
  <w:num w:numId="4" w16cid:durableId="1573851179">
    <w:abstractNumId w:val="4"/>
  </w:num>
  <w:num w:numId="5" w16cid:durableId="1658799412">
    <w:abstractNumId w:val="7"/>
  </w:num>
  <w:num w:numId="6" w16cid:durableId="1230266175">
    <w:abstractNumId w:val="3"/>
  </w:num>
  <w:num w:numId="7" w16cid:durableId="1286084028">
    <w:abstractNumId w:val="2"/>
  </w:num>
  <w:num w:numId="8" w16cid:durableId="821967899">
    <w:abstractNumId w:val="1"/>
  </w:num>
  <w:num w:numId="9" w16cid:durableId="556287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089"/>
    <w:rsid w:val="0006063C"/>
    <w:rsid w:val="0009686A"/>
    <w:rsid w:val="0015074B"/>
    <w:rsid w:val="001724B3"/>
    <w:rsid w:val="0029639D"/>
    <w:rsid w:val="00326F90"/>
    <w:rsid w:val="003C1CB1"/>
    <w:rsid w:val="0042107C"/>
    <w:rsid w:val="00883E7F"/>
    <w:rsid w:val="009D28BF"/>
    <w:rsid w:val="00AA1D8D"/>
    <w:rsid w:val="00B47730"/>
    <w:rsid w:val="00BE2CC6"/>
    <w:rsid w:val="00CA1803"/>
    <w:rsid w:val="00CB0664"/>
    <w:rsid w:val="00F42C12"/>
    <w:rsid w:val="00FB65B7"/>
    <w:rsid w:val="00FC0F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DD3D55"/>
  <w14:defaultImageDpi w14:val="300"/>
  <w15:docId w15:val="{8AF91E81-93C9-4330-9284-0DCE76BE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7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544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Procès-verbal de réunion de rentrée – CE de Mathématiques</vt:lpstr>
      <vt:lpstr/>
    </vt:vector>
  </TitlesOfParts>
  <Manager/>
  <Company/>
  <LinksUpToDate>false</LinksUpToDate>
  <CharactersWithSpaces>3530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de réunion de rentrée – CE de Mathématiques</dc:title>
  <dc:subject>Modèle modifiable sur une page A4</dc:subject>
  <dc:creator>python-docx</dc:creator>
  <cp:keywords/>
  <dc:description>generated by python-docx</dc:description>
  <cp:lastModifiedBy>Kobenan Alexis Tehua</cp:lastModifiedBy>
  <cp:revision>10</cp:revision>
  <cp:lastPrinted>2026-10-05T03:37:00Z</cp:lastPrinted>
  <dcterms:created xsi:type="dcterms:W3CDTF">2013-12-23T23:15:00Z</dcterms:created>
  <dcterms:modified xsi:type="dcterms:W3CDTF">2026-10-05T03:39:00Z</dcterms:modified>
  <cp:category/>
</cp:coreProperties>
</file>