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7953D" w14:textId="77777777" w:rsidR="002B13D2" w:rsidRPr="009A4BBA" w:rsidRDefault="00000000">
      <w:pPr>
        <w:spacing w:before="1300"/>
        <w:jc w:val="center"/>
        <w:rPr>
          <w:sz w:val="48"/>
          <w:szCs w:val="48"/>
        </w:rPr>
      </w:pPr>
      <w:r w:rsidRPr="009A4BBA">
        <w:rPr>
          <w:rFonts w:ascii="Aptos Display" w:hAnsi="Aptos Display"/>
          <w:b/>
          <w:color w:val="1F4E78"/>
          <w:sz w:val="48"/>
          <w:szCs w:val="48"/>
        </w:rPr>
        <w:t>CALENDRIER DES DEVOIRS</w:t>
      </w:r>
    </w:p>
    <w:p w14:paraId="6FE52C09" w14:textId="77777777" w:rsidR="002B13D2" w:rsidRPr="009A4BBA" w:rsidRDefault="00000000">
      <w:pPr>
        <w:pStyle w:val="Titre"/>
        <w:jc w:val="center"/>
        <w:rPr>
          <w:sz w:val="48"/>
          <w:szCs w:val="48"/>
        </w:rPr>
      </w:pPr>
      <w:r w:rsidRPr="009A4BBA">
        <w:rPr>
          <w:sz w:val="48"/>
          <w:szCs w:val="48"/>
        </w:rPr>
        <w:t>Calendrier des devoirs de mathématiques</w:t>
      </w:r>
    </w:p>
    <w:p w14:paraId="45D73E3E" w14:textId="77777777" w:rsidR="002B13D2" w:rsidRPr="009A4BBA" w:rsidRDefault="00000000">
      <w:pPr>
        <w:jc w:val="center"/>
        <w:rPr>
          <w:sz w:val="36"/>
          <w:szCs w:val="36"/>
        </w:rPr>
      </w:pPr>
      <w:r w:rsidRPr="009A4BBA">
        <w:rPr>
          <w:b/>
          <w:color w:val="1F4E78"/>
          <w:sz w:val="36"/>
          <w:szCs w:val="36"/>
        </w:rPr>
        <w:t>Année scolaire 2026-2027</w:t>
      </w:r>
    </w:p>
    <w:p w14:paraId="6D7BBCCB" w14:textId="77777777" w:rsidR="002B13D2" w:rsidRPr="00D45E37" w:rsidRDefault="00000000">
      <w:pPr>
        <w:spacing w:before="200"/>
        <w:jc w:val="center"/>
        <w:rPr>
          <w:sz w:val="32"/>
          <w:szCs w:val="32"/>
        </w:rPr>
      </w:pPr>
      <w:r w:rsidRPr="00D45E37">
        <w:rPr>
          <w:color w:val="667788"/>
          <w:sz w:val="32"/>
          <w:szCs w:val="32"/>
        </w:rPr>
        <w:t>Collège privé</w:t>
      </w:r>
    </w:p>
    <w:p w14:paraId="3F06A3A5" w14:textId="77777777" w:rsidR="002B13D2" w:rsidRPr="00D45E37" w:rsidRDefault="002B13D2">
      <w:pPr>
        <w:spacing w:after="180"/>
        <w:rPr>
          <w:sz w:val="32"/>
          <w:szCs w:val="3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20"/>
        <w:gridCol w:w="6696"/>
      </w:tblGrid>
      <w:tr w:rsidR="002B13D2" w:rsidRPr="00D45E37" w14:paraId="5484C48C" w14:textId="77777777">
        <w:trPr>
          <w:jc w:val="center"/>
        </w:trPr>
        <w:tc>
          <w:tcPr>
            <w:tcW w:w="2520" w:type="dxa"/>
            <w:shd w:val="clear" w:color="auto" w:fill="D9EAF7"/>
            <w:vAlign w:val="center"/>
          </w:tcPr>
          <w:p w14:paraId="7CC0B9FE" w14:textId="77777777" w:rsidR="002B13D2" w:rsidRPr="00D45E37" w:rsidRDefault="00000000">
            <w:pPr>
              <w:spacing w:before="40" w:after="40"/>
              <w:rPr>
                <w:sz w:val="32"/>
                <w:szCs w:val="32"/>
              </w:rPr>
            </w:pPr>
            <w:r w:rsidRPr="00D45E37">
              <w:rPr>
                <w:b/>
                <w:color w:val="17365D"/>
                <w:sz w:val="32"/>
                <w:szCs w:val="32"/>
              </w:rPr>
              <w:t>Collège</w:t>
            </w:r>
          </w:p>
        </w:tc>
        <w:tc>
          <w:tcPr>
            <w:tcW w:w="6696" w:type="dxa"/>
            <w:vAlign w:val="center"/>
          </w:tcPr>
          <w:p w14:paraId="08AC494D" w14:textId="77777777" w:rsidR="002B13D2" w:rsidRPr="00D45E37" w:rsidRDefault="00000000">
            <w:pPr>
              <w:spacing w:before="40" w:after="40"/>
              <w:rPr>
                <w:sz w:val="32"/>
                <w:szCs w:val="32"/>
              </w:rPr>
            </w:pPr>
            <w:r w:rsidRPr="00D45E37">
              <w:rPr>
                <w:color w:val="263746"/>
                <w:sz w:val="32"/>
                <w:szCs w:val="32"/>
              </w:rPr>
              <w:t>________________________________</w:t>
            </w:r>
          </w:p>
        </w:tc>
      </w:tr>
      <w:tr w:rsidR="002B13D2" w:rsidRPr="00D45E37" w14:paraId="39D0A586" w14:textId="77777777">
        <w:trPr>
          <w:jc w:val="center"/>
        </w:trPr>
        <w:tc>
          <w:tcPr>
            <w:tcW w:w="2520" w:type="dxa"/>
            <w:shd w:val="clear" w:color="auto" w:fill="D9EAF7"/>
            <w:vAlign w:val="center"/>
          </w:tcPr>
          <w:p w14:paraId="047503D5" w14:textId="77777777" w:rsidR="002B13D2" w:rsidRPr="00D45E37" w:rsidRDefault="00000000">
            <w:pPr>
              <w:spacing w:before="40" w:after="40"/>
              <w:rPr>
                <w:sz w:val="32"/>
                <w:szCs w:val="32"/>
              </w:rPr>
            </w:pPr>
            <w:r w:rsidRPr="00D45E37">
              <w:rPr>
                <w:b/>
                <w:color w:val="17365D"/>
                <w:sz w:val="32"/>
                <w:szCs w:val="32"/>
              </w:rPr>
              <w:t>Année scolaire</w:t>
            </w:r>
          </w:p>
        </w:tc>
        <w:tc>
          <w:tcPr>
            <w:tcW w:w="6696" w:type="dxa"/>
            <w:vAlign w:val="center"/>
          </w:tcPr>
          <w:p w14:paraId="1820B51C" w14:textId="77777777" w:rsidR="002B13D2" w:rsidRPr="00D45E37" w:rsidRDefault="00000000">
            <w:pPr>
              <w:spacing w:before="40" w:after="40"/>
              <w:rPr>
                <w:sz w:val="32"/>
                <w:szCs w:val="32"/>
              </w:rPr>
            </w:pPr>
            <w:r w:rsidRPr="00D45E37">
              <w:rPr>
                <w:color w:val="263746"/>
                <w:sz w:val="32"/>
                <w:szCs w:val="32"/>
              </w:rPr>
              <w:t>2026-2027</w:t>
            </w:r>
          </w:p>
        </w:tc>
      </w:tr>
      <w:tr w:rsidR="002B13D2" w:rsidRPr="00D45E37" w14:paraId="6ACB79CC" w14:textId="77777777">
        <w:trPr>
          <w:jc w:val="center"/>
        </w:trPr>
        <w:tc>
          <w:tcPr>
            <w:tcW w:w="2520" w:type="dxa"/>
            <w:shd w:val="clear" w:color="auto" w:fill="D9EAF7"/>
            <w:vAlign w:val="center"/>
          </w:tcPr>
          <w:p w14:paraId="146AE1EB" w14:textId="77777777" w:rsidR="002B13D2" w:rsidRPr="00D45E37" w:rsidRDefault="00000000">
            <w:pPr>
              <w:spacing w:before="40" w:after="40"/>
              <w:rPr>
                <w:sz w:val="32"/>
                <w:szCs w:val="32"/>
              </w:rPr>
            </w:pPr>
            <w:r w:rsidRPr="00D45E37">
              <w:rPr>
                <w:b/>
                <w:color w:val="17365D"/>
                <w:sz w:val="32"/>
                <w:szCs w:val="32"/>
              </w:rPr>
              <w:t>Discipline</w:t>
            </w:r>
          </w:p>
        </w:tc>
        <w:tc>
          <w:tcPr>
            <w:tcW w:w="6696" w:type="dxa"/>
            <w:vAlign w:val="center"/>
          </w:tcPr>
          <w:p w14:paraId="6369BED9" w14:textId="77777777" w:rsidR="002B13D2" w:rsidRPr="00D45E37" w:rsidRDefault="00000000">
            <w:pPr>
              <w:spacing w:before="40" w:after="40"/>
              <w:rPr>
                <w:sz w:val="32"/>
                <w:szCs w:val="32"/>
              </w:rPr>
            </w:pPr>
            <w:r w:rsidRPr="00D45E37">
              <w:rPr>
                <w:color w:val="263746"/>
                <w:sz w:val="32"/>
                <w:szCs w:val="32"/>
              </w:rPr>
              <w:t>Mathématiques</w:t>
            </w:r>
          </w:p>
        </w:tc>
      </w:tr>
      <w:tr w:rsidR="002B13D2" w:rsidRPr="00D45E37" w14:paraId="7EA0EC23" w14:textId="77777777">
        <w:trPr>
          <w:jc w:val="center"/>
        </w:trPr>
        <w:tc>
          <w:tcPr>
            <w:tcW w:w="2520" w:type="dxa"/>
            <w:shd w:val="clear" w:color="auto" w:fill="D9EAF7"/>
            <w:vAlign w:val="center"/>
          </w:tcPr>
          <w:p w14:paraId="1B0C87B0" w14:textId="77777777" w:rsidR="002B13D2" w:rsidRPr="00D45E37" w:rsidRDefault="00000000">
            <w:pPr>
              <w:spacing w:before="40" w:after="40"/>
              <w:rPr>
                <w:sz w:val="32"/>
                <w:szCs w:val="32"/>
              </w:rPr>
            </w:pPr>
            <w:r w:rsidRPr="00D45E37">
              <w:rPr>
                <w:b/>
                <w:color w:val="17365D"/>
                <w:sz w:val="32"/>
                <w:szCs w:val="32"/>
              </w:rPr>
              <w:t>Enseignant(e)</w:t>
            </w:r>
          </w:p>
        </w:tc>
        <w:tc>
          <w:tcPr>
            <w:tcW w:w="6696" w:type="dxa"/>
            <w:vAlign w:val="center"/>
          </w:tcPr>
          <w:p w14:paraId="4ABE3916" w14:textId="77777777" w:rsidR="002B13D2" w:rsidRPr="00D45E37" w:rsidRDefault="00000000">
            <w:pPr>
              <w:spacing w:before="40" w:after="40"/>
              <w:rPr>
                <w:sz w:val="32"/>
                <w:szCs w:val="32"/>
              </w:rPr>
            </w:pPr>
            <w:r w:rsidRPr="00D45E37">
              <w:rPr>
                <w:color w:val="263746"/>
                <w:sz w:val="32"/>
                <w:szCs w:val="32"/>
              </w:rPr>
              <w:t>________________________________</w:t>
            </w:r>
          </w:p>
        </w:tc>
      </w:tr>
      <w:tr w:rsidR="002B13D2" w:rsidRPr="00D45E37" w14:paraId="4DB6288B" w14:textId="77777777">
        <w:trPr>
          <w:jc w:val="center"/>
        </w:trPr>
        <w:tc>
          <w:tcPr>
            <w:tcW w:w="2520" w:type="dxa"/>
            <w:shd w:val="clear" w:color="auto" w:fill="D9EAF7"/>
            <w:vAlign w:val="center"/>
          </w:tcPr>
          <w:p w14:paraId="7E8FF12C" w14:textId="77777777" w:rsidR="002B13D2" w:rsidRPr="00D45E37" w:rsidRDefault="00000000">
            <w:pPr>
              <w:spacing w:before="40" w:after="40"/>
              <w:rPr>
                <w:sz w:val="32"/>
                <w:szCs w:val="32"/>
              </w:rPr>
            </w:pPr>
            <w:r w:rsidRPr="00D45E37">
              <w:rPr>
                <w:b/>
                <w:color w:val="17365D"/>
                <w:sz w:val="32"/>
                <w:szCs w:val="32"/>
              </w:rPr>
              <w:t>Classe</w:t>
            </w:r>
          </w:p>
        </w:tc>
        <w:tc>
          <w:tcPr>
            <w:tcW w:w="6696" w:type="dxa"/>
            <w:vAlign w:val="center"/>
          </w:tcPr>
          <w:p w14:paraId="73242BED" w14:textId="77777777" w:rsidR="002B13D2" w:rsidRPr="00D45E37" w:rsidRDefault="00000000">
            <w:pPr>
              <w:spacing w:before="40" w:after="40"/>
              <w:rPr>
                <w:sz w:val="32"/>
                <w:szCs w:val="32"/>
              </w:rPr>
            </w:pPr>
            <w:r w:rsidRPr="00D45E37">
              <w:rPr>
                <w:color w:val="263746"/>
                <w:sz w:val="32"/>
                <w:szCs w:val="32"/>
              </w:rPr>
              <w:t>________________________________</w:t>
            </w:r>
          </w:p>
        </w:tc>
      </w:tr>
    </w:tbl>
    <w:p w14:paraId="603E49AA" w14:textId="77777777" w:rsidR="002B13D2" w:rsidRPr="00D45E37" w:rsidRDefault="00000000">
      <w:pPr>
        <w:spacing w:before="680"/>
        <w:jc w:val="center"/>
        <w:rPr>
          <w:sz w:val="32"/>
          <w:szCs w:val="32"/>
        </w:rPr>
      </w:pPr>
      <w:r w:rsidRPr="00D45E37">
        <w:rPr>
          <w:i/>
          <w:color w:val="667788"/>
          <w:sz w:val="32"/>
          <w:szCs w:val="32"/>
        </w:rPr>
        <w:t>Document de suivi des évaluations et devoirs</w:t>
      </w:r>
    </w:p>
    <w:p w14:paraId="509CF18C" w14:textId="77777777" w:rsidR="002B13D2" w:rsidRPr="00DA33CD" w:rsidRDefault="002B13D2">
      <w:pPr>
        <w:rPr>
          <w:sz w:val="24"/>
          <w:szCs w:val="24"/>
        </w:rPr>
        <w:sectPr w:rsidR="002B13D2" w:rsidRPr="00DA33CD" w:rsidSect="00E71698">
          <w:footerReference w:type="default" r:id="rId8"/>
          <w:pgSz w:w="16838" w:h="11906" w:orient="landscape" w:code="9"/>
          <w:pgMar w:top="1224" w:right="1080" w:bottom="1224" w:left="1080" w:header="720" w:footer="720" w:gutter="0"/>
          <w:cols w:space="720"/>
          <w:docGrid w:linePitch="360"/>
        </w:sectPr>
      </w:pPr>
    </w:p>
    <w:p w14:paraId="2FEB6C31" w14:textId="77777777" w:rsidR="002B13D2" w:rsidRPr="00DA33CD" w:rsidRDefault="00000000">
      <w:pPr>
        <w:pStyle w:val="Titre1"/>
        <w:spacing w:before="80"/>
        <w:rPr>
          <w:sz w:val="40"/>
          <w:szCs w:val="40"/>
        </w:rPr>
      </w:pPr>
      <w:r w:rsidRPr="00DA33CD">
        <w:rPr>
          <w:sz w:val="40"/>
          <w:szCs w:val="40"/>
        </w:rPr>
        <w:lastRenderedPageBreak/>
        <w:t>Trimestre 1</w:t>
      </w:r>
    </w:p>
    <w:p w14:paraId="75A24F97" w14:textId="65F4DA82" w:rsidR="002B13D2" w:rsidRPr="00DA33CD" w:rsidRDefault="00000000">
      <w:pPr>
        <w:rPr>
          <w:sz w:val="24"/>
          <w:szCs w:val="24"/>
        </w:rPr>
      </w:pPr>
      <w:r w:rsidRPr="00DA33CD">
        <w:rPr>
          <w:color w:val="667788"/>
          <w:sz w:val="24"/>
          <w:szCs w:val="24"/>
        </w:rPr>
        <w:t xml:space="preserve">Calendrier des devoirs de </w:t>
      </w:r>
      <w:r w:rsidR="00DA33CD" w:rsidRPr="00DA33CD">
        <w:rPr>
          <w:color w:val="667788"/>
          <w:sz w:val="24"/>
          <w:szCs w:val="24"/>
        </w:rPr>
        <w:t>mathématiques | Année</w:t>
      </w:r>
      <w:r w:rsidRPr="00DA33CD">
        <w:rPr>
          <w:color w:val="667788"/>
          <w:sz w:val="24"/>
          <w:szCs w:val="24"/>
        </w:rPr>
        <w:t xml:space="preserve"> scolaire 2026-2027</w:t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6"/>
        <w:gridCol w:w="1843"/>
        <w:gridCol w:w="1134"/>
        <w:gridCol w:w="1843"/>
        <w:gridCol w:w="5244"/>
        <w:gridCol w:w="993"/>
        <w:gridCol w:w="1559"/>
        <w:gridCol w:w="1775"/>
      </w:tblGrid>
      <w:tr w:rsidR="002B13D2" w:rsidRPr="00DA33CD" w14:paraId="22B8B079" w14:textId="77777777" w:rsidTr="00881576">
        <w:trPr>
          <w:tblHeader/>
          <w:jc w:val="center"/>
        </w:trPr>
        <w:tc>
          <w:tcPr>
            <w:tcW w:w="546" w:type="dxa"/>
            <w:shd w:val="clear" w:color="auto" w:fill="17365D"/>
            <w:vAlign w:val="center"/>
          </w:tcPr>
          <w:p w14:paraId="6ED4521B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FFFFFF"/>
                <w:sz w:val="24"/>
                <w:szCs w:val="24"/>
              </w:rPr>
              <w:t>N°</w:t>
            </w:r>
          </w:p>
        </w:tc>
        <w:tc>
          <w:tcPr>
            <w:tcW w:w="1843" w:type="dxa"/>
            <w:shd w:val="clear" w:color="auto" w:fill="17365D"/>
            <w:vAlign w:val="center"/>
          </w:tcPr>
          <w:p w14:paraId="625ED88F" w14:textId="210079FC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FFFFFF"/>
                <w:sz w:val="24"/>
                <w:szCs w:val="24"/>
              </w:rPr>
              <w:t>Date</w:t>
            </w:r>
          </w:p>
        </w:tc>
        <w:tc>
          <w:tcPr>
            <w:tcW w:w="1134" w:type="dxa"/>
            <w:shd w:val="clear" w:color="auto" w:fill="17365D"/>
            <w:vAlign w:val="center"/>
          </w:tcPr>
          <w:p w14:paraId="6BA6BE70" w14:textId="72D64420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FFFFFF"/>
                <w:sz w:val="24"/>
                <w:szCs w:val="24"/>
              </w:rPr>
              <w:t>Classe</w:t>
            </w:r>
          </w:p>
        </w:tc>
        <w:tc>
          <w:tcPr>
            <w:tcW w:w="1843" w:type="dxa"/>
            <w:shd w:val="clear" w:color="auto" w:fill="17365D"/>
            <w:vAlign w:val="center"/>
          </w:tcPr>
          <w:p w14:paraId="76E4BC61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FFFFFF"/>
                <w:sz w:val="24"/>
                <w:szCs w:val="24"/>
              </w:rPr>
              <w:t>Type de devoir</w:t>
            </w:r>
          </w:p>
        </w:tc>
        <w:tc>
          <w:tcPr>
            <w:tcW w:w="5244" w:type="dxa"/>
            <w:shd w:val="clear" w:color="auto" w:fill="17365D"/>
            <w:vAlign w:val="center"/>
          </w:tcPr>
          <w:p w14:paraId="401BD272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FFFFFF"/>
                <w:sz w:val="24"/>
                <w:szCs w:val="24"/>
              </w:rPr>
              <w:t>Chapitre / Thème</w:t>
            </w:r>
          </w:p>
        </w:tc>
        <w:tc>
          <w:tcPr>
            <w:tcW w:w="993" w:type="dxa"/>
            <w:shd w:val="clear" w:color="auto" w:fill="17365D"/>
            <w:vAlign w:val="center"/>
          </w:tcPr>
          <w:p w14:paraId="066526F9" w14:textId="6C78D6D3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FFFFFF"/>
                <w:sz w:val="24"/>
                <w:szCs w:val="24"/>
              </w:rPr>
              <w:t>Durée</w:t>
            </w:r>
          </w:p>
        </w:tc>
        <w:tc>
          <w:tcPr>
            <w:tcW w:w="1559" w:type="dxa"/>
            <w:shd w:val="clear" w:color="auto" w:fill="17365D"/>
            <w:vAlign w:val="center"/>
          </w:tcPr>
          <w:p w14:paraId="7194E3D7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FFFFFF"/>
                <w:sz w:val="24"/>
                <w:szCs w:val="24"/>
              </w:rPr>
              <w:t>Coefficient</w:t>
            </w:r>
          </w:p>
        </w:tc>
        <w:tc>
          <w:tcPr>
            <w:tcW w:w="1775" w:type="dxa"/>
            <w:shd w:val="clear" w:color="auto" w:fill="17365D"/>
            <w:vAlign w:val="center"/>
          </w:tcPr>
          <w:p w14:paraId="77F59096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FFFFFF"/>
                <w:sz w:val="24"/>
                <w:szCs w:val="24"/>
              </w:rPr>
              <w:t>Observations</w:t>
            </w:r>
          </w:p>
        </w:tc>
      </w:tr>
      <w:tr w:rsidR="002B13D2" w:rsidRPr="00DA33CD" w14:paraId="121A97FB" w14:textId="77777777" w:rsidTr="00881576">
        <w:trPr>
          <w:jc w:val="center"/>
        </w:trPr>
        <w:tc>
          <w:tcPr>
            <w:tcW w:w="546" w:type="dxa"/>
            <w:vAlign w:val="center"/>
          </w:tcPr>
          <w:p w14:paraId="2256CDAD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445566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771D36C4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color w:val="263746"/>
                <w:sz w:val="24"/>
                <w:szCs w:val="24"/>
              </w:rPr>
              <w:t>___ / ___ / 2026</w:t>
            </w:r>
          </w:p>
        </w:tc>
        <w:tc>
          <w:tcPr>
            <w:tcW w:w="1134" w:type="dxa"/>
            <w:vAlign w:val="center"/>
          </w:tcPr>
          <w:p w14:paraId="36CB0400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5654526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14:paraId="391A91C8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B576A5D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3986147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vAlign w:val="center"/>
          </w:tcPr>
          <w:p w14:paraId="37D8C56C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:rsidR="002B13D2" w:rsidRPr="00DA33CD" w14:paraId="568AA236" w14:textId="77777777" w:rsidTr="00881576">
        <w:trPr>
          <w:jc w:val="center"/>
        </w:trPr>
        <w:tc>
          <w:tcPr>
            <w:tcW w:w="546" w:type="dxa"/>
            <w:shd w:val="clear" w:color="auto" w:fill="F2F4F7"/>
            <w:vAlign w:val="center"/>
          </w:tcPr>
          <w:p w14:paraId="21452033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445566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F2F4F7"/>
            <w:vAlign w:val="center"/>
          </w:tcPr>
          <w:p w14:paraId="73F0F7DA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color w:val="263746"/>
                <w:sz w:val="24"/>
                <w:szCs w:val="24"/>
              </w:rPr>
              <w:t>___ / ___ / 2026</w:t>
            </w:r>
          </w:p>
        </w:tc>
        <w:tc>
          <w:tcPr>
            <w:tcW w:w="1134" w:type="dxa"/>
            <w:shd w:val="clear" w:color="auto" w:fill="F2F4F7"/>
            <w:vAlign w:val="center"/>
          </w:tcPr>
          <w:p w14:paraId="7E61504A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2F4F7"/>
            <w:vAlign w:val="center"/>
          </w:tcPr>
          <w:p w14:paraId="76522EE0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F2F4F7"/>
            <w:vAlign w:val="center"/>
          </w:tcPr>
          <w:p w14:paraId="49DD3B4A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2F4F7"/>
            <w:vAlign w:val="center"/>
          </w:tcPr>
          <w:p w14:paraId="47385FB9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4F7"/>
            <w:vAlign w:val="center"/>
          </w:tcPr>
          <w:p w14:paraId="58BD0DE1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shd w:val="clear" w:color="auto" w:fill="F2F4F7"/>
            <w:vAlign w:val="center"/>
          </w:tcPr>
          <w:p w14:paraId="67CA4A20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:rsidR="002B13D2" w:rsidRPr="00DA33CD" w14:paraId="789F1B48" w14:textId="77777777" w:rsidTr="00881576">
        <w:trPr>
          <w:jc w:val="center"/>
        </w:trPr>
        <w:tc>
          <w:tcPr>
            <w:tcW w:w="546" w:type="dxa"/>
            <w:vAlign w:val="center"/>
          </w:tcPr>
          <w:p w14:paraId="1F7DE3BC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445566"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14:paraId="3B966F46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color w:val="263746"/>
                <w:sz w:val="24"/>
                <w:szCs w:val="24"/>
              </w:rPr>
              <w:t>___ / ___ / 2026</w:t>
            </w:r>
          </w:p>
        </w:tc>
        <w:tc>
          <w:tcPr>
            <w:tcW w:w="1134" w:type="dxa"/>
            <w:vAlign w:val="center"/>
          </w:tcPr>
          <w:p w14:paraId="1537B151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49A1E96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14:paraId="77940FC5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62DEA03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A7728DE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vAlign w:val="center"/>
          </w:tcPr>
          <w:p w14:paraId="386793D5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:rsidR="002B13D2" w:rsidRPr="00DA33CD" w14:paraId="7675A893" w14:textId="77777777" w:rsidTr="00881576">
        <w:trPr>
          <w:jc w:val="center"/>
        </w:trPr>
        <w:tc>
          <w:tcPr>
            <w:tcW w:w="546" w:type="dxa"/>
            <w:shd w:val="clear" w:color="auto" w:fill="F2F4F7"/>
            <w:vAlign w:val="center"/>
          </w:tcPr>
          <w:p w14:paraId="0AE68F3F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445566"/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F2F4F7"/>
            <w:vAlign w:val="center"/>
          </w:tcPr>
          <w:p w14:paraId="4A12218D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color w:val="263746"/>
                <w:sz w:val="24"/>
                <w:szCs w:val="24"/>
              </w:rPr>
              <w:t>___ / ___ / 2026</w:t>
            </w:r>
          </w:p>
        </w:tc>
        <w:tc>
          <w:tcPr>
            <w:tcW w:w="1134" w:type="dxa"/>
            <w:shd w:val="clear" w:color="auto" w:fill="F2F4F7"/>
            <w:vAlign w:val="center"/>
          </w:tcPr>
          <w:p w14:paraId="349E0ADF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2F4F7"/>
            <w:vAlign w:val="center"/>
          </w:tcPr>
          <w:p w14:paraId="2E13CF06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F2F4F7"/>
            <w:vAlign w:val="center"/>
          </w:tcPr>
          <w:p w14:paraId="48F9F3FE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2F4F7"/>
            <w:vAlign w:val="center"/>
          </w:tcPr>
          <w:p w14:paraId="381236CF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4F7"/>
            <w:vAlign w:val="center"/>
          </w:tcPr>
          <w:p w14:paraId="2DCD6D61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shd w:val="clear" w:color="auto" w:fill="F2F4F7"/>
            <w:vAlign w:val="center"/>
          </w:tcPr>
          <w:p w14:paraId="3CE9F556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:rsidR="002B13D2" w:rsidRPr="00DA33CD" w14:paraId="6DCACD39" w14:textId="77777777" w:rsidTr="00881576">
        <w:trPr>
          <w:jc w:val="center"/>
        </w:trPr>
        <w:tc>
          <w:tcPr>
            <w:tcW w:w="546" w:type="dxa"/>
            <w:vAlign w:val="center"/>
          </w:tcPr>
          <w:p w14:paraId="1AD1026B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445566"/>
                <w:sz w:val="24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14:paraId="5F5695D1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color w:val="263746"/>
                <w:sz w:val="24"/>
                <w:szCs w:val="24"/>
              </w:rPr>
              <w:t>___ / ___ / 2026</w:t>
            </w:r>
          </w:p>
        </w:tc>
        <w:tc>
          <w:tcPr>
            <w:tcW w:w="1134" w:type="dxa"/>
            <w:vAlign w:val="center"/>
          </w:tcPr>
          <w:p w14:paraId="17BE4FB1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B03E7D4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14:paraId="5FE1A880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F0A1355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094A61A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vAlign w:val="center"/>
          </w:tcPr>
          <w:p w14:paraId="11B527F6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:rsidR="002B13D2" w:rsidRPr="00DA33CD" w14:paraId="4B42B507" w14:textId="77777777" w:rsidTr="00881576">
        <w:trPr>
          <w:jc w:val="center"/>
        </w:trPr>
        <w:tc>
          <w:tcPr>
            <w:tcW w:w="546" w:type="dxa"/>
            <w:shd w:val="clear" w:color="auto" w:fill="F2F4F7"/>
            <w:vAlign w:val="center"/>
          </w:tcPr>
          <w:p w14:paraId="18300124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445566"/>
                <w:sz w:val="24"/>
                <w:szCs w:val="24"/>
              </w:rPr>
              <w:t>6</w:t>
            </w:r>
          </w:p>
        </w:tc>
        <w:tc>
          <w:tcPr>
            <w:tcW w:w="1843" w:type="dxa"/>
            <w:shd w:val="clear" w:color="auto" w:fill="F2F4F7"/>
            <w:vAlign w:val="center"/>
          </w:tcPr>
          <w:p w14:paraId="04A87841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color w:val="263746"/>
                <w:sz w:val="24"/>
                <w:szCs w:val="24"/>
              </w:rPr>
              <w:t>___ / ___ / 2026</w:t>
            </w:r>
          </w:p>
        </w:tc>
        <w:tc>
          <w:tcPr>
            <w:tcW w:w="1134" w:type="dxa"/>
            <w:shd w:val="clear" w:color="auto" w:fill="F2F4F7"/>
            <w:vAlign w:val="center"/>
          </w:tcPr>
          <w:p w14:paraId="4E1A159A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2F4F7"/>
            <w:vAlign w:val="center"/>
          </w:tcPr>
          <w:p w14:paraId="59BB936E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F2F4F7"/>
            <w:vAlign w:val="center"/>
          </w:tcPr>
          <w:p w14:paraId="0C13BEAD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2F4F7"/>
            <w:vAlign w:val="center"/>
          </w:tcPr>
          <w:p w14:paraId="6C86B2E9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4F7"/>
            <w:vAlign w:val="center"/>
          </w:tcPr>
          <w:p w14:paraId="068A7A1A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shd w:val="clear" w:color="auto" w:fill="F2F4F7"/>
            <w:vAlign w:val="center"/>
          </w:tcPr>
          <w:p w14:paraId="097AE8D4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:rsidR="00112B7C" w:rsidRPr="00DA33CD" w14:paraId="1F54EC3B" w14:textId="77777777" w:rsidTr="00881576">
        <w:trPr>
          <w:jc w:val="center"/>
        </w:trPr>
        <w:tc>
          <w:tcPr>
            <w:tcW w:w="546" w:type="dxa"/>
            <w:shd w:val="clear" w:color="auto" w:fill="F2F4F7"/>
            <w:vAlign w:val="center"/>
          </w:tcPr>
          <w:p w14:paraId="74F55CEB" w14:textId="0B88C759" w:rsidR="00112B7C" w:rsidRPr="00DA33CD" w:rsidRDefault="00112B7C">
            <w:pPr>
              <w:spacing w:before="40" w:after="40"/>
              <w:jc w:val="center"/>
              <w:rPr>
                <w:b/>
                <w:color w:val="445566"/>
                <w:sz w:val="24"/>
                <w:szCs w:val="24"/>
              </w:rPr>
            </w:pPr>
            <w:r>
              <w:rPr>
                <w:b/>
                <w:color w:val="445566"/>
                <w:sz w:val="24"/>
                <w:szCs w:val="24"/>
              </w:rPr>
              <w:t>7</w:t>
            </w:r>
          </w:p>
        </w:tc>
        <w:tc>
          <w:tcPr>
            <w:tcW w:w="1843" w:type="dxa"/>
            <w:shd w:val="clear" w:color="auto" w:fill="F2F4F7"/>
            <w:vAlign w:val="center"/>
          </w:tcPr>
          <w:p w14:paraId="03FA9245" w14:textId="547F9596" w:rsidR="00112B7C" w:rsidRPr="00DA33CD" w:rsidRDefault="00112B7C">
            <w:pPr>
              <w:spacing w:before="40" w:after="40"/>
              <w:jc w:val="center"/>
              <w:rPr>
                <w:color w:val="263746"/>
                <w:sz w:val="24"/>
                <w:szCs w:val="24"/>
              </w:rPr>
            </w:pPr>
            <w:r w:rsidRPr="00112B7C">
              <w:rPr>
                <w:color w:val="263746"/>
                <w:sz w:val="24"/>
                <w:szCs w:val="24"/>
              </w:rPr>
              <w:t>___ / ___ / 2026</w:t>
            </w:r>
          </w:p>
        </w:tc>
        <w:tc>
          <w:tcPr>
            <w:tcW w:w="1134" w:type="dxa"/>
            <w:shd w:val="clear" w:color="auto" w:fill="F2F4F7"/>
            <w:vAlign w:val="center"/>
          </w:tcPr>
          <w:p w14:paraId="3ECA0DF3" w14:textId="77777777" w:rsidR="00112B7C" w:rsidRPr="00DA33CD" w:rsidRDefault="00112B7C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2F4F7"/>
            <w:vAlign w:val="center"/>
          </w:tcPr>
          <w:p w14:paraId="6885F58C" w14:textId="77777777" w:rsidR="00112B7C" w:rsidRPr="00DA33CD" w:rsidRDefault="00112B7C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F2F4F7"/>
            <w:vAlign w:val="center"/>
          </w:tcPr>
          <w:p w14:paraId="7629E6A1" w14:textId="77777777" w:rsidR="00112B7C" w:rsidRPr="00DA33CD" w:rsidRDefault="00112B7C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2F4F7"/>
            <w:vAlign w:val="center"/>
          </w:tcPr>
          <w:p w14:paraId="4081A879" w14:textId="77777777" w:rsidR="00112B7C" w:rsidRPr="00DA33CD" w:rsidRDefault="00112B7C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4F7"/>
            <w:vAlign w:val="center"/>
          </w:tcPr>
          <w:p w14:paraId="4928F8B5" w14:textId="77777777" w:rsidR="00112B7C" w:rsidRPr="00DA33CD" w:rsidRDefault="00112B7C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shd w:val="clear" w:color="auto" w:fill="F2F4F7"/>
            <w:vAlign w:val="center"/>
          </w:tcPr>
          <w:p w14:paraId="43DA0DEC" w14:textId="77777777" w:rsidR="00112B7C" w:rsidRPr="00DA33CD" w:rsidRDefault="00112B7C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:rsidR="00112B7C" w:rsidRPr="00DA33CD" w14:paraId="493980B2" w14:textId="77777777" w:rsidTr="00881576">
        <w:trPr>
          <w:jc w:val="center"/>
        </w:trPr>
        <w:tc>
          <w:tcPr>
            <w:tcW w:w="546" w:type="dxa"/>
            <w:shd w:val="clear" w:color="auto" w:fill="F2F4F7"/>
            <w:vAlign w:val="center"/>
          </w:tcPr>
          <w:p w14:paraId="17F75094" w14:textId="19545E1A" w:rsidR="00112B7C" w:rsidRPr="00DA33CD" w:rsidRDefault="00112B7C">
            <w:pPr>
              <w:spacing w:before="40" w:after="40"/>
              <w:jc w:val="center"/>
              <w:rPr>
                <w:b/>
                <w:color w:val="445566"/>
                <w:sz w:val="24"/>
                <w:szCs w:val="24"/>
              </w:rPr>
            </w:pPr>
            <w:r>
              <w:rPr>
                <w:b/>
                <w:color w:val="445566"/>
                <w:sz w:val="24"/>
                <w:szCs w:val="24"/>
              </w:rPr>
              <w:t>8</w:t>
            </w:r>
          </w:p>
        </w:tc>
        <w:tc>
          <w:tcPr>
            <w:tcW w:w="1843" w:type="dxa"/>
            <w:shd w:val="clear" w:color="auto" w:fill="F2F4F7"/>
            <w:vAlign w:val="center"/>
          </w:tcPr>
          <w:p w14:paraId="05DAF9A3" w14:textId="288F025F" w:rsidR="00112B7C" w:rsidRPr="00DA33CD" w:rsidRDefault="00112B7C">
            <w:pPr>
              <w:spacing w:before="40" w:after="40"/>
              <w:jc w:val="center"/>
              <w:rPr>
                <w:color w:val="263746"/>
                <w:sz w:val="24"/>
                <w:szCs w:val="24"/>
              </w:rPr>
            </w:pPr>
            <w:r w:rsidRPr="00112B7C">
              <w:rPr>
                <w:color w:val="263746"/>
                <w:sz w:val="24"/>
                <w:szCs w:val="24"/>
              </w:rPr>
              <w:t>___ / ___ / 2026</w:t>
            </w:r>
          </w:p>
        </w:tc>
        <w:tc>
          <w:tcPr>
            <w:tcW w:w="1134" w:type="dxa"/>
            <w:shd w:val="clear" w:color="auto" w:fill="F2F4F7"/>
            <w:vAlign w:val="center"/>
          </w:tcPr>
          <w:p w14:paraId="3CA79AB6" w14:textId="77777777" w:rsidR="00112B7C" w:rsidRPr="00DA33CD" w:rsidRDefault="00112B7C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2F4F7"/>
            <w:vAlign w:val="center"/>
          </w:tcPr>
          <w:p w14:paraId="04E71050" w14:textId="77777777" w:rsidR="00112B7C" w:rsidRPr="00DA33CD" w:rsidRDefault="00112B7C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F2F4F7"/>
            <w:vAlign w:val="center"/>
          </w:tcPr>
          <w:p w14:paraId="2F697886" w14:textId="77777777" w:rsidR="00112B7C" w:rsidRPr="00DA33CD" w:rsidRDefault="00112B7C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2F4F7"/>
            <w:vAlign w:val="center"/>
          </w:tcPr>
          <w:p w14:paraId="7C416DA4" w14:textId="77777777" w:rsidR="00112B7C" w:rsidRPr="00DA33CD" w:rsidRDefault="00112B7C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4F7"/>
            <w:vAlign w:val="center"/>
          </w:tcPr>
          <w:p w14:paraId="751818EC" w14:textId="77777777" w:rsidR="00112B7C" w:rsidRPr="00DA33CD" w:rsidRDefault="00112B7C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shd w:val="clear" w:color="auto" w:fill="F2F4F7"/>
            <w:vAlign w:val="center"/>
          </w:tcPr>
          <w:p w14:paraId="388108C0" w14:textId="77777777" w:rsidR="00112B7C" w:rsidRPr="00DA33CD" w:rsidRDefault="00112B7C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:rsidR="00112B7C" w:rsidRPr="00DA33CD" w14:paraId="5876B5AB" w14:textId="77777777" w:rsidTr="00881576">
        <w:trPr>
          <w:jc w:val="center"/>
        </w:trPr>
        <w:tc>
          <w:tcPr>
            <w:tcW w:w="546" w:type="dxa"/>
            <w:shd w:val="clear" w:color="auto" w:fill="F2F4F7"/>
            <w:vAlign w:val="center"/>
          </w:tcPr>
          <w:p w14:paraId="3E0B096D" w14:textId="54AACAD5" w:rsidR="00112B7C" w:rsidRPr="00DA33CD" w:rsidRDefault="00112B7C">
            <w:pPr>
              <w:spacing w:before="40" w:after="40"/>
              <w:jc w:val="center"/>
              <w:rPr>
                <w:b/>
                <w:color w:val="445566"/>
                <w:sz w:val="24"/>
                <w:szCs w:val="24"/>
              </w:rPr>
            </w:pPr>
            <w:r>
              <w:rPr>
                <w:b/>
                <w:color w:val="445566"/>
                <w:sz w:val="24"/>
                <w:szCs w:val="24"/>
              </w:rPr>
              <w:t>9</w:t>
            </w:r>
          </w:p>
        </w:tc>
        <w:tc>
          <w:tcPr>
            <w:tcW w:w="1843" w:type="dxa"/>
            <w:shd w:val="clear" w:color="auto" w:fill="F2F4F7"/>
            <w:vAlign w:val="center"/>
          </w:tcPr>
          <w:p w14:paraId="48756F7E" w14:textId="7EEE6D39" w:rsidR="00112B7C" w:rsidRPr="00DA33CD" w:rsidRDefault="00112B7C">
            <w:pPr>
              <w:spacing w:before="40" w:after="40"/>
              <w:jc w:val="center"/>
              <w:rPr>
                <w:color w:val="263746"/>
                <w:sz w:val="24"/>
                <w:szCs w:val="24"/>
              </w:rPr>
            </w:pPr>
            <w:r w:rsidRPr="00112B7C">
              <w:rPr>
                <w:color w:val="263746"/>
                <w:sz w:val="24"/>
                <w:szCs w:val="24"/>
              </w:rPr>
              <w:t>___ / ___ / 2026</w:t>
            </w:r>
          </w:p>
        </w:tc>
        <w:tc>
          <w:tcPr>
            <w:tcW w:w="1134" w:type="dxa"/>
            <w:shd w:val="clear" w:color="auto" w:fill="F2F4F7"/>
            <w:vAlign w:val="center"/>
          </w:tcPr>
          <w:p w14:paraId="5C4306E5" w14:textId="77777777" w:rsidR="00112B7C" w:rsidRPr="00DA33CD" w:rsidRDefault="00112B7C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2F4F7"/>
            <w:vAlign w:val="center"/>
          </w:tcPr>
          <w:p w14:paraId="126C5C08" w14:textId="77777777" w:rsidR="00112B7C" w:rsidRPr="00DA33CD" w:rsidRDefault="00112B7C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F2F4F7"/>
            <w:vAlign w:val="center"/>
          </w:tcPr>
          <w:p w14:paraId="62135467" w14:textId="77777777" w:rsidR="00112B7C" w:rsidRPr="00DA33CD" w:rsidRDefault="00112B7C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2F4F7"/>
            <w:vAlign w:val="center"/>
          </w:tcPr>
          <w:p w14:paraId="1A99E7C9" w14:textId="77777777" w:rsidR="00112B7C" w:rsidRPr="00DA33CD" w:rsidRDefault="00112B7C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4F7"/>
            <w:vAlign w:val="center"/>
          </w:tcPr>
          <w:p w14:paraId="1D5DC0DF" w14:textId="77777777" w:rsidR="00112B7C" w:rsidRPr="00DA33CD" w:rsidRDefault="00112B7C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shd w:val="clear" w:color="auto" w:fill="F2F4F7"/>
            <w:vAlign w:val="center"/>
          </w:tcPr>
          <w:p w14:paraId="30BCDCFD" w14:textId="77777777" w:rsidR="00112B7C" w:rsidRPr="00DA33CD" w:rsidRDefault="00112B7C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:rsidR="00112B7C" w:rsidRPr="00DA33CD" w14:paraId="7812F913" w14:textId="77777777" w:rsidTr="00881576">
        <w:trPr>
          <w:jc w:val="center"/>
        </w:trPr>
        <w:tc>
          <w:tcPr>
            <w:tcW w:w="546" w:type="dxa"/>
            <w:shd w:val="clear" w:color="auto" w:fill="F2F4F7"/>
            <w:vAlign w:val="center"/>
          </w:tcPr>
          <w:p w14:paraId="5D244034" w14:textId="6AA874C9" w:rsidR="00112B7C" w:rsidRPr="00DA33CD" w:rsidRDefault="00112B7C">
            <w:pPr>
              <w:spacing w:before="40" w:after="40"/>
              <w:jc w:val="center"/>
              <w:rPr>
                <w:b/>
                <w:color w:val="445566"/>
                <w:sz w:val="24"/>
                <w:szCs w:val="24"/>
              </w:rPr>
            </w:pPr>
            <w:r>
              <w:rPr>
                <w:b/>
                <w:color w:val="445566"/>
                <w:sz w:val="24"/>
                <w:szCs w:val="24"/>
              </w:rPr>
              <w:t>10</w:t>
            </w:r>
          </w:p>
        </w:tc>
        <w:tc>
          <w:tcPr>
            <w:tcW w:w="1843" w:type="dxa"/>
            <w:shd w:val="clear" w:color="auto" w:fill="F2F4F7"/>
            <w:vAlign w:val="center"/>
          </w:tcPr>
          <w:p w14:paraId="52BFF7FC" w14:textId="66ABC76A" w:rsidR="00112B7C" w:rsidRPr="00DA33CD" w:rsidRDefault="00112B7C">
            <w:pPr>
              <w:spacing w:before="40" w:after="40"/>
              <w:jc w:val="center"/>
              <w:rPr>
                <w:color w:val="263746"/>
                <w:sz w:val="24"/>
                <w:szCs w:val="24"/>
              </w:rPr>
            </w:pPr>
            <w:r w:rsidRPr="00112B7C">
              <w:rPr>
                <w:color w:val="263746"/>
                <w:sz w:val="24"/>
                <w:szCs w:val="24"/>
              </w:rPr>
              <w:t>___ / ___ / 2026</w:t>
            </w:r>
          </w:p>
        </w:tc>
        <w:tc>
          <w:tcPr>
            <w:tcW w:w="1134" w:type="dxa"/>
            <w:shd w:val="clear" w:color="auto" w:fill="F2F4F7"/>
            <w:vAlign w:val="center"/>
          </w:tcPr>
          <w:p w14:paraId="29996A5F" w14:textId="77777777" w:rsidR="00112B7C" w:rsidRPr="00DA33CD" w:rsidRDefault="00112B7C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2F4F7"/>
            <w:vAlign w:val="center"/>
          </w:tcPr>
          <w:p w14:paraId="7D928098" w14:textId="77777777" w:rsidR="00112B7C" w:rsidRPr="00DA33CD" w:rsidRDefault="00112B7C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F2F4F7"/>
            <w:vAlign w:val="center"/>
          </w:tcPr>
          <w:p w14:paraId="785C4F5C" w14:textId="77777777" w:rsidR="00112B7C" w:rsidRPr="00DA33CD" w:rsidRDefault="00112B7C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2F4F7"/>
            <w:vAlign w:val="center"/>
          </w:tcPr>
          <w:p w14:paraId="085D7E47" w14:textId="77777777" w:rsidR="00112B7C" w:rsidRPr="00DA33CD" w:rsidRDefault="00112B7C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4F7"/>
            <w:vAlign w:val="center"/>
          </w:tcPr>
          <w:p w14:paraId="05C21508" w14:textId="77777777" w:rsidR="00112B7C" w:rsidRPr="00DA33CD" w:rsidRDefault="00112B7C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shd w:val="clear" w:color="auto" w:fill="F2F4F7"/>
            <w:vAlign w:val="center"/>
          </w:tcPr>
          <w:p w14:paraId="01AD7FF8" w14:textId="77777777" w:rsidR="00112B7C" w:rsidRPr="00DA33CD" w:rsidRDefault="00112B7C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</w:tbl>
    <w:p w14:paraId="5927A73B" w14:textId="77777777" w:rsidR="002B13D2" w:rsidRPr="00DA33CD" w:rsidRDefault="00000000">
      <w:pPr>
        <w:spacing w:before="240"/>
        <w:rPr>
          <w:sz w:val="24"/>
          <w:szCs w:val="24"/>
        </w:rPr>
      </w:pPr>
      <w:r w:rsidRPr="00DA33CD">
        <w:rPr>
          <w:color w:val="667788"/>
          <w:sz w:val="24"/>
          <w:szCs w:val="24"/>
        </w:rPr>
        <w:t>Notes : ______________________________________________________________________________________________________________</w:t>
      </w:r>
    </w:p>
    <w:p w14:paraId="61476C88" w14:textId="77777777" w:rsidR="002B13D2" w:rsidRPr="00DA33CD" w:rsidRDefault="002B13D2">
      <w:pPr>
        <w:rPr>
          <w:sz w:val="24"/>
          <w:szCs w:val="24"/>
        </w:rPr>
        <w:sectPr w:rsidR="002B13D2" w:rsidRPr="00DA33CD" w:rsidSect="00E71698">
          <w:pgSz w:w="16838" w:h="11906" w:orient="landscape" w:code="9"/>
          <w:pgMar w:top="936" w:right="792" w:bottom="936" w:left="792" w:header="720" w:footer="720" w:gutter="0"/>
          <w:cols w:space="720"/>
          <w:docGrid w:linePitch="360"/>
        </w:sectPr>
      </w:pPr>
    </w:p>
    <w:p w14:paraId="0C1B7F0B" w14:textId="77777777" w:rsidR="002B13D2" w:rsidRPr="00DA33CD" w:rsidRDefault="00000000">
      <w:pPr>
        <w:pStyle w:val="Titre1"/>
        <w:spacing w:before="80"/>
        <w:rPr>
          <w:sz w:val="40"/>
          <w:szCs w:val="40"/>
        </w:rPr>
      </w:pPr>
      <w:r w:rsidRPr="00DA33CD">
        <w:rPr>
          <w:sz w:val="40"/>
          <w:szCs w:val="40"/>
        </w:rPr>
        <w:lastRenderedPageBreak/>
        <w:t>Trimestre 2</w:t>
      </w:r>
    </w:p>
    <w:p w14:paraId="15E5701D" w14:textId="7F4007F6" w:rsidR="002B13D2" w:rsidRPr="00DA33CD" w:rsidRDefault="00000000">
      <w:pPr>
        <w:rPr>
          <w:sz w:val="24"/>
          <w:szCs w:val="24"/>
        </w:rPr>
      </w:pPr>
      <w:r w:rsidRPr="00DA33CD">
        <w:rPr>
          <w:color w:val="667788"/>
          <w:sz w:val="24"/>
          <w:szCs w:val="24"/>
        </w:rPr>
        <w:t xml:space="preserve">Calendrier des devoirs de </w:t>
      </w:r>
      <w:r w:rsidR="00DA33CD" w:rsidRPr="00DA33CD">
        <w:rPr>
          <w:color w:val="667788"/>
          <w:sz w:val="24"/>
          <w:szCs w:val="24"/>
        </w:rPr>
        <w:t>mathématiques | Année</w:t>
      </w:r>
      <w:r w:rsidRPr="00DA33CD">
        <w:rPr>
          <w:color w:val="667788"/>
          <w:sz w:val="24"/>
          <w:szCs w:val="24"/>
        </w:rPr>
        <w:t xml:space="preserve"> scolaire 2026-2027</w:t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1843"/>
        <w:gridCol w:w="1276"/>
        <w:gridCol w:w="2126"/>
        <w:gridCol w:w="4819"/>
        <w:gridCol w:w="993"/>
        <w:gridCol w:w="1559"/>
        <w:gridCol w:w="1793"/>
      </w:tblGrid>
      <w:tr w:rsidR="002B13D2" w:rsidRPr="00DA33CD" w14:paraId="295C2951" w14:textId="77777777" w:rsidTr="00881576">
        <w:trPr>
          <w:tblHeader/>
          <w:jc w:val="center"/>
        </w:trPr>
        <w:tc>
          <w:tcPr>
            <w:tcW w:w="563" w:type="dxa"/>
            <w:shd w:val="clear" w:color="auto" w:fill="17365D"/>
            <w:vAlign w:val="center"/>
          </w:tcPr>
          <w:p w14:paraId="1E0AB4F8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FFFFFF"/>
                <w:sz w:val="24"/>
                <w:szCs w:val="24"/>
              </w:rPr>
              <w:t>N°</w:t>
            </w:r>
          </w:p>
        </w:tc>
        <w:tc>
          <w:tcPr>
            <w:tcW w:w="1843" w:type="dxa"/>
            <w:shd w:val="clear" w:color="auto" w:fill="17365D"/>
            <w:vAlign w:val="center"/>
          </w:tcPr>
          <w:p w14:paraId="1BCD5CEC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FFFFFF"/>
                <w:sz w:val="24"/>
                <w:szCs w:val="24"/>
              </w:rPr>
              <w:t>Date</w:t>
            </w:r>
          </w:p>
        </w:tc>
        <w:tc>
          <w:tcPr>
            <w:tcW w:w="1276" w:type="dxa"/>
            <w:shd w:val="clear" w:color="auto" w:fill="17365D"/>
            <w:vAlign w:val="center"/>
          </w:tcPr>
          <w:p w14:paraId="30728082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FFFFFF"/>
                <w:sz w:val="24"/>
                <w:szCs w:val="24"/>
              </w:rPr>
              <w:t>Classe</w:t>
            </w:r>
          </w:p>
        </w:tc>
        <w:tc>
          <w:tcPr>
            <w:tcW w:w="2126" w:type="dxa"/>
            <w:shd w:val="clear" w:color="auto" w:fill="17365D"/>
            <w:vAlign w:val="center"/>
          </w:tcPr>
          <w:p w14:paraId="33B8CC9A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FFFFFF"/>
                <w:sz w:val="24"/>
                <w:szCs w:val="24"/>
              </w:rPr>
              <w:t>Type de devoir</w:t>
            </w:r>
          </w:p>
        </w:tc>
        <w:tc>
          <w:tcPr>
            <w:tcW w:w="4819" w:type="dxa"/>
            <w:shd w:val="clear" w:color="auto" w:fill="17365D"/>
            <w:vAlign w:val="center"/>
          </w:tcPr>
          <w:p w14:paraId="538DED76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FFFFFF"/>
                <w:sz w:val="24"/>
                <w:szCs w:val="24"/>
              </w:rPr>
              <w:t>Chapitre / Thème</w:t>
            </w:r>
          </w:p>
        </w:tc>
        <w:tc>
          <w:tcPr>
            <w:tcW w:w="993" w:type="dxa"/>
            <w:shd w:val="clear" w:color="auto" w:fill="17365D"/>
            <w:vAlign w:val="center"/>
          </w:tcPr>
          <w:p w14:paraId="06DBA695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FFFFFF"/>
                <w:sz w:val="24"/>
                <w:szCs w:val="24"/>
              </w:rPr>
              <w:t>Durée</w:t>
            </w:r>
          </w:p>
        </w:tc>
        <w:tc>
          <w:tcPr>
            <w:tcW w:w="1559" w:type="dxa"/>
            <w:shd w:val="clear" w:color="auto" w:fill="17365D"/>
            <w:vAlign w:val="center"/>
          </w:tcPr>
          <w:p w14:paraId="33924605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FFFFFF"/>
                <w:sz w:val="24"/>
                <w:szCs w:val="24"/>
              </w:rPr>
              <w:t>Coefficient</w:t>
            </w:r>
          </w:p>
        </w:tc>
        <w:tc>
          <w:tcPr>
            <w:tcW w:w="1793" w:type="dxa"/>
            <w:shd w:val="clear" w:color="auto" w:fill="17365D"/>
            <w:vAlign w:val="center"/>
          </w:tcPr>
          <w:p w14:paraId="0D9507E2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FFFFFF"/>
                <w:sz w:val="24"/>
                <w:szCs w:val="24"/>
              </w:rPr>
              <w:t>Observations</w:t>
            </w:r>
          </w:p>
        </w:tc>
      </w:tr>
      <w:tr w:rsidR="002B13D2" w:rsidRPr="00DA33CD" w14:paraId="7E61F1C3" w14:textId="77777777" w:rsidTr="00881576">
        <w:trPr>
          <w:jc w:val="center"/>
        </w:trPr>
        <w:tc>
          <w:tcPr>
            <w:tcW w:w="563" w:type="dxa"/>
            <w:vAlign w:val="center"/>
          </w:tcPr>
          <w:p w14:paraId="4FA9D574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445566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416E927D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color w:val="263746"/>
                <w:sz w:val="24"/>
                <w:szCs w:val="24"/>
              </w:rPr>
              <w:t>___ / ___ / 2027</w:t>
            </w:r>
          </w:p>
        </w:tc>
        <w:tc>
          <w:tcPr>
            <w:tcW w:w="1276" w:type="dxa"/>
            <w:vAlign w:val="center"/>
          </w:tcPr>
          <w:p w14:paraId="49F6ACF6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7563442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611F881D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1B5ACF6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1B9067A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vAlign w:val="center"/>
          </w:tcPr>
          <w:p w14:paraId="323A3722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:rsidR="002B13D2" w:rsidRPr="00DA33CD" w14:paraId="6085E474" w14:textId="77777777" w:rsidTr="00881576">
        <w:trPr>
          <w:jc w:val="center"/>
        </w:trPr>
        <w:tc>
          <w:tcPr>
            <w:tcW w:w="563" w:type="dxa"/>
            <w:shd w:val="clear" w:color="auto" w:fill="F2F4F7"/>
            <w:vAlign w:val="center"/>
          </w:tcPr>
          <w:p w14:paraId="0E84B197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445566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F2F4F7"/>
            <w:vAlign w:val="center"/>
          </w:tcPr>
          <w:p w14:paraId="139DA920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color w:val="263746"/>
                <w:sz w:val="24"/>
                <w:szCs w:val="24"/>
              </w:rPr>
              <w:t>___ / ___ / 2027</w:t>
            </w:r>
          </w:p>
        </w:tc>
        <w:tc>
          <w:tcPr>
            <w:tcW w:w="1276" w:type="dxa"/>
            <w:shd w:val="clear" w:color="auto" w:fill="F2F4F7"/>
            <w:vAlign w:val="center"/>
          </w:tcPr>
          <w:p w14:paraId="226DFE1A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2F4F7"/>
            <w:vAlign w:val="center"/>
          </w:tcPr>
          <w:p w14:paraId="70B9FE3D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F2F4F7"/>
            <w:vAlign w:val="center"/>
          </w:tcPr>
          <w:p w14:paraId="2A5B5F5A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2F4F7"/>
            <w:vAlign w:val="center"/>
          </w:tcPr>
          <w:p w14:paraId="0E65B679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4F7"/>
            <w:vAlign w:val="center"/>
          </w:tcPr>
          <w:p w14:paraId="6F15EAF7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F2F4F7"/>
            <w:vAlign w:val="center"/>
          </w:tcPr>
          <w:p w14:paraId="36E3E99C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:rsidR="002B13D2" w:rsidRPr="00DA33CD" w14:paraId="72BDF704" w14:textId="77777777" w:rsidTr="00881576">
        <w:trPr>
          <w:jc w:val="center"/>
        </w:trPr>
        <w:tc>
          <w:tcPr>
            <w:tcW w:w="563" w:type="dxa"/>
            <w:vAlign w:val="center"/>
          </w:tcPr>
          <w:p w14:paraId="0B9A2DBB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445566"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14:paraId="34D90E84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color w:val="263746"/>
                <w:sz w:val="24"/>
                <w:szCs w:val="24"/>
              </w:rPr>
              <w:t>___ / ___ / 2027</w:t>
            </w:r>
          </w:p>
        </w:tc>
        <w:tc>
          <w:tcPr>
            <w:tcW w:w="1276" w:type="dxa"/>
            <w:vAlign w:val="center"/>
          </w:tcPr>
          <w:p w14:paraId="060E9E8C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9E503FF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61D7551B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CE8D63C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B6F8514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vAlign w:val="center"/>
          </w:tcPr>
          <w:p w14:paraId="70511C77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:rsidR="002B13D2" w:rsidRPr="00DA33CD" w14:paraId="2D905706" w14:textId="77777777" w:rsidTr="00881576">
        <w:trPr>
          <w:jc w:val="center"/>
        </w:trPr>
        <w:tc>
          <w:tcPr>
            <w:tcW w:w="563" w:type="dxa"/>
            <w:shd w:val="clear" w:color="auto" w:fill="F2F4F7"/>
            <w:vAlign w:val="center"/>
          </w:tcPr>
          <w:p w14:paraId="7CBA42F8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445566"/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F2F4F7"/>
            <w:vAlign w:val="center"/>
          </w:tcPr>
          <w:p w14:paraId="10A8214D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color w:val="263746"/>
                <w:sz w:val="24"/>
                <w:szCs w:val="24"/>
              </w:rPr>
              <w:t>___ / ___ / 2027</w:t>
            </w:r>
          </w:p>
        </w:tc>
        <w:tc>
          <w:tcPr>
            <w:tcW w:w="1276" w:type="dxa"/>
            <w:shd w:val="clear" w:color="auto" w:fill="F2F4F7"/>
            <w:vAlign w:val="center"/>
          </w:tcPr>
          <w:p w14:paraId="1D124E88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2F4F7"/>
            <w:vAlign w:val="center"/>
          </w:tcPr>
          <w:p w14:paraId="625B7CCA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F2F4F7"/>
            <w:vAlign w:val="center"/>
          </w:tcPr>
          <w:p w14:paraId="6ACF32DD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2F4F7"/>
            <w:vAlign w:val="center"/>
          </w:tcPr>
          <w:p w14:paraId="29DF2E30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4F7"/>
            <w:vAlign w:val="center"/>
          </w:tcPr>
          <w:p w14:paraId="71FBC279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F2F4F7"/>
            <w:vAlign w:val="center"/>
          </w:tcPr>
          <w:p w14:paraId="62609065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:rsidR="002B13D2" w:rsidRPr="00DA33CD" w14:paraId="2F1045A4" w14:textId="77777777" w:rsidTr="00881576">
        <w:trPr>
          <w:jc w:val="center"/>
        </w:trPr>
        <w:tc>
          <w:tcPr>
            <w:tcW w:w="563" w:type="dxa"/>
            <w:vAlign w:val="center"/>
          </w:tcPr>
          <w:p w14:paraId="15673CFA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445566"/>
                <w:sz w:val="24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14:paraId="349AF459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color w:val="263746"/>
                <w:sz w:val="24"/>
                <w:szCs w:val="24"/>
              </w:rPr>
              <w:t>___ / ___ / 2027</w:t>
            </w:r>
          </w:p>
        </w:tc>
        <w:tc>
          <w:tcPr>
            <w:tcW w:w="1276" w:type="dxa"/>
            <w:vAlign w:val="center"/>
          </w:tcPr>
          <w:p w14:paraId="379CD6A5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6E34964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288345D0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F1A1726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6F6FDCC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vAlign w:val="center"/>
          </w:tcPr>
          <w:p w14:paraId="3C7351A7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:rsidR="002B13D2" w:rsidRPr="00DA33CD" w14:paraId="526EC224" w14:textId="77777777" w:rsidTr="00881576">
        <w:trPr>
          <w:jc w:val="center"/>
        </w:trPr>
        <w:tc>
          <w:tcPr>
            <w:tcW w:w="563" w:type="dxa"/>
            <w:shd w:val="clear" w:color="auto" w:fill="F2F4F7"/>
            <w:vAlign w:val="center"/>
          </w:tcPr>
          <w:p w14:paraId="1E4C737B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445566"/>
                <w:sz w:val="24"/>
                <w:szCs w:val="24"/>
              </w:rPr>
              <w:t>6</w:t>
            </w:r>
          </w:p>
        </w:tc>
        <w:tc>
          <w:tcPr>
            <w:tcW w:w="1843" w:type="dxa"/>
            <w:shd w:val="clear" w:color="auto" w:fill="F2F4F7"/>
            <w:vAlign w:val="center"/>
          </w:tcPr>
          <w:p w14:paraId="75F6F36C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color w:val="263746"/>
                <w:sz w:val="24"/>
                <w:szCs w:val="24"/>
              </w:rPr>
              <w:t>___ / ___ / 2027</w:t>
            </w:r>
          </w:p>
        </w:tc>
        <w:tc>
          <w:tcPr>
            <w:tcW w:w="1276" w:type="dxa"/>
            <w:shd w:val="clear" w:color="auto" w:fill="F2F4F7"/>
            <w:vAlign w:val="center"/>
          </w:tcPr>
          <w:p w14:paraId="1DE569DA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2F4F7"/>
            <w:vAlign w:val="center"/>
          </w:tcPr>
          <w:p w14:paraId="051A8E2A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F2F4F7"/>
            <w:vAlign w:val="center"/>
          </w:tcPr>
          <w:p w14:paraId="66CC9D0C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2F4F7"/>
            <w:vAlign w:val="center"/>
          </w:tcPr>
          <w:p w14:paraId="52B1D39D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4F7"/>
            <w:vAlign w:val="center"/>
          </w:tcPr>
          <w:p w14:paraId="0B100A5A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F2F4F7"/>
            <w:vAlign w:val="center"/>
          </w:tcPr>
          <w:p w14:paraId="0169C9C9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:rsidR="00680E4F" w:rsidRPr="00DA33CD" w14:paraId="33D0623B" w14:textId="77777777" w:rsidTr="00881576">
        <w:trPr>
          <w:jc w:val="center"/>
        </w:trPr>
        <w:tc>
          <w:tcPr>
            <w:tcW w:w="563" w:type="dxa"/>
            <w:shd w:val="clear" w:color="auto" w:fill="F2F4F7"/>
            <w:vAlign w:val="center"/>
          </w:tcPr>
          <w:p w14:paraId="114E24C1" w14:textId="2D9ABBEE" w:rsidR="00680E4F" w:rsidRPr="00DA33CD" w:rsidRDefault="00680E4F">
            <w:pPr>
              <w:spacing w:before="40" w:after="40"/>
              <w:jc w:val="center"/>
              <w:rPr>
                <w:b/>
                <w:color w:val="445566"/>
                <w:sz w:val="24"/>
                <w:szCs w:val="24"/>
              </w:rPr>
            </w:pPr>
            <w:r>
              <w:rPr>
                <w:b/>
                <w:color w:val="445566"/>
                <w:sz w:val="24"/>
                <w:szCs w:val="24"/>
              </w:rPr>
              <w:t>7</w:t>
            </w:r>
          </w:p>
        </w:tc>
        <w:tc>
          <w:tcPr>
            <w:tcW w:w="1843" w:type="dxa"/>
            <w:shd w:val="clear" w:color="auto" w:fill="F2F4F7"/>
            <w:vAlign w:val="center"/>
          </w:tcPr>
          <w:p w14:paraId="7DE4B204" w14:textId="22BA84EE" w:rsidR="00680E4F" w:rsidRPr="00DA33CD" w:rsidRDefault="00680E4F">
            <w:pPr>
              <w:spacing w:before="40" w:after="40"/>
              <w:jc w:val="center"/>
              <w:rPr>
                <w:color w:val="263746"/>
                <w:sz w:val="24"/>
                <w:szCs w:val="24"/>
              </w:rPr>
            </w:pPr>
            <w:r w:rsidRPr="00680E4F">
              <w:rPr>
                <w:color w:val="263746"/>
                <w:sz w:val="24"/>
                <w:szCs w:val="24"/>
              </w:rPr>
              <w:t>___ / ___ / 2027</w:t>
            </w:r>
          </w:p>
        </w:tc>
        <w:tc>
          <w:tcPr>
            <w:tcW w:w="1276" w:type="dxa"/>
            <w:shd w:val="clear" w:color="auto" w:fill="F2F4F7"/>
            <w:vAlign w:val="center"/>
          </w:tcPr>
          <w:p w14:paraId="498E333F" w14:textId="77777777" w:rsidR="00680E4F" w:rsidRPr="00DA33CD" w:rsidRDefault="00680E4F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2F4F7"/>
            <w:vAlign w:val="center"/>
          </w:tcPr>
          <w:p w14:paraId="6F50D206" w14:textId="77777777" w:rsidR="00680E4F" w:rsidRPr="00DA33CD" w:rsidRDefault="00680E4F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F2F4F7"/>
            <w:vAlign w:val="center"/>
          </w:tcPr>
          <w:p w14:paraId="0A961DBA" w14:textId="77777777" w:rsidR="00680E4F" w:rsidRPr="00DA33CD" w:rsidRDefault="00680E4F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2F4F7"/>
            <w:vAlign w:val="center"/>
          </w:tcPr>
          <w:p w14:paraId="3BFF31A0" w14:textId="77777777" w:rsidR="00680E4F" w:rsidRPr="00DA33CD" w:rsidRDefault="00680E4F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4F7"/>
            <w:vAlign w:val="center"/>
          </w:tcPr>
          <w:p w14:paraId="481FA4C9" w14:textId="77777777" w:rsidR="00680E4F" w:rsidRPr="00DA33CD" w:rsidRDefault="00680E4F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F2F4F7"/>
            <w:vAlign w:val="center"/>
          </w:tcPr>
          <w:p w14:paraId="01018ED0" w14:textId="77777777" w:rsidR="00680E4F" w:rsidRPr="00DA33CD" w:rsidRDefault="00680E4F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:rsidR="00680E4F" w:rsidRPr="00DA33CD" w14:paraId="55D7B9F7" w14:textId="77777777" w:rsidTr="00881576">
        <w:trPr>
          <w:jc w:val="center"/>
        </w:trPr>
        <w:tc>
          <w:tcPr>
            <w:tcW w:w="563" w:type="dxa"/>
            <w:shd w:val="clear" w:color="auto" w:fill="F2F4F7"/>
            <w:vAlign w:val="center"/>
          </w:tcPr>
          <w:p w14:paraId="5C5552C4" w14:textId="242855EE" w:rsidR="00680E4F" w:rsidRPr="00DA33CD" w:rsidRDefault="00680E4F">
            <w:pPr>
              <w:spacing w:before="40" w:after="40"/>
              <w:jc w:val="center"/>
              <w:rPr>
                <w:b/>
                <w:color w:val="445566"/>
                <w:sz w:val="24"/>
                <w:szCs w:val="24"/>
              </w:rPr>
            </w:pPr>
            <w:r>
              <w:rPr>
                <w:b/>
                <w:color w:val="445566"/>
                <w:sz w:val="24"/>
                <w:szCs w:val="24"/>
              </w:rPr>
              <w:t>8</w:t>
            </w:r>
          </w:p>
        </w:tc>
        <w:tc>
          <w:tcPr>
            <w:tcW w:w="1843" w:type="dxa"/>
            <w:shd w:val="clear" w:color="auto" w:fill="F2F4F7"/>
            <w:vAlign w:val="center"/>
          </w:tcPr>
          <w:p w14:paraId="50550CAB" w14:textId="59248B75" w:rsidR="00680E4F" w:rsidRPr="00DA33CD" w:rsidRDefault="00680E4F">
            <w:pPr>
              <w:spacing w:before="40" w:after="40"/>
              <w:jc w:val="center"/>
              <w:rPr>
                <w:color w:val="263746"/>
                <w:sz w:val="24"/>
                <w:szCs w:val="24"/>
              </w:rPr>
            </w:pPr>
            <w:r w:rsidRPr="00680E4F">
              <w:rPr>
                <w:color w:val="263746"/>
                <w:sz w:val="24"/>
                <w:szCs w:val="24"/>
              </w:rPr>
              <w:t>___ / ___ / 2027</w:t>
            </w:r>
          </w:p>
        </w:tc>
        <w:tc>
          <w:tcPr>
            <w:tcW w:w="1276" w:type="dxa"/>
            <w:shd w:val="clear" w:color="auto" w:fill="F2F4F7"/>
            <w:vAlign w:val="center"/>
          </w:tcPr>
          <w:p w14:paraId="69D3EE03" w14:textId="77777777" w:rsidR="00680E4F" w:rsidRPr="00DA33CD" w:rsidRDefault="00680E4F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2F4F7"/>
            <w:vAlign w:val="center"/>
          </w:tcPr>
          <w:p w14:paraId="025EC688" w14:textId="77777777" w:rsidR="00680E4F" w:rsidRPr="00DA33CD" w:rsidRDefault="00680E4F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F2F4F7"/>
            <w:vAlign w:val="center"/>
          </w:tcPr>
          <w:p w14:paraId="08F2EFEE" w14:textId="77777777" w:rsidR="00680E4F" w:rsidRPr="00DA33CD" w:rsidRDefault="00680E4F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2F4F7"/>
            <w:vAlign w:val="center"/>
          </w:tcPr>
          <w:p w14:paraId="6AEB2A7E" w14:textId="77777777" w:rsidR="00680E4F" w:rsidRPr="00DA33CD" w:rsidRDefault="00680E4F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4F7"/>
            <w:vAlign w:val="center"/>
          </w:tcPr>
          <w:p w14:paraId="5ACA1AF9" w14:textId="77777777" w:rsidR="00680E4F" w:rsidRPr="00DA33CD" w:rsidRDefault="00680E4F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F2F4F7"/>
            <w:vAlign w:val="center"/>
          </w:tcPr>
          <w:p w14:paraId="1679B314" w14:textId="77777777" w:rsidR="00680E4F" w:rsidRPr="00DA33CD" w:rsidRDefault="00680E4F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:rsidR="00680E4F" w:rsidRPr="00DA33CD" w14:paraId="35468C14" w14:textId="77777777" w:rsidTr="00881576">
        <w:trPr>
          <w:jc w:val="center"/>
        </w:trPr>
        <w:tc>
          <w:tcPr>
            <w:tcW w:w="563" w:type="dxa"/>
            <w:shd w:val="clear" w:color="auto" w:fill="F2F4F7"/>
            <w:vAlign w:val="center"/>
          </w:tcPr>
          <w:p w14:paraId="50061F4F" w14:textId="3A755557" w:rsidR="00680E4F" w:rsidRPr="00DA33CD" w:rsidRDefault="00680E4F">
            <w:pPr>
              <w:spacing w:before="40" w:after="40"/>
              <w:jc w:val="center"/>
              <w:rPr>
                <w:b/>
                <w:color w:val="445566"/>
                <w:sz w:val="24"/>
                <w:szCs w:val="24"/>
              </w:rPr>
            </w:pPr>
            <w:r>
              <w:rPr>
                <w:b/>
                <w:color w:val="445566"/>
                <w:sz w:val="24"/>
                <w:szCs w:val="24"/>
              </w:rPr>
              <w:t>9</w:t>
            </w:r>
          </w:p>
        </w:tc>
        <w:tc>
          <w:tcPr>
            <w:tcW w:w="1843" w:type="dxa"/>
            <w:shd w:val="clear" w:color="auto" w:fill="F2F4F7"/>
            <w:vAlign w:val="center"/>
          </w:tcPr>
          <w:p w14:paraId="15EBE6BA" w14:textId="7ECE9C33" w:rsidR="00680E4F" w:rsidRPr="00DA33CD" w:rsidRDefault="00680E4F">
            <w:pPr>
              <w:spacing w:before="40" w:after="40"/>
              <w:jc w:val="center"/>
              <w:rPr>
                <w:color w:val="263746"/>
                <w:sz w:val="24"/>
                <w:szCs w:val="24"/>
              </w:rPr>
            </w:pPr>
            <w:r w:rsidRPr="00680E4F">
              <w:rPr>
                <w:color w:val="263746"/>
                <w:sz w:val="24"/>
                <w:szCs w:val="24"/>
              </w:rPr>
              <w:t>___ / ___ / 2027</w:t>
            </w:r>
          </w:p>
        </w:tc>
        <w:tc>
          <w:tcPr>
            <w:tcW w:w="1276" w:type="dxa"/>
            <w:shd w:val="clear" w:color="auto" w:fill="F2F4F7"/>
            <w:vAlign w:val="center"/>
          </w:tcPr>
          <w:p w14:paraId="15FF3CEC" w14:textId="77777777" w:rsidR="00680E4F" w:rsidRPr="00DA33CD" w:rsidRDefault="00680E4F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2F4F7"/>
            <w:vAlign w:val="center"/>
          </w:tcPr>
          <w:p w14:paraId="7BD0EAEB" w14:textId="77777777" w:rsidR="00680E4F" w:rsidRPr="00DA33CD" w:rsidRDefault="00680E4F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F2F4F7"/>
            <w:vAlign w:val="center"/>
          </w:tcPr>
          <w:p w14:paraId="18D13AA0" w14:textId="77777777" w:rsidR="00680E4F" w:rsidRPr="00DA33CD" w:rsidRDefault="00680E4F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2F4F7"/>
            <w:vAlign w:val="center"/>
          </w:tcPr>
          <w:p w14:paraId="2DC2CC57" w14:textId="77777777" w:rsidR="00680E4F" w:rsidRPr="00DA33CD" w:rsidRDefault="00680E4F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4F7"/>
            <w:vAlign w:val="center"/>
          </w:tcPr>
          <w:p w14:paraId="2525F2A2" w14:textId="77777777" w:rsidR="00680E4F" w:rsidRPr="00DA33CD" w:rsidRDefault="00680E4F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F2F4F7"/>
            <w:vAlign w:val="center"/>
          </w:tcPr>
          <w:p w14:paraId="3BDA0034" w14:textId="77777777" w:rsidR="00680E4F" w:rsidRPr="00DA33CD" w:rsidRDefault="00680E4F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:rsidR="00680E4F" w:rsidRPr="00DA33CD" w14:paraId="513B0393" w14:textId="77777777" w:rsidTr="00881576">
        <w:trPr>
          <w:jc w:val="center"/>
        </w:trPr>
        <w:tc>
          <w:tcPr>
            <w:tcW w:w="563" w:type="dxa"/>
            <w:shd w:val="clear" w:color="auto" w:fill="F2F4F7"/>
            <w:vAlign w:val="center"/>
          </w:tcPr>
          <w:p w14:paraId="6E78B627" w14:textId="3CA7D49F" w:rsidR="00680E4F" w:rsidRPr="00DA33CD" w:rsidRDefault="00680E4F">
            <w:pPr>
              <w:spacing w:before="40" w:after="40"/>
              <w:jc w:val="center"/>
              <w:rPr>
                <w:b/>
                <w:color w:val="445566"/>
                <w:sz w:val="24"/>
                <w:szCs w:val="24"/>
              </w:rPr>
            </w:pPr>
            <w:r>
              <w:rPr>
                <w:b/>
                <w:color w:val="445566"/>
                <w:sz w:val="24"/>
                <w:szCs w:val="24"/>
              </w:rPr>
              <w:t>10</w:t>
            </w:r>
          </w:p>
        </w:tc>
        <w:tc>
          <w:tcPr>
            <w:tcW w:w="1843" w:type="dxa"/>
            <w:shd w:val="clear" w:color="auto" w:fill="F2F4F7"/>
            <w:vAlign w:val="center"/>
          </w:tcPr>
          <w:p w14:paraId="27F0DCAC" w14:textId="2C74B88E" w:rsidR="00680E4F" w:rsidRPr="00DA33CD" w:rsidRDefault="00680E4F">
            <w:pPr>
              <w:spacing w:before="40" w:after="40"/>
              <w:jc w:val="center"/>
              <w:rPr>
                <w:color w:val="263746"/>
                <w:sz w:val="24"/>
                <w:szCs w:val="24"/>
              </w:rPr>
            </w:pPr>
            <w:r w:rsidRPr="00680E4F">
              <w:rPr>
                <w:color w:val="263746"/>
                <w:sz w:val="24"/>
                <w:szCs w:val="24"/>
              </w:rPr>
              <w:t>___ / ___ / 2027</w:t>
            </w:r>
          </w:p>
        </w:tc>
        <w:tc>
          <w:tcPr>
            <w:tcW w:w="1276" w:type="dxa"/>
            <w:shd w:val="clear" w:color="auto" w:fill="F2F4F7"/>
            <w:vAlign w:val="center"/>
          </w:tcPr>
          <w:p w14:paraId="5E4E788A" w14:textId="77777777" w:rsidR="00680E4F" w:rsidRPr="00DA33CD" w:rsidRDefault="00680E4F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2F4F7"/>
            <w:vAlign w:val="center"/>
          </w:tcPr>
          <w:p w14:paraId="03733FF8" w14:textId="77777777" w:rsidR="00680E4F" w:rsidRPr="00DA33CD" w:rsidRDefault="00680E4F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F2F4F7"/>
            <w:vAlign w:val="center"/>
          </w:tcPr>
          <w:p w14:paraId="7769CDE7" w14:textId="77777777" w:rsidR="00680E4F" w:rsidRPr="00DA33CD" w:rsidRDefault="00680E4F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2F4F7"/>
            <w:vAlign w:val="center"/>
          </w:tcPr>
          <w:p w14:paraId="310D1BB1" w14:textId="77777777" w:rsidR="00680E4F" w:rsidRPr="00DA33CD" w:rsidRDefault="00680E4F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4F7"/>
            <w:vAlign w:val="center"/>
          </w:tcPr>
          <w:p w14:paraId="5EEC2A0B" w14:textId="77777777" w:rsidR="00680E4F" w:rsidRPr="00DA33CD" w:rsidRDefault="00680E4F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F2F4F7"/>
            <w:vAlign w:val="center"/>
          </w:tcPr>
          <w:p w14:paraId="2515D28C" w14:textId="77777777" w:rsidR="00680E4F" w:rsidRPr="00DA33CD" w:rsidRDefault="00680E4F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</w:tbl>
    <w:p w14:paraId="7E1AB9AA" w14:textId="77777777" w:rsidR="002B13D2" w:rsidRPr="00DA33CD" w:rsidRDefault="00000000">
      <w:pPr>
        <w:spacing w:before="240"/>
        <w:rPr>
          <w:sz w:val="24"/>
          <w:szCs w:val="24"/>
        </w:rPr>
      </w:pPr>
      <w:r w:rsidRPr="00DA33CD">
        <w:rPr>
          <w:color w:val="667788"/>
          <w:sz w:val="24"/>
          <w:szCs w:val="24"/>
        </w:rPr>
        <w:t>Notes : ______________________________________________________________________________________________________________</w:t>
      </w:r>
    </w:p>
    <w:p w14:paraId="6251AB36" w14:textId="77777777" w:rsidR="002B13D2" w:rsidRPr="00DA33CD" w:rsidRDefault="002B13D2">
      <w:pPr>
        <w:rPr>
          <w:sz w:val="24"/>
          <w:szCs w:val="24"/>
        </w:rPr>
        <w:sectPr w:rsidR="002B13D2" w:rsidRPr="00DA33CD">
          <w:pgSz w:w="16848" w:h="11952" w:orient="landscape"/>
          <w:pgMar w:top="936" w:right="792" w:bottom="936" w:left="792" w:header="720" w:footer="720" w:gutter="0"/>
          <w:cols w:space="720"/>
          <w:docGrid w:linePitch="360"/>
        </w:sectPr>
      </w:pPr>
    </w:p>
    <w:p w14:paraId="72222B94" w14:textId="77777777" w:rsidR="002B13D2" w:rsidRPr="00DA33CD" w:rsidRDefault="00000000">
      <w:pPr>
        <w:pStyle w:val="Titre1"/>
        <w:spacing w:before="80"/>
        <w:rPr>
          <w:sz w:val="40"/>
          <w:szCs w:val="40"/>
        </w:rPr>
      </w:pPr>
      <w:r w:rsidRPr="00DA33CD">
        <w:rPr>
          <w:sz w:val="40"/>
          <w:szCs w:val="40"/>
        </w:rPr>
        <w:lastRenderedPageBreak/>
        <w:t>Trimestre 3</w:t>
      </w:r>
    </w:p>
    <w:p w14:paraId="23EEBB5D" w14:textId="10A3C418" w:rsidR="002B13D2" w:rsidRPr="00DA33CD" w:rsidRDefault="00000000">
      <w:pPr>
        <w:rPr>
          <w:sz w:val="24"/>
          <w:szCs w:val="24"/>
        </w:rPr>
      </w:pPr>
      <w:r w:rsidRPr="00DA33CD">
        <w:rPr>
          <w:color w:val="667788"/>
          <w:sz w:val="24"/>
          <w:szCs w:val="24"/>
        </w:rPr>
        <w:t xml:space="preserve">Calendrier des devoirs de </w:t>
      </w:r>
      <w:r w:rsidR="00DA33CD" w:rsidRPr="00DA33CD">
        <w:rPr>
          <w:color w:val="667788"/>
          <w:sz w:val="24"/>
          <w:szCs w:val="24"/>
        </w:rPr>
        <w:t>mathématiques | Année</w:t>
      </w:r>
      <w:r w:rsidRPr="00DA33CD">
        <w:rPr>
          <w:color w:val="667788"/>
          <w:sz w:val="24"/>
          <w:szCs w:val="24"/>
        </w:rPr>
        <w:t xml:space="preserve"> scolaire 2026-2027</w:t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1"/>
        <w:gridCol w:w="1985"/>
        <w:gridCol w:w="1417"/>
        <w:gridCol w:w="1985"/>
        <w:gridCol w:w="4522"/>
        <w:gridCol w:w="992"/>
        <w:gridCol w:w="1559"/>
        <w:gridCol w:w="1967"/>
      </w:tblGrid>
      <w:tr w:rsidR="002B13D2" w:rsidRPr="00DA33CD" w14:paraId="594EF60C" w14:textId="77777777" w:rsidTr="00881576">
        <w:trPr>
          <w:tblHeader/>
          <w:jc w:val="center"/>
        </w:trPr>
        <w:tc>
          <w:tcPr>
            <w:tcW w:w="581" w:type="dxa"/>
            <w:shd w:val="clear" w:color="auto" w:fill="17365D"/>
            <w:vAlign w:val="center"/>
          </w:tcPr>
          <w:p w14:paraId="18969629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FFFFFF"/>
                <w:sz w:val="24"/>
                <w:szCs w:val="24"/>
              </w:rPr>
              <w:t>N°</w:t>
            </w:r>
          </w:p>
        </w:tc>
        <w:tc>
          <w:tcPr>
            <w:tcW w:w="1985" w:type="dxa"/>
            <w:shd w:val="clear" w:color="auto" w:fill="17365D"/>
            <w:vAlign w:val="center"/>
          </w:tcPr>
          <w:p w14:paraId="640B5F49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FFFFFF"/>
                <w:sz w:val="24"/>
                <w:szCs w:val="24"/>
              </w:rPr>
              <w:t>Date</w:t>
            </w:r>
          </w:p>
        </w:tc>
        <w:tc>
          <w:tcPr>
            <w:tcW w:w="1417" w:type="dxa"/>
            <w:shd w:val="clear" w:color="auto" w:fill="17365D"/>
            <w:vAlign w:val="center"/>
          </w:tcPr>
          <w:p w14:paraId="23535CCC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FFFFFF"/>
                <w:sz w:val="24"/>
                <w:szCs w:val="24"/>
              </w:rPr>
              <w:t>Classe</w:t>
            </w:r>
          </w:p>
        </w:tc>
        <w:tc>
          <w:tcPr>
            <w:tcW w:w="1985" w:type="dxa"/>
            <w:shd w:val="clear" w:color="auto" w:fill="17365D"/>
            <w:vAlign w:val="center"/>
          </w:tcPr>
          <w:p w14:paraId="501BB974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FFFFFF"/>
                <w:sz w:val="24"/>
                <w:szCs w:val="24"/>
              </w:rPr>
              <w:t>Type de devoir</w:t>
            </w:r>
          </w:p>
        </w:tc>
        <w:tc>
          <w:tcPr>
            <w:tcW w:w="4522" w:type="dxa"/>
            <w:shd w:val="clear" w:color="auto" w:fill="17365D"/>
            <w:vAlign w:val="center"/>
          </w:tcPr>
          <w:p w14:paraId="52A66B96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FFFFFF"/>
                <w:sz w:val="24"/>
                <w:szCs w:val="24"/>
              </w:rPr>
              <w:t>Chapitre / Thème</w:t>
            </w:r>
          </w:p>
        </w:tc>
        <w:tc>
          <w:tcPr>
            <w:tcW w:w="992" w:type="dxa"/>
            <w:shd w:val="clear" w:color="auto" w:fill="17365D"/>
            <w:vAlign w:val="center"/>
          </w:tcPr>
          <w:p w14:paraId="557A282A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FFFFFF"/>
                <w:sz w:val="24"/>
                <w:szCs w:val="24"/>
              </w:rPr>
              <w:t>Durée</w:t>
            </w:r>
          </w:p>
        </w:tc>
        <w:tc>
          <w:tcPr>
            <w:tcW w:w="1559" w:type="dxa"/>
            <w:shd w:val="clear" w:color="auto" w:fill="17365D"/>
            <w:vAlign w:val="center"/>
          </w:tcPr>
          <w:p w14:paraId="4A63C8D2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FFFFFF"/>
                <w:sz w:val="24"/>
                <w:szCs w:val="24"/>
              </w:rPr>
              <w:t>Coefficient</w:t>
            </w:r>
          </w:p>
        </w:tc>
        <w:tc>
          <w:tcPr>
            <w:tcW w:w="1967" w:type="dxa"/>
            <w:shd w:val="clear" w:color="auto" w:fill="17365D"/>
            <w:vAlign w:val="center"/>
          </w:tcPr>
          <w:p w14:paraId="711BF9E7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FFFFFF"/>
                <w:sz w:val="24"/>
                <w:szCs w:val="24"/>
              </w:rPr>
              <w:t>Observations</w:t>
            </w:r>
          </w:p>
        </w:tc>
      </w:tr>
      <w:tr w:rsidR="002B13D2" w:rsidRPr="00DA33CD" w14:paraId="1003F255" w14:textId="77777777" w:rsidTr="00881576">
        <w:trPr>
          <w:jc w:val="center"/>
        </w:trPr>
        <w:tc>
          <w:tcPr>
            <w:tcW w:w="581" w:type="dxa"/>
            <w:vAlign w:val="center"/>
          </w:tcPr>
          <w:p w14:paraId="45421030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445566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14:paraId="1273D583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color w:val="263746"/>
                <w:sz w:val="24"/>
                <w:szCs w:val="24"/>
              </w:rPr>
              <w:t>___ / ___ / 2027</w:t>
            </w:r>
          </w:p>
        </w:tc>
        <w:tc>
          <w:tcPr>
            <w:tcW w:w="1417" w:type="dxa"/>
            <w:vAlign w:val="center"/>
          </w:tcPr>
          <w:p w14:paraId="00D2AE6D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D7A490A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4522" w:type="dxa"/>
            <w:vAlign w:val="center"/>
          </w:tcPr>
          <w:p w14:paraId="4750DC60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42328C1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3DF360D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967" w:type="dxa"/>
            <w:vAlign w:val="center"/>
          </w:tcPr>
          <w:p w14:paraId="35296492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:rsidR="002B13D2" w:rsidRPr="00DA33CD" w14:paraId="42DD1BAF" w14:textId="77777777" w:rsidTr="00881576">
        <w:trPr>
          <w:jc w:val="center"/>
        </w:trPr>
        <w:tc>
          <w:tcPr>
            <w:tcW w:w="581" w:type="dxa"/>
            <w:shd w:val="clear" w:color="auto" w:fill="F2F4F7"/>
            <w:vAlign w:val="center"/>
          </w:tcPr>
          <w:p w14:paraId="027470B0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445566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F2F4F7"/>
            <w:vAlign w:val="center"/>
          </w:tcPr>
          <w:p w14:paraId="4813C031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color w:val="263746"/>
                <w:sz w:val="24"/>
                <w:szCs w:val="24"/>
              </w:rPr>
              <w:t>___ / ___ / 2027</w:t>
            </w:r>
          </w:p>
        </w:tc>
        <w:tc>
          <w:tcPr>
            <w:tcW w:w="1417" w:type="dxa"/>
            <w:shd w:val="clear" w:color="auto" w:fill="F2F4F7"/>
            <w:vAlign w:val="center"/>
          </w:tcPr>
          <w:p w14:paraId="38C0F0BE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4F7"/>
            <w:vAlign w:val="center"/>
          </w:tcPr>
          <w:p w14:paraId="5CE08ACE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4522" w:type="dxa"/>
            <w:shd w:val="clear" w:color="auto" w:fill="F2F4F7"/>
            <w:vAlign w:val="center"/>
          </w:tcPr>
          <w:p w14:paraId="2D39DC40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2F4F7"/>
            <w:vAlign w:val="center"/>
          </w:tcPr>
          <w:p w14:paraId="1FC34DCE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4F7"/>
            <w:vAlign w:val="center"/>
          </w:tcPr>
          <w:p w14:paraId="228CA769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967" w:type="dxa"/>
            <w:shd w:val="clear" w:color="auto" w:fill="F2F4F7"/>
            <w:vAlign w:val="center"/>
          </w:tcPr>
          <w:p w14:paraId="08FF3D3E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:rsidR="002B13D2" w:rsidRPr="00DA33CD" w14:paraId="462997AC" w14:textId="77777777" w:rsidTr="00881576">
        <w:trPr>
          <w:jc w:val="center"/>
        </w:trPr>
        <w:tc>
          <w:tcPr>
            <w:tcW w:w="581" w:type="dxa"/>
            <w:vAlign w:val="center"/>
          </w:tcPr>
          <w:p w14:paraId="377BF033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445566"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14:paraId="28BAB663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color w:val="263746"/>
                <w:sz w:val="24"/>
                <w:szCs w:val="24"/>
              </w:rPr>
              <w:t>___ / ___ / 2027</w:t>
            </w:r>
          </w:p>
        </w:tc>
        <w:tc>
          <w:tcPr>
            <w:tcW w:w="1417" w:type="dxa"/>
            <w:vAlign w:val="center"/>
          </w:tcPr>
          <w:p w14:paraId="1DF3AFFC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8B31CFB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4522" w:type="dxa"/>
            <w:vAlign w:val="center"/>
          </w:tcPr>
          <w:p w14:paraId="7A6B9921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CDE7FED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DE612B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967" w:type="dxa"/>
            <w:vAlign w:val="center"/>
          </w:tcPr>
          <w:p w14:paraId="44427FB2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:rsidR="002B13D2" w:rsidRPr="00DA33CD" w14:paraId="7FAE6EE2" w14:textId="77777777" w:rsidTr="00881576">
        <w:trPr>
          <w:jc w:val="center"/>
        </w:trPr>
        <w:tc>
          <w:tcPr>
            <w:tcW w:w="581" w:type="dxa"/>
            <w:shd w:val="clear" w:color="auto" w:fill="F2F4F7"/>
            <w:vAlign w:val="center"/>
          </w:tcPr>
          <w:p w14:paraId="44AC6A51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445566"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F2F4F7"/>
            <w:vAlign w:val="center"/>
          </w:tcPr>
          <w:p w14:paraId="25776E2F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color w:val="263746"/>
                <w:sz w:val="24"/>
                <w:szCs w:val="24"/>
              </w:rPr>
              <w:t>___ / ___ / 2027</w:t>
            </w:r>
          </w:p>
        </w:tc>
        <w:tc>
          <w:tcPr>
            <w:tcW w:w="1417" w:type="dxa"/>
            <w:shd w:val="clear" w:color="auto" w:fill="F2F4F7"/>
            <w:vAlign w:val="center"/>
          </w:tcPr>
          <w:p w14:paraId="71CAC2DC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4F7"/>
            <w:vAlign w:val="center"/>
          </w:tcPr>
          <w:p w14:paraId="0AA25E32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4522" w:type="dxa"/>
            <w:shd w:val="clear" w:color="auto" w:fill="F2F4F7"/>
            <w:vAlign w:val="center"/>
          </w:tcPr>
          <w:p w14:paraId="120469C7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2F4F7"/>
            <w:vAlign w:val="center"/>
          </w:tcPr>
          <w:p w14:paraId="4E5AA0F4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4F7"/>
            <w:vAlign w:val="center"/>
          </w:tcPr>
          <w:p w14:paraId="05DD8A2F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967" w:type="dxa"/>
            <w:shd w:val="clear" w:color="auto" w:fill="F2F4F7"/>
            <w:vAlign w:val="center"/>
          </w:tcPr>
          <w:p w14:paraId="1F0AE2E0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:rsidR="002B13D2" w:rsidRPr="00DA33CD" w14:paraId="37756CC0" w14:textId="77777777" w:rsidTr="00881576">
        <w:trPr>
          <w:jc w:val="center"/>
        </w:trPr>
        <w:tc>
          <w:tcPr>
            <w:tcW w:w="581" w:type="dxa"/>
            <w:vAlign w:val="center"/>
          </w:tcPr>
          <w:p w14:paraId="61E0C731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445566"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14:paraId="07467CA5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color w:val="263746"/>
                <w:sz w:val="24"/>
                <w:szCs w:val="24"/>
              </w:rPr>
              <w:t>___ / ___ / 2027</w:t>
            </w:r>
          </w:p>
        </w:tc>
        <w:tc>
          <w:tcPr>
            <w:tcW w:w="1417" w:type="dxa"/>
            <w:vAlign w:val="center"/>
          </w:tcPr>
          <w:p w14:paraId="36287140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88D7DA4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4522" w:type="dxa"/>
            <w:vAlign w:val="center"/>
          </w:tcPr>
          <w:p w14:paraId="7719CACD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3860C97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89DC8E9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967" w:type="dxa"/>
            <w:vAlign w:val="center"/>
          </w:tcPr>
          <w:p w14:paraId="18315422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:rsidR="002B13D2" w:rsidRPr="00DA33CD" w14:paraId="0D1F0484" w14:textId="77777777" w:rsidTr="00881576">
        <w:trPr>
          <w:jc w:val="center"/>
        </w:trPr>
        <w:tc>
          <w:tcPr>
            <w:tcW w:w="581" w:type="dxa"/>
            <w:shd w:val="clear" w:color="auto" w:fill="F2F4F7"/>
            <w:vAlign w:val="center"/>
          </w:tcPr>
          <w:p w14:paraId="2ED9D7C5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b/>
                <w:color w:val="445566"/>
                <w:sz w:val="24"/>
                <w:szCs w:val="24"/>
              </w:rPr>
              <w:t>6</w:t>
            </w:r>
          </w:p>
        </w:tc>
        <w:tc>
          <w:tcPr>
            <w:tcW w:w="1985" w:type="dxa"/>
            <w:shd w:val="clear" w:color="auto" w:fill="F2F4F7"/>
            <w:vAlign w:val="center"/>
          </w:tcPr>
          <w:p w14:paraId="7637681F" w14:textId="77777777" w:rsidR="002B13D2" w:rsidRPr="00DA33CD" w:rsidRDefault="000000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DA33CD">
              <w:rPr>
                <w:color w:val="263746"/>
                <w:sz w:val="24"/>
                <w:szCs w:val="24"/>
              </w:rPr>
              <w:t>___ / ___ / 2027</w:t>
            </w:r>
          </w:p>
        </w:tc>
        <w:tc>
          <w:tcPr>
            <w:tcW w:w="1417" w:type="dxa"/>
            <w:shd w:val="clear" w:color="auto" w:fill="F2F4F7"/>
            <w:vAlign w:val="center"/>
          </w:tcPr>
          <w:p w14:paraId="46A25902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4F7"/>
            <w:vAlign w:val="center"/>
          </w:tcPr>
          <w:p w14:paraId="5D3D835B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4522" w:type="dxa"/>
            <w:shd w:val="clear" w:color="auto" w:fill="F2F4F7"/>
            <w:vAlign w:val="center"/>
          </w:tcPr>
          <w:p w14:paraId="1BE52DE6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2F4F7"/>
            <w:vAlign w:val="center"/>
          </w:tcPr>
          <w:p w14:paraId="421EA35A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4F7"/>
            <w:vAlign w:val="center"/>
          </w:tcPr>
          <w:p w14:paraId="2C6D8285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967" w:type="dxa"/>
            <w:shd w:val="clear" w:color="auto" w:fill="F2F4F7"/>
            <w:vAlign w:val="center"/>
          </w:tcPr>
          <w:p w14:paraId="00350575" w14:textId="77777777" w:rsidR="002B13D2" w:rsidRPr="00DA33CD" w:rsidRDefault="002B13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:rsidR="004B00D0" w:rsidRPr="00DA33CD" w14:paraId="03358A16" w14:textId="77777777" w:rsidTr="00881576">
        <w:trPr>
          <w:jc w:val="center"/>
        </w:trPr>
        <w:tc>
          <w:tcPr>
            <w:tcW w:w="581" w:type="dxa"/>
            <w:shd w:val="clear" w:color="auto" w:fill="F2F4F7"/>
            <w:vAlign w:val="center"/>
          </w:tcPr>
          <w:p w14:paraId="5329EB7C" w14:textId="3534FBE7" w:rsidR="004B00D0" w:rsidRPr="00DA33CD" w:rsidRDefault="004B00D0">
            <w:pPr>
              <w:spacing w:before="40" w:after="40"/>
              <w:jc w:val="center"/>
              <w:rPr>
                <w:b/>
                <w:color w:val="445566"/>
                <w:sz w:val="24"/>
                <w:szCs w:val="24"/>
              </w:rPr>
            </w:pPr>
            <w:r>
              <w:rPr>
                <w:b/>
                <w:color w:val="445566"/>
                <w:sz w:val="24"/>
                <w:szCs w:val="24"/>
              </w:rPr>
              <w:t>7</w:t>
            </w:r>
          </w:p>
        </w:tc>
        <w:tc>
          <w:tcPr>
            <w:tcW w:w="1985" w:type="dxa"/>
            <w:shd w:val="clear" w:color="auto" w:fill="F2F4F7"/>
            <w:vAlign w:val="center"/>
          </w:tcPr>
          <w:p w14:paraId="0A3BD947" w14:textId="5887AC2E" w:rsidR="004B00D0" w:rsidRPr="00DA33CD" w:rsidRDefault="004B00D0">
            <w:pPr>
              <w:spacing w:before="40" w:after="40"/>
              <w:jc w:val="center"/>
              <w:rPr>
                <w:color w:val="263746"/>
                <w:sz w:val="24"/>
                <w:szCs w:val="24"/>
              </w:rPr>
            </w:pPr>
            <w:r w:rsidRPr="004B00D0">
              <w:rPr>
                <w:color w:val="263746"/>
                <w:sz w:val="24"/>
                <w:szCs w:val="24"/>
              </w:rPr>
              <w:t>___ / ___ / 2027</w:t>
            </w:r>
          </w:p>
        </w:tc>
        <w:tc>
          <w:tcPr>
            <w:tcW w:w="1417" w:type="dxa"/>
            <w:shd w:val="clear" w:color="auto" w:fill="F2F4F7"/>
            <w:vAlign w:val="center"/>
          </w:tcPr>
          <w:p w14:paraId="350B3B7B" w14:textId="77777777" w:rsidR="004B00D0" w:rsidRPr="00DA33CD" w:rsidRDefault="004B00D0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4F7"/>
            <w:vAlign w:val="center"/>
          </w:tcPr>
          <w:p w14:paraId="0AF5AA7D" w14:textId="77777777" w:rsidR="004B00D0" w:rsidRPr="00DA33CD" w:rsidRDefault="004B00D0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4522" w:type="dxa"/>
            <w:shd w:val="clear" w:color="auto" w:fill="F2F4F7"/>
            <w:vAlign w:val="center"/>
          </w:tcPr>
          <w:p w14:paraId="0D9A37DC" w14:textId="77777777" w:rsidR="004B00D0" w:rsidRPr="00DA33CD" w:rsidRDefault="004B00D0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2F4F7"/>
            <w:vAlign w:val="center"/>
          </w:tcPr>
          <w:p w14:paraId="705D9A1B" w14:textId="77777777" w:rsidR="004B00D0" w:rsidRPr="00DA33CD" w:rsidRDefault="004B00D0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4F7"/>
            <w:vAlign w:val="center"/>
          </w:tcPr>
          <w:p w14:paraId="51EDFDEF" w14:textId="77777777" w:rsidR="004B00D0" w:rsidRPr="00DA33CD" w:rsidRDefault="004B00D0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967" w:type="dxa"/>
            <w:shd w:val="clear" w:color="auto" w:fill="F2F4F7"/>
            <w:vAlign w:val="center"/>
          </w:tcPr>
          <w:p w14:paraId="3233AB0B" w14:textId="77777777" w:rsidR="004B00D0" w:rsidRPr="00DA33CD" w:rsidRDefault="004B00D0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:rsidR="004B00D0" w:rsidRPr="00DA33CD" w14:paraId="7C5C22E5" w14:textId="77777777" w:rsidTr="00881576">
        <w:trPr>
          <w:jc w:val="center"/>
        </w:trPr>
        <w:tc>
          <w:tcPr>
            <w:tcW w:w="581" w:type="dxa"/>
            <w:shd w:val="clear" w:color="auto" w:fill="F2F4F7"/>
            <w:vAlign w:val="center"/>
          </w:tcPr>
          <w:p w14:paraId="37FF0D3D" w14:textId="4CB0AB2D" w:rsidR="004B00D0" w:rsidRPr="00DA33CD" w:rsidRDefault="004B00D0">
            <w:pPr>
              <w:spacing w:before="40" w:after="40"/>
              <w:jc w:val="center"/>
              <w:rPr>
                <w:b/>
                <w:color w:val="445566"/>
                <w:sz w:val="24"/>
                <w:szCs w:val="24"/>
              </w:rPr>
            </w:pPr>
            <w:r>
              <w:rPr>
                <w:b/>
                <w:color w:val="445566"/>
                <w:sz w:val="24"/>
                <w:szCs w:val="24"/>
              </w:rPr>
              <w:t>8</w:t>
            </w:r>
          </w:p>
        </w:tc>
        <w:tc>
          <w:tcPr>
            <w:tcW w:w="1985" w:type="dxa"/>
            <w:shd w:val="clear" w:color="auto" w:fill="F2F4F7"/>
            <w:vAlign w:val="center"/>
          </w:tcPr>
          <w:p w14:paraId="4EABAD2F" w14:textId="5DC0113F" w:rsidR="004B00D0" w:rsidRPr="00DA33CD" w:rsidRDefault="004B00D0">
            <w:pPr>
              <w:spacing w:before="40" w:after="40"/>
              <w:jc w:val="center"/>
              <w:rPr>
                <w:color w:val="263746"/>
                <w:sz w:val="24"/>
                <w:szCs w:val="24"/>
              </w:rPr>
            </w:pPr>
            <w:r w:rsidRPr="004B00D0">
              <w:rPr>
                <w:color w:val="263746"/>
                <w:sz w:val="24"/>
                <w:szCs w:val="24"/>
              </w:rPr>
              <w:t>___ / ___ / 2027</w:t>
            </w:r>
          </w:p>
        </w:tc>
        <w:tc>
          <w:tcPr>
            <w:tcW w:w="1417" w:type="dxa"/>
            <w:shd w:val="clear" w:color="auto" w:fill="F2F4F7"/>
            <w:vAlign w:val="center"/>
          </w:tcPr>
          <w:p w14:paraId="2B1FD49E" w14:textId="77777777" w:rsidR="004B00D0" w:rsidRPr="00DA33CD" w:rsidRDefault="004B00D0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4F7"/>
            <w:vAlign w:val="center"/>
          </w:tcPr>
          <w:p w14:paraId="7F2C847E" w14:textId="77777777" w:rsidR="004B00D0" w:rsidRPr="00DA33CD" w:rsidRDefault="004B00D0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4522" w:type="dxa"/>
            <w:shd w:val="clear" w:color="auto" w:fill="F2F4F7"/>
            <w:vAlign w:val="center"/>
          </w:tcPr>
          <w:p w14:paraId="69E3C078" w14:textId="77777777" w:rsidR="004B00D0" w:rsidRPr="00DA33CD" w:rsidRDefault="004B00D0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2F4F7"/>
            <w:vAlign w:val="center"/>
          </w:tcPr>
          <w:p w14:paraId="615BAE9B" w14:textId="77777777" w:rsidR="004B00D0" w:rsidRPr="00DA33CD" w:rsidRDefault="004B00D0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4F7"/>
            <w:vAlign w:val="center"/>
          </w:tcPr>
          <w:p w14:paraId="1546698C" w14:textId="77777777" w:rsidR="004B00D0" w:rsidRPr="00DA33CD" w:rsidRDefault="004B00D0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967" w:type="dxa"/>
            <w:shd w:val="clear" w:color="auto" w:fill="F2F4F7"/>
            <w:vAlign w:val="center"/>
          </w:tcPr>
          <w:p w14:paraId="494BCF4A" w14:textId="77777777" w:rsidR="004B00D0" w:rsidRPr="00DA33CD" w:rsidRDefault="004B00D0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:rsidR="004B00D0" w:rsidRPr="00DA33CD" w14:paraId="5CB741DB" w14:textId="77777777" w:rsidTr="00881576">
        <w:trPr>
          <w:jc w:val="center"/>
        </w:trPr>
        <w:tc>
          <w:tcPr>
            <w:tcW w:w="581" w:type="dxa"/>
            <w:shd w:val="clear" w:color="auto" w:fill="F2F4F7"/>
            <w:vAlign w:val="center"/>
          </w:tcPr>
          <w:p w14:paraId="75B3A34C" w14:textId="30A3CA85" w:rsidR="004B00D0" w:rsidRPr="00DA33CD" w:rsidRDefault="004B00D0">
            <w:pPr>
              <w:spacing w:before="40" w:after="40"/>
              <w:jc w:val="center"/>
              <w:rPr>
                <w:b/>
                <w:color w:val="445566"/>
                <w:sz w:val="24"/>
                <w:szCs w:val="24"/>
              </w:rPr>
            </w:pPr>
            <w:r>
              <w:rPr>
                <w:b/>
                <w:color w:val="445566"/>
                <w:sz w:val="24"/>
                <w:szCs w:val="24"/>
              </w:rPr>
              <w:t>9</w:t>
            </w:r>
          </w:p>
        </w:tc>
        <w:tc>
          <w:tcPr>
            <w:tcW w:w="1985" w:type="dxa"/>
            <w:shd w:val="clear" w:color="auto" w:fill="F2F4F7"/>
            <w:vAlign w:val="center"/>
          </w:tcPr>
          <w:p w14:paraId="078CA169" w14:textId="20F7AFBB" w:rsidR="004B00D0" w:rsidRPr="00DA33CD" w:rsidRDefault="004B00D0">
            <w:pPr>
              <w:spacing w:before="40" w:after="40"/>
              <w:jc w:val="center"/>
              <w:rPr>
                <w:color w:val="263746"/>
                <w:sz w:val="24"/>
                <w:szCs w:val="24"/>
              </w:rPr>
            </w:pPr>
            <w:r w:rsidRPr="004B00D0">
              <w:rPr>
                <w:color w:val="263746"/>
                <w:sz w:val="24"/>
                <w:szCs w:val="24"/>
              </w:rPr>
              <w:t>___ / ___ / 2027</w:t>
            </w:r>
          </w:p>
        </w:tc>
        <w:tc>
          <w:tcPr>
            <w:tcW w:w="1417" w:type="dxa"/>
            <w:shd w:val="clear" w:color="auto" w:fill="F2F4F7"/>
            <w:vAlign w:val="center"/>
          </w:tcPr>
          <w:p w14:paraId="3918E3EE" w14:textId="77777777" w:rsidR="004B00D0" w:rsidRPr="00DA33CD" w:rsidRDefault="004B00D0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4F7"/>
            <w:vAlign w:val="center"/>
          </w:tcPr>
          <w:p w14:paraId="0AECF070" w14:textId="77777777" w:rsidR="004B00D0" w:rsidRPr="00DA33CD" w:rsidRDefault="004B00D0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4522" w:type="dxa"/>
            <w:shd w:val="clear" w:color="auto" w:fill="F2F4F7"/>
            <w:vAlign w:val="center"/>
          </w:tcPr>
          <w:p w14:paraId="3ED0BD66" w14:textId="77777777" w:rsidR="004B00D0" w:rsidRPr="00DA33CD" w:rsidRDefault="004B00D0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2F4F7"/>
            <w:vAlign w:val="center"/>
          </w:tcPr>
          <w:p w14:paraId="68FEBB2F" w14:textId="77777777" w:rsidR="004B00D0" w:rsidRPr="00DA33CD" w:rsidRDefault="004B00D0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4F7"/>
            <w:vAlign w:val="center"/>
          </w:tcPr>
          <w:p w14:paraId="0F5FDEB5" w14:textId="77777777" w:rsidR="004B00D0" w:rsidRPr="00DA33CD" w:rsidRDefault="004B00D0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967" w:type="dxa"/>
            <w:shd w:val="clear" w:color="auto" w:fill="F2F4F7"/>
            <w:vAlign w:val="center"/>
          </w:tcPr>
          <w:p w14:paraId="6BEF770E" w14:textId="77777777" w:rsidR="004B00D0" w:rsidRPr="00DA33CD" w:rsidRDefault="004B00D0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:rsidR="004B00D0" w:rsidRPr="00DA33CD" w14:paraId="4185B587" w14:textId="77777777" w:rsidTr="00881576">
        <w:trPr>
          <w:jc w:val="center"/>
        </w:trPr>
        <w:tc>
          <w:tcPr>
            <w:tcW w:w="581" w:type="dxa"/>
            <w:shd w:val="clear" w:color="auto" w:fill="F2F4F7"/>
            <w:vAlign w:val="center"/>
          </w:tcPr>
          <w:p w14:paraId="7D664C71" w14:textId="2464895B" w:rsidR="004B00D0" w:rsidRPr="00DA33CD" w:rsidRDefault="004B00D0">
            <w:pPr>
              <w:spacing w:before="40" w:after="40"/>
              <w:jc w:val="center"/>
              <w:rPr>
                <w:b/>
                <w:color w:val="445566"/>
                <w:sz w:val="24"/>
                <w:szCs w:val="24"/>
              </w:rPr>
            </w:pPr>
            <w:r>
              <w:rPr>
                <w:b/>
                <w:color w:val="445566"/>
                <w:sz w:val="24"/>
                <w:szCs w:val="24"/>
              </w:rPr>
              <w:t>10</w:t>
            </w:r>
          </w:p>
        </w:tc>
        <w:tc>
          <w:tcPr>
            <w:tcW w:w="1985" w:type="dxa"/>
            <w:shd w:val="clear" w:color="auto" w:fill="F2F4F7"/>
            <w:vAlign w:val="center"/>
          </w:tcPr>
          <w:p w14:paraId="588F7BBE" w14:textId="11A76A2A" w:rsidR="004B00D0" w:rsidRPr="00DA33CD" w:rsidRDefault="004B00D0">
            <w:pPr>
              <w:spacing w:before="40" w:after="40"/>
              <w:jc w:val="center"/>
              <w:rPr>
                <w:color w:val="263746"/>
                <w:sz w:val="24"/>
                <w:szCs w:val="24"/>
              </w:rPr>
            </w:pPr>
            <w:r w:rsidRPr="004B00D0">
              <w:rPr>
                <w:color w:val="263746"/>
                <w:sz w:val="24"/>
                <w:szCs w:val="24"/>
              </w:rPr>
              <w:t>___ / ___ / 2027</w:t>
            </w:r>
          </w:p>
        </w:tc>
        <w:tc>
          <w:tcPr>
            <w:tcW w:w="1417" w:type="dxa"/>
            <w:shd w:val="clear" w:color="auto" w:fill="F2F4F7"/>
            <w:vAlign w:val="center"/>
          </w:tcPr>
          <w:p w14:paraId="138B090F" w14:textId="77777777" w:rsidR="004B00D0" w:rsidRPr="00DA33CD" w:rsidRDefault="004B00D0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4F7"/>
            <w:vAlign w:val="center"/>
          </w:tcPr>
          <w:p w14:paraId="57E7408A" w14:textId="77777777" w:rsidR="004B00D0" w:rsidRPr="00DA33CD" w:rsidRDefault="004B00D0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4522" w:type="dxa"/>
            <w:shd w:val="clear" w:color="auto" w:fill="F2F4F7"/>
            <w:vAlign w:val="center"/>
          </w:tcPr>
          <w:p w14:paraId="5DA3E1E5" w14:textId="77777777" w:rsidR="004B00D0" w:rsidRPr="00DA33CD" w:rsidRDefault="004B00D0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2F4F7"/>
            <w:vAlign w:val="center"/>
          </w:tcPr>
          <w:p w14:paraId="731E0061" w14:textId="77777777" w:rsidR="004B00D0" w:rsidRPr="00DA33CD" w:rsidRDefault="004B00D0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4F7"/>
            <w:vAlign w:val="center"/>
          </w:tcPr>
          <w:p w14:paraId="6101828C" w14:textId="77777777" w:rsidR="004B00D0" w:rsidRPr="00DA33CD" w:rsidRDefault="004B00D0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967" w:type="dxa"/>
            <w:shd w:val="clear" w:color="auto" w:fill="F2F4F7"/>
            <w:vAlign w:val="center"/>
          </w:tcPr>
          <w:p w14:paraId="11FA11B3" w14:textId="77777777" w:rsidR="004B00D0" w:rsidRPr="00DA33CD" w:rsidRDefault="004B00D0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</w:tbl>
    <w:p w14:paraId="79FCF978" w14:textId="77777777" w:rsidR="002B13D2" w:rsidRPr="00DA33CD" w:rsidRDefault="00000000">
      <w:pPr>
        <w:spacing w:before="240"/>
        <w:rPr>
          <w:sz w:val="24"/>
          <w:szCs w:val="24"/>
        </w:rPr>
      </w:pPr>
      <w:r w:rsidRPr="00DA33CD">
        <w:rPr>
          <w:color w:val="667788"/>
          <w:sz w:val="24"/>
          <w:szCs w:val="24"/>
        </w:rPr>
        <w:t>Notes : ______________________________________________________________________________________________________________</w:t>
      </w:r>
    </w:p>
    <w:sectPr w:rsidR="002B13D2" w:rsidRPr="00DA33CD" w:rsidSect="00034616">
      <w:pgSz w:w="16848" w:h="11952" w:orient="landscape"/>
      <w:pgMar w:top="936" w:right="792" w:bottom="936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6BB4E" w14:textId="77777777" w:rsidR="00C12B31" w:rsidRDefault="00C12B31" w:rsidP="00DA33CD">
      <w:pPr>
        <w:spacing w:after="0" w:line="240" w:lineRule="auto"/>
      </w:pPr>
      <w:r>
        <w:separator/>
      </w:r>
    </w:p>
  </w:endnote>
  <w:endnote w:type="continuationSeparator" w:id="0">
    <w:p w14:paraId="16D1EAD9" w14:textId="77777777" w:rsidR="00C12B31" w:rsidRDefault="00C12B31" w:rsidP="00DA3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0860291"/>
      <w:docPartObj>
        <w:docPartGallery w:val="Page Numbers (Bottom of Page)"/>
        <w:docPartUnique/>
      </w:docPartObj>
    </w:sdtPr>
    <w:sdtContent>
      <w:p w14:paraId="5568765C" w14:textId="05E50880" w:rsidR="00D45E37" w:rsidRDefault="00D45E37">
        <w:pPr>
          <w:pStyle w:val="Pieddepag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D69C44A" wp14:editId="5AEA75F6">
                  <wp:extent cx="5467350" cy="45085"/>
                  <wp:effectExtent l="9525" t="9525" r="0" b="2540"/>
                  <wp:docPr id="409911556" name="Organigramme : Décision 1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224F6E7D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Organigramme : Décision 1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23918409" w14:textId="26938F16" w:rsidR="00D45E37" w:rsidRDefault="00D45E37">
        <w:pPr>
          <w:pStyle w:val="Pieddepag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8A79A5" w14:textId="77777777" w:rsidR="00D45E37" w:rsidRDefault="00D45E3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6F386" w14:textId="77777777" w:rsidR="00C12B31" w:rsidRDefault="00C12B31" w:rsidP="00DA33CD">
      <w:pPr>
        <w:spacing w:after="0" w:line="240" w:lineRule="auto"/>
      </w:pPr>
      <w:r>
        <w:separator/>
      </w:r>
    </w:p>
  </w:footnote>
  <w:footnote w:type="continuationSeparator" w:id="0">
    <w:p w14:paraId="0E4A37E2" w14:textId="77777777" w:rsidR="00C12B31" w:rsidRDefault="00C12B31" w:rsidP="00DA33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6482283">
    <w:abstractNumId w:val="8"/>
  </w:num>
  <w:num w:numId="2" w16cid:durableId="471797767">
    <w:abstractNumId w:val="6"/>
  </w:num>
  <w:num w:numId="3" w16cid:durableId="862938708">
    <w:abstractNumId w:val="5"/>
  </w:num>
  <w:num w:numId="4" w16cid:durableId="922183735">
    <w:abstractNumId w:val="4"/>
  </w:num>
  <w:num w:numId="5" w16cid:durableId="1411275538">
    <w:abstractNumId w:val="7"/>
  </w:num>
  <w:num w:numId="6" w16cid:durableId="2124615228">
    <w:abstractNumId w:val="3"/>
  </w:num>
  <w:num w:numId="7" w16cid:durableId="1279029066">
    <w:abstractNumId w:val="2"/>
  </w:num>
  <w:num w:numId="8" w16cid:durableId="2090535518">
    <w:abstractNumId w:val="1"/>
  </w:num>
  <w:num w:numId="9" w16cid:durableId="1562905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2B7C"/>
    <w:rsid w:val="0015074B"/>
    <w:rsid w:val="00177F5E"/>
    <w:rsid w:val="0029639D"/>
    <w:rsid w:val="002B13D2"/>
    <w:rsid w:val="00326F90"/>
    <w:rsid w:val="004B00D0"/>
    <w:rsid w:val="00680E4F"/>
    <w:rsid w:val="00881576"/>
    <w:rsid w:val="009A4BBA"/>
    <w:rsid w:val="00AA1D8D"/>
    <w:rsid w:val="00B47730"/>
    <w:rsid w:val="00C12B31"/>
    <w:rsid w:val="00C620BA"/>
    <w:rsid w:val="00CB0664"/>
    <w:rsid w:val="00D45E37"/>
    <w:rsid w:val="00DA33CD"/>
    <w:rsid w:val="00E716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C9728A"/>
  <w14:defaultImageDpi w14:val="300"/>
  <w15:docId w15:val="{7A49486B-1C20-4528-AA01-2691B2B9F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232D37"/>
      <w:sz w:val="20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/>
      <w:b/>
      <w:bCs/>
      <w:color w:val="17365D"/>
      <w:sz w:val="3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299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Calendrier des devoirs de mathématiques — Année scolaire 2026-2027</dc:title>
  <dc:subject>Calendrier vierge des devoirs pour les trois trimestres</dc:subject>
  <dc:creator/>
  <cp:keywords/>
  <dc:description>generated by python-docx</dc:description>
  <cp:lastModifiedBy>Kobenan Alexis Tehua</cp:lastModifiedBy>
  <cp:revision>10</cp:revision>
  <dcterms:created xsi:type="dcterms:W3CDTF">2013-12-23T23:15:00Z</dcterms:created>
  <dcterms:modified xsi:type="dcterms:W3CDTF">2026-10-05T04:23:00Z</dcterms:modified>
  <cp:category/>
</cp:coreProperties>
</file>